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Далдугаар</w:t>
      </w:r>
    </w:p>
    <w:p>
      <w:pPr>
        <w:pStyle w:val="ArticleSubtitle"/>
        <w:jc w:val="left"/>
      </w:pPr>
      <w:r>
        <w:rPr>
          <w:rFonts w:ascii="Arial" w:hAnsi="Arial" w:eastAsia="Arial" w:cs="Arial"/>
        </w:rPr>
        <w:t>Сэтгэлийн цайз: Эш үзүүллэгийн хүрээнд тэнгэрлэг хаан ширээнд залахуй ба өөрчлөлтийг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2014 онд Украйны дайныг эхлүүлсэн хүч гүрэн нь Орос байсан гэдгийг тодорхойлох түлхүүр нь хаанчлалын тэргүүн, өөрөөр хэлбэл нийслэл нь болох “цайз” юм. Хүний сүм нь тэргүүн ба биеэс бүрддэг. Тэргүүн нь дээд мөн чанар, харин бие нь доод мөн чанар мөн. 1844 онд төгссөн “долоон цаг” нь тэгээд Иудагийн тэргүүн байсан Иерусалимтай холбогдох ёстой байв. Иудагийн тэргүүн байсан Иерусалимын тэргүүн болох хааны сэнтий Иерусалим дахь сүмд байрлаж байв. Нэг зуун дөчин дөрвөн мянгыг лацдан тэмдэглэхийг төлөөлдөг Бурханы чанар ба хүний чанарын нэгдэл нь “Христийн оюун”-ыг хүлээн авах явдлаар дүрслэгддэг. Оюун нь дээд мөн чанар тул иймээс энэ нь “тэргүүн” юм.</w:t>
      </w:r>
    </w:p>
    <w:p>
      <w:pPr>
        <w:pStyle w:val="ArticleBody"/>
        <w:jc w:val="left"/>
      </w:pPr>
      <w:r>
        <w:rPr>
          <w:rFonts w:ascii="Times New Roman" w:hAnsi="Times New Roman" w:eastAsia="Times New Roman" w:cs="Times New Roman"/>
        </w:rPr>
        <w:t>Даниелаар төлөөлөгдсөн хүмүүс өөрсдийг нь Христийн дүр төрхөд хувиргахад хүргэдэг эмэгтэйлэг шалтгаан үүсгэгч үзэгдлийг харах үедээ, тэд хоёр дахь Адам бөгөөд сүнслэг Нэгэн болох Христийн оюун ухааныг хүлээн авсан байдаг. Тэр мөчид тэдний унаж, өөрийн бүтээлийн дэг журмыг урвуулсны дараа анхны Адамаас өвлөн авсан бодит махан биеийн оюун ухаан нь цовдлогддог. Төрөхдөө өөрсдийн ямар ч сонголтгүйгээр хүлээн авсан, Бурханы хуультай тэмцэлддэг тэр махан биеийн оюун ухаан нь, Бурханы хуульд төгс дуулгавартай, өөрсдийн сонголтоор хүлээн авдаг Христийн оюун ухаанаар солигддог. Тэгээд тэдний шинэ оюун ухаан болон Христийн оюун ухаан нь нэг оюун ухаан болж, хоёулаа хамтдаа тэнгэрлэг газруудад орших сэнтийн дээр оршдог. Ариун сүмийн дотор Бурханы сэнтий байрладаг нэгэн газар байдаг бөгөөд Бурханы дүрээр бүтээгдсэн хүн төрөлхтөнд, Бурханы оршихуйд зориулагдсан, ариун сүмийн доторх тодорхой нэгэн байр бий.</w:t>
      </w:r>
    </w:p>
    <w:p>
      <w:pPr>
        <w:pStyle w:val="ArticleBody"/>
        <w:jc w:val="left"/>
      </w:pPr>
      <w:r>
        <w:rPr>
          <w:rFonts w:ascii="Times New Roman" w:hAnsi="Times New Roman" w:eastAsia="Times New Roman" w:cs="Times New Roman"/>
        </w:rPr>
        <w:t>Тэр газар нь хойд хаант улсаар төлөөлөгдсөн тэдний доод мөн чанарт байдаггүй. Харин Бурхан Өөрийн нэрийг, өөрөөр хэлбэл Өөрийн зан чанарыг байрлуулахаар сонгосон газар болох өмнөд хаант улсаар төлөөлөгдсөн тэр газарт байдаг. Тэр газар нь Иерусалимд байдаг; гэвч Иудагийн нийслэлийн хувьд Иерусалим нь толгой нь боловч нийслэлийн толгой нь хаан юм. Иерусалим нь нийслэл байхаар сонгогдсон бөгөөд үүний адил Бурхан Өөрийн сүмийг байрлуулах газар байхаар мөн сонгогдсон. Тэгээд Тэр Өөрийн сүмд Өөрийн сэнтийг байрлуулсан. Өмнөд хаант улс нь хүний дээд мөн чанарыг төлөөлдөг, гэвч мөн түүнчлэн хаанд зориулсан онцгой сэнтийн өрөөтэй. Уайт эгч тэр газрыг сэтгэлийн “цайз” хэмээн нэрлэдэг. Цайз гэдэг нь тодорхойлолтоороо бэхлэлт юм.</w:t>
      </w:r>
    </w:p>
    <w:p>
      <w:pPr>
        <w:pStyle w:val="ArticleScripture"/>
        <w:jc w:val="left"/>
      </w:pPr>
      <w:r>
        <w:rPr>
          <w:rFonts w:ascii="Times New Roman" w:hAnsi="Times New Roman" w:eastAsia="Times New Roman" w:cs="Times New Roman"/>
        </w:rPr>
        <w:t>“Бүх зүрх сэтгэлийг Бурханд өгөх ёстой; эс бөгөөс Бурханы үнэн амь амьдрал ба зан чанарт ариусгах нөлөөгөө үзүүлж чадахгүй. Гэвч Христийн нэрийг баримталдаг олон хүн зүрх сэтгэлээ Түүнд хэзээ ч энгийн чин үнэнчээр өгөөгүй байдаг нь гунигт үнэн юм. Тэд Христийн шашны шаардлагад бүхэлдээ бууж өгсөн хүний гэмшил, зүрхний эмтрэлтийг хэзээ ч биеэр туулж үзээгүй; үүний үр дагавар нь үнэнээс ирэх өөрчлөн хувиргах хүч тэдний амьдралд байхгүй, Христийн хайрын гүн, зөөлрүүлэгч нөлөө нь амьдрал ба зан чанарт нь илэрхий болдоггүй явдал юм. Харин доод хоньчид Христтэй хамт цовдлогдож, сүргийн Тэргүүн Хоньчинтой хамтран ажиллахын тулд Бурханд амьдран байвал, Бурханы сүргийг тэжээх ямар агуу ажил хийгдэж чадах билээ! Христ хүмүүсийг Өөрийн ажилласанчлан ажилла хэмээн дууддаг. Үнэнд итгэдэг хэмээн өөрсдийгөө илэрхийлдэг хүмүүсийн хэрэгжүүлсэн сүсэг бишрэлийн дотор харагдах үнэнгийн хүчний талаар илүү гүн, илүү хүчтэй, илүү эрхшээлтэй гэрчлэл хэрэгтэй байна. Сэтгэл доторх Аврагчийн хайр нь мөхөж буй хүмүүсийн сүнснүүдийн төлөө ажиллагчдын хөдөлмөрлөх арга барилд шийдвэртэй өөрчлөлт авчирна. Үнэн сэтгэлийн цайзыг эзлэн суухад Христ зүрхэнд хаанчилдаг бөгөөд тэгэхэд хүний зэмсэг: ‘Би Христтэй хамт цовдлогдсон; гэвч би амьдарч байна; гэхдээ би биш, харин Христ миний дотор амьдарч байна; эдүгээ би махбодод амьдарч буй энэ амьдралаа намайг хайрлаж, миний төлөө Өөрийгөө өгсөн Бурханы Хүүгийн итгэлээр амьдарч байна’ гэж хэлж чадна.” Review and Herald, October 9, 1894.</w:t>
      </w:r>
    </w:p>
    <w:p>
      <w:pPr>
        <w:pStyle w:val="ArticleBody"/>
        <w:jc w:val="left"/>
      </w:pPr>
      <w:r>
        <w:rPr>
          <w:rFonts w:ascii="Times New Roman" w:hAnsi="Times New Roman" w:eastAsia="Times New Roman" w:cs="Times New Roman"/>
        </w:rPr>
        <w:t>“Сэтгэлийн цайз” гэдэг нь “Христ хаан ширээнд заларсан” газар мөн. Христийн хаан ширээнд залралт нь махан биеийг цовдлох үед биелдэг бөгөөд Паулын тодорхойлсноор махан бие нь доод мөн чанар, өөрөөр хэлбэл умардын хаанчлал юм. Иймээс умардын хаанчлалын эш үзүүллэг зөвхөн 1798 он хүртэл хүрсэн билээ. Доод мөн чанар нь Бурхантай нэгдэж үл чадна; харин хоёр дахь ирэлтийн үед нүд ирмэхийн зуур өөрчлөгдөх ёстой. Иерусалим хэмээх “тэргүүнийг” агуулж байсан, мөн ариун сүм хэмээх “тэргүүнийг” агуулж байсан өмнөдийн хаанчлал 1844 он хүртэл хүрсэн, учир нь энэ нь махан биеийг цовдлохоор сонгож, итгэлээр Хамгийн Ариун Газрын цайзад орон Христтэй хамт хаан ширээнд суух боломжтой дээд мөн чанарыг төлөөлж байв. Тэрхүү нэгдэл болон тэрхүү хаан ширээнд залралт явагддаг газар нь хүний сүмийн цайз дотор байдаг. Арван нэгдүгээр бүлгийн аравдугаар эшлэлд “тэргүүнийг” бэхлэлт гэж тодорхойлдог боловч, тэрхүү үнэн нь зөвхөн Исаиагийн гэрчлэлээр тогтоогддог бөгөөд ингэснээр бэхлэлт (цайз)-ийн тухай үнэнийг гаднах болон дотоод хэрэглээнд нь ойлгохыг шаарддаг.</w:t>
      </w:r>
    </w:p>
    <w:p>
      <w:pPr>
        <w:pStyle w:val="ArticleScripture"/>
        <w:jc w:val="left"/>
      </w:pPr>
      <w:r>
        <w:rPr>
          <w:rFonts w:ascii="Times New Roman" w:hAnsi="Times New Roman" w:eastAsia="Times New Roman" w:cs="Times New Roman"/>
        </w:rPr>
        <w:t>“Бурханы үг нь бидний сүнслэг хоол байх учиртай. Христ: ‘Би бол амийн талх мөн; над уруу ирдэг нь хэзээ ч өлсөхгүй; надад итгэдэг нь хэзээ ч цангахгүй’ хэмээн айлдсан. Цэвэр, хольцгүй үнэний дутагдлаас болж ертөнц мөхөж байна. Христ бол үнэн мөн. Түүний үгс үнэн бөгөөд тэдгээр нь өнгөн дээр илэрч буйгаасаа илүү гүн утга агуулгатай, мөн даруу энгийн төрхөөсөө давсан үнэ цэнтэй юм. Ариун Сүнсээр сэргээгдсэн оюун ухаан эдгээр үгийн үнэ цэнийг ялган танина. Бидний нүд ариун нүдний тосоор тослогдоход, үнэний эрхэм эрдэнэсүүд өнгөн дор булшлагдсан байлаа ч бид тэдгээрийг олж харах чадвартай болно.”</w:t>
      </w:r>
    </w:p>
    <w:p>
      <w:pPr>
        <w:pStyle w:val="ArticleScripture"/>
        <w:jc w:val="left"/>
      </w:pPr>
      <w:r>
        <w:rPr>
          <w:rFonts w:ascii="Times New Roman" w:hAnsi="Times New Roman" w:eastAsia="Times New Roman" w:cs="Times New Roman"/>
        </w:rPr>
        <w:t>“Үнэн бол эмзэг, ариун нарийн, өргөмжлөгдсөн зүйл мөн. Тэр нь зан чанарыг хэлбэржүүлэхэд сүнс нь түүний тэнгэрлэг нөлөөн дор өсөн хөгждөг. Өдөр бүр үнэнийг зүрх сэтгэлдээ хүлээн авах ёстой. Ийнхүү бид Христийн үгсийг иддэг бөгөөд Тэрээр тэдгээрийг сүнс ба амь мөн хэмээн тунхагладаг. Үнэнийг хүлээн авах нь түүнийг хүлээн авагч бүрийг Бурханы хүүхэд, тэнгэрийн өв залгамжлагч болгоно. Зүрх сэтгэлдээ нандигнан хадгалсан үнэн нь хүйтэн, үхмэл үсэг бус, харин амьд хүч мөн.”</w:t>
      </w:r>
    </w:p>
    <w:p>
      <w:pPr>
        <w:pStyle w:val="ArticleScripture"/>
        <w:jc w:val="left"/>
      </w:pPr>
      <w:r>
        <w:rPr>
          <w:rFonts w:ascii="Times New Roman" w:hAnsi="Times New Roman" w:eastAsia="Times New Roman" w:cs="Times New Roman"/>
        </w:rPr>
        <w:t>“Үнэн бол ариун, тэнгэрлэг юм. Энэ нь Христийн дүртэй адил зан чанарыг төлөвшүүлэхэд бусад бүхнээс илүү хүчирхэг, илүү нөлөөтэй байдаг. Түүнд баяр хөөрийн бүрэн дүүрэн байдал оршдог. Үүнийг зүрх сэтгэлдээ эрхэмлэн нандигнавал, Христийн хайр нь ямар ч хүний хайраас илүүд үзэгддэг. Энэ л Христийн шашин мөн. Энэ бол сүнс доторх Бурханы хайр мөн. Ийнхүү цэвэр, хольцгүй үнэн нь хүний оршихуйн цайзыг эзэлдэг. ‘Та нарт шинэ зүрх өгөх болно, мөн та нарын дотор шинэ сүнс хийх болно’ гэсэн үгс биелэгддэг. Үнэнээс амь оруулагч нөлөөн дор амьдарч, хөдөлмөрлөдөг хүний амьдралд нэгэн язгуурлаг чанар байдаг.” Review and Herald, 1899 оны 2 дугаар сарын 14.</w:t>
      </w:r>
    </w:p>
    <w:p>
      <w:pPr>
        <w:pStyle w:val="ArticleBody"/>
        <w:jc w:val="left"/>
      </w:pPr>
      <w:r>
        <w:rPr>
          <w:rFonts w:ascii="Times New Roman" w:hAnsi="Times New Roman" w:eastAsia="Times New Roman" w:cs="Times New Roman"/>
        </w:rPr>
        <w:t>Даниел номын арван нэгдүгээр бүлэг дэх эш үзүүллэгийн түүхийн тэр үзэгдэл нь хоёрдугаар эшлэлд, мөн зургаа дахь бөгөөд хамгийн баян хаан арван нэгдүгээрээс арван тавдугаар эшлэлүүдэд гардаг тэргүүнтэй, өөрөөр хэлбэл Оростой, зэрэгцэх үед эхэлдэг. Тэр түүхэнд зургаа дахь ерөнхийлөгч нь долоон дотроос гарсан найм дахь нь болж, АНУ-д сүм ба төр нэгдэн, ойртон ирж буй Ням гаргийн хуулийн үед арван зургаадугаар эшлэлд өөрсдийн ариун бус завхайрлаа эцэслэн үйлдэхэд, тэрээр хаанчлах болно.</w:t>
      </w:r>
    </w:p>
    <w:p>
      <w:pPr>
        <w:pStyle w:val="ArticleBody"/>
        <w:jc w:val="left"/>
      </w:pPr>
      <w:r>
        <w:rPr>
          <w:rFonts w:ascii="Times New Roman" w:hAnsi="Times New Roman" w:eastAsia="Times New Roman" w:cs="Times New Roman"/>
        </w:rPr>
        <w:t>Тэгвэл тэр үед өргөгдөх ёстой тэмдэг урам нь хугарч, гурван хагас өдрийн хугацаанд үхнэ; энэ нь Даниел 10-д хорин нэгэн өдөр юм. Даниелын төлөөх хорин нэгэн өдрийн гашуудлын төгсгөлд—энэ нь Езекиелийн хөндийд буй, үхсэн хуурай яс болсон хоёр гэрчийн гудамжинд үхсэн гурван хагас өдрийн төгсгөл мөн—үхэгсдийг дахин амилуулдаг эш үзүүллэгийн мэдээ байдаг. Даниел 10-р бүлэг дэх тэр үйл явц нь гурван алхмаар дүрслэгдсэн байдаг.</w:t>
      </w:r>
    </w:p>
    <w:p>
      <w:pPr>
        <w:pStyle w:val="ArticleScripture"/>
        <w:jc w:val="left"/>
      </w:pPr>
      <w:r>
        <w:rPr>
          <w:rFonts w:ascii="Times New Roman" w:hAnsi="Times New Roman" w:eastAsia="Times New Roman" w:cs="Times New Roman"/>
        </w:rPr>
        <w:t>Тэгээд тэргүүн сарын хорин дөрөвдүгээр өдөр, би агуу мөрөн болох Хиддекелийн эрэг дээр байж байтал, нүдээ өргөн харвал, болгоогтун, маалинган хувцас өмссөн, бүсэлхийгээ Уфазын цэвэр алтаар бүсэлсэн нэгэн хүн байлаа. Түүний бие биндэрьяа чулуу мэт, нүүр нь аянгын дүр мэт, нүд нь галын дэнлүү мэт, гар хөл нь өнгөлсөн хүрэл мэт өнгөтэй, үгийнх нь дуу олон түмний дуу мэт байв. Энэ үзэгдлийг Даниел ганцаараа би харсан; учир нь надтай хамт байсан хүмүүс үзэгдлийг хараагүй, харин тэдний дээр ихэд чичрэх айдас бууж, тэд нуугдахаар зугтав. Тиймээс би ганцаараа үлдэж, энэ агуу үзэгдлийг харсан бөгөөд надад ямар ч хүч үлдсэнгүй; учир нь миний өнгө зүс дотор минь доройтол болон хувирч, би ямар ч хүч тэнхээ хадгалж чадсангүй. Гэсэн ч би түүний үгсийн дууг сонсов; түүний үгсийн дууг сонсмогцоо би нүүрээрээ газар харж, гүн нойронд автав. Тэгтэл, болгоогтун, нэгэн гар надад хүрч, намайг өвдөг болон гарын алгандаа тулан босгов. Тэр надад, Ай, ихэд хайрлагдсан хүн Даниел аа, чамд хэлж буй үгсийг минь ойлгоод, эгц бос; учир нь одоо би чам уруу илгээгдсэн юм, гэв. Тэр энэ үгийг надад айлдмагц би чичирсээр босов. Тэгээд тэр надад, Бүү ай, Даниел аа; учир нь чи ойлгохын төлөө зүрх сэтгэлээ зориулж, Бурханыхаа өмнө өөрийгөө даруу болгосон анхны өдрөөс эхлэн чиний үгс сонсогдсон бөгөөд би чиний үгсийн улмаас ирсэн юм. Харин Персийн хаанчлалын ноён надад хорин нэгэн өдөр эсэргүүцэн зогссон; гэвч, болгоогтун, тэргүүн ноёдын нэг Михаел надад туслахаар ирсэн бөгөөд би тэнд Персийн хаадын дэргэд үлдсэн. Эдүгээ би эцсийн өдрүүдэд чиний ард түмэнд тохиолдох зүйлийг чамд ойлгуулахаар ирлээ; учир нь энэ үзэгдэл олон өдрүүдийн тухай юм. Даниел 10:4–14.</w:t>
      </w:r>
    </w:p>
    <w:p>
      <w:pPr>
        <w:pStyle w:val="ArticleBody"/>
        <w:jc w:val="left"/>
      </w:pPr>
      <w:r>
        <w:rPr>
          <w:rFonts w:ascii="Times New Roman" w:hAnsi="Times New Roman" w:eastAsia="Times New Roman" w:cs="Times New Roman"/>
        </w:rPr>
        <w:t>Даниел гашуудлын хорин нэгэн өдрийн төгсгөлд Христийн үзэгдлийг үзэж, Христийн үгсийг сонсдог. Бурханы харагдах бөгөөд айлдсан Үгийн энэхүү үзэгдэл нь хоёр ангиллыг тусгаарлан ялгаж, Даниел “гүн нойронд” байсан тул гудамжинд үхдэл мэт байв.</w:t>
      </w:r>
    </w:p>
    <w:p>
      <w:pPr>
        <w:pStyle w:val="ArticleScripture"/>
        <w:jc w:val="left"/>
      </w:pPr>
      <w:r>
        <w:rPr>
          <w:rFonts w:ascii="Times New Roman" w:hAnsi="Times New Roman" w:eastAsia="Times New Roman" w:cs="Times New Roman"/>
        </w:rPr>
        <w:t>Тэр эдгээрийг айлдаад, үүний дараа тэдэнд: Манай анд Лазар нойрсож байна; харин Би түүнийг нойрноос нь сэрээхийн тулд явж байна гэв. Тэгэхэд шавь нар нь: Эзэн, хэрэв тэр нойрсож байгаа бол эдгэнэ шүү дээ гэв. Гэвч Есүс түүний үхлийн тухай ярьсан байв; харин тэд Тэр нойр авч амарч байгаа тухай айлдаж байна гэж боджээ. Тэгээд Есүс тэдэнд ил тод: Лазар үхсэн гэж айлдав. Иохан 11:11–14.</w:t>
      </w:r>
    </w:p>
    <w:p>
      <w:pPr>
        <w:pStyle w:val="ArticleBody"/>
        <w:jc w:val="left"/>
      </w:pPr>
      <w:r>
        <w:rPr>
          <w:rFonts w:ascii="Times New Roman" w:hAnsi="Times New Roman" w:eastAsia="Times New Roman" w:cs="Times New Roman"/>
        </w:rPr>
        <w:t>Тэгээд Даниел үхсэн (унтсан) байх хугацаанд өрнөж байсан улс төрийн тэмцлийн тухай түүнд мэдүүлж, мөн саяхан Даниелыг Христийн дүр төрхөд хувиргасан үзэгдлийн тайлбарыг одоо өгөх гэж байгаагаа дуулгасан Габриел Даниелд анх удаа хүрэв. Үүний дараа түүнд хоёр дахь удаагаа, Христ Өөрөө хүрэх болно.</w:t>
      </w:r>
    </w:p>
    <w:p>
      <w:pPr>
        <w:pStyle w:val="ArticleScripture"/>
        <w:jc w:val="left"/>
      </w:pPr>
      <w:r>
        <w:rPr>
          <w:rFonts w:ascii="Times New Roman" w:hAnsi="Times New Roman" w:eastAsia="Times New Roman" w:cs="Times New Roman"/>
        </w:rPr>
        <w:t>Тэр надад тийм үгсийг айлдсаны дараа би нүүрээ газар өөд харуулан бөхийж, хэлгүй мэт болов. Тэгтэл, харагтун, хүний хөвгүүдийн дүрстэй нэгэн миний уруулд хүрэв. Тэгэхэд би амаа нээж, ярин, миний өмнө зогсож байсан түүнд өгүүлрүүн: Ай, эзэнтэн минь, үзэгдлийн улмаас миний зовнил над дээр эргэн ирж, би ямар ч хүчгүй болов. Учир нь энэ миний эзэнтний зарц нь энэ миний эзэнтэнтэй хэрхэн ярьж чадах билээ? Намайг бодвоос, даруй надад ямар ч хүч үлдсэнгүй, мөн надад амьсгаа ч үлдсэнгүй. Даниел 10:15–17.</w:t>
      </w:r>
    </w:p>
    <w:p>
      <w:pPr>
        <w:pStyle w:val="ArticleBody"/>
        <w:jc w:val="left"/>
      </w:pPr>
      <w:r>
        <w:rPr>
          <w:rFonts w:ascii="Times New Roman" w:hAnsi="Times New Roman" w:eastAsia="Times New Roman" w:cs="Times New Roman"/>
        </w:rPr>
        <w:t>Энэ нь Езекиелийн гучин долоодугаар бүлэг дэх эхний эш үзүүллэгтэй зэрэгцэн байна. Учир нь Езекиелд хөндий дэх үхсэн яснуудад тунхаглахыг тушаасан хоёр эш үзүүллэгийн дотор, эхнийх нь бие махбодуудыг бүрдүүлдэг боловч тэдэнд тэр үед амьсгал хараахан байдаггүй, мөн хүчит их цэргийн хүч чадал ч байдаггүй. Харин Езекиелийн хоёр дахь эш үзүүллэгээр тэр бие махбодууд дөрвөн салхинаас амьсгалыг хүлээн авч, хүчит их цэрэг мэт босон зогсдог; мөн Даниелд хоёр дахь удаа хүрэхэд, “надад ямар ч хүч үлдсэнгүй, бас миний дотор амьсгал ч үлдсэнгүй.” Дараа нь Даниелд нийтдээ гурав дахь удаагаа, харин Габриелын хувьд хоёр дахь удаагаа дахин хүрэв.</w:t>
      </w:r>
    </w:p>
    <w:p>
      <w:pPr>
        <w:pStyle w:val="ArticleScripture"/>
        <w:jc w:val="left"/>
      </w:pPr>
      <w:r>
        <w:rPr>
          <w:rFonts w:ascii="Times New Roman" w:hAnsi="Times New Roman" w:eastAsia="Times New Roman" w:cs="Times New Roman"/>
        </w:rPr>
        <w:t>Дараа нь хүний дүртэй нэгэн дахин ирж, надад хүрч, намайг хүчирхэгжүүлэв. Тэрээр: Ай, үлэмж хайрлагдсан хүн ээ, бүү ай; амар тайван чамд байх болтугай. Хүчтэй бай, тийм ээ, хүчтэй бай, гэж айлдав. Тэр надад ийнхүү айлдсаны дараа би хүчирхэгжин: Эзэнтэн минь айлдагтун; учир нь Та намайг хүчирхэгжүүллээ, гэв. Даниел 10:18, 19.</w:t>
      </w:r>
    </w:p>
    <w:p>
      <w:pPr>
        <w:pStyle w:val="ArticleBody"/>
        <w:jc w:val="left"/>
      </w:pPr>
      <w:r>
        <w:rPr>
          <w:rFonts w:ascii="Times New Roman" w:hAnsi="Times New Roman" w:eastAsia="Times New Roman" w:cs="Times New Roman"/>
        </w:rPr>
        <w:t>Даниелд өгөгдсөн гурав дахь хүрэлт нь Езекиелийн хоёр дахь эш үзүүллэг бөгөөд тэр нь биесийг хүчирхэг цэрэг мэт хөл дээр нь босгодог. Түүний эш үзүүллэг нь Даниелын адил гашуудалд байсан тул өөрсдийгөө үхсэн гэдгээ ухаарсан ард түмэнд хандсан юм.</w:t>
      </w:r>
    </w:p>
    <w:p>
      <w:pPr>
        <w:pStyle w:val="ArticleScripture"/>
        <w:jc w:val="left"/>
      </w:pPr>
      <w:r>
        <w:rPr>
          <w:rFonts w:ascii="Times New Roman" w:hAnsi="Times New Roman" w:eastAsia="Times New Roman" w:cs="Times New Roman"/>
        </w:rPr>
        <w:t>Тэгээд Тэр надад, “Салхинд эш үзүүл, эш үзүүл, хүний хүү ээ, салхинд хэлэгтүн: Эзэн Бурхан ийнхүү айлдаж байна; Ай амьсгал аа, дөрвөн салхинаас ирж, эдгээр алагдсан хүмүүсийн дээр үлээгтүн, тэгвэл тэд амьдраг” гэв. Тийнхүү Түүний надад тушаасны дагуу би эш үзүүлтэл амьсгал тэдний дотор орж, тэд амь орон, хөл дээрээ босоцгоов; тэд туйлын агуу их цэрэг болов. Тэгээд Тэр надад, “Хүний хүү ээ, эдгээр яс бол Израилийн бүх гэр юм. Болгоогтун, тэд ‘Бидний яс хатжээ, бидний найдвар үгүй болжээ; бид өөрсдийн хувиар таслагджээ’ хэмээн хэлж байна” гэв. Езекиел 37:9–11.</w:t>
      </w:r>
    </w:p>
    <w:p>
      <w:pPr>
        <w:pStyle w:val="ArticleBody"/>
        <w:jc w:val="left"/>
      </w:pPr>
      <w:r>
        <w:rPr>
          <w:rFonts w:ascii="Times New Roman" w:hAnsi="Times New Roman" w:eastAsia="Times New Roman" w:cs="Times New Roman"/>
        </w:rPr>
        <w:t>Эзэкиелд эш үзүүлэхийг Эзэн тушааж, Израилийн гэрийн гэрчлэл нь тэд үхсэн, найдваргүй бөгөөд таслагдсан явдал мөн гэж тэрээр тэдэнд айлдаж байна. Тэд 2020 оны 7-р сарын 18-ны биелээгүй зөгнөлөөс болж урам нь хугарсан учир, Даниелын адил гашуудаж байна; тийм нөхцөлд Эзэкиелд эш үзүүлэхийг тушаасан байна.</w:t>
      </w:r>
    </w:p>
    <w:p>
      <w:pPr>
        <w:pStyle w:val="ArticleScripture"/>
        <w:jc w:val="left"/>
      </w:pPr>
      <w:r>
        <w:rPr>
          <w:rFonts w:ascii="Times New Roman" w:hAnsi="Times New Roman" w:eastAsia="Times New Roman" w:cs="Times New Roman"/>
        </w:rPr>
        <w:t>Иймээс чи эш үзүүлэн тэдэнд хэлэгтүн, Эзэн БУРХАН ийнхүү айлдаж байна: Харагтун, Өөрийн ард түмэн минь, Би та нарын булшнуудыг нээж, та нарыг булшнуудаас чинь гарган ирүүлж, Израилийн нутагт авчирна. Өөрийн ард түмэн минь, Би та нарын булшнуудыг нээж, та нарыг булшнуудаас чинь гарган ирүүлэх үед та нар Намайг ЭЗЭН мөн гэдгийг мэдэх болно. Би Өөрийн Сүнсийг та нарын дотор тавихад та нар амьдрах болно, мөн Би та нарыг өөрсдийн нутагт байрлуулна. Тэгвэл Би, ЭЗЭН, үүнийг айлдсан бөгөөд гүйцэтгэсэн гэдгийг та нар мэдэх болно гэж ЭЗЭН айлдаж байна. Езекиел 37:12–14.</w:t>
      </w:r>
    </w:p>
    <w:p>
      <w:pPr>
        <w:pStyle w:val="ArticleBody"/>
        <w:jc w:val="left"/>
      </w:pPr>
      <w:r>
        <w:rPr>
          <w:rFonts w:ascii="Times New Roman" w:hAnsi="Times New Roman" w:eastAsia="Times New Roman" w:cs="Times New Roman"/>
        </w:rPr>
        <w:t>Тэргүүн тэнгэрэлч Михаил мөн болох Эзэн тэдний булшнуудыг нээж, Илчлэл номын арван нэгдүгээр бүлгийн хоёр гэрчийг амилуулан Ариун Сүнсийг өгч, тэднийг босгон зогсооно. Энэ нь Езекиелийн хоёр дахь эш үзүүллэгт булшнаасаа гаргагдан босож зогсогсдод Ариун Сүнс өгөгдсөнтэй адил юм.</w:t>
      </w:r>
    </w:p>
    <w:p>
      <w:pPr>
        <w:pStyle w:val="ArticleScripture"/>
        <w:jc w:val="left"/>
      </w:pPr>
      <w:r>
        <w:rPr>
          <w:rFonts w:ascii="Times New Roman" w:hAnsi="Times New Roman" w:eastAsia="Times New Roman" w:cs="Times New Roman"/>
        </w:rPr>
        <w:t>Гэвч гурав хагас хоногийн дараа Бурханаас ирсэн амийн Сүнс тэдний дотор орж, тэд хөл дээрээ боссон бөгөөд тэднийг харсан хүмүүсийн дээр агуу их айдас буув. Илчлэлт 11:11.</w:t>
      </w:r>
    </w:p>
    <w:p>
      <w:pPr>
        <w:pStyle w:val="ArticleBody"/>
        <w:jc w:val="left"/>
      </w:pPr>
      <w:r>
        <w:rPr>
          <w:rFonts w:ascii="Times New Roman" w:hAnsi="Times New Roman" w:eastAsia="Times New Roman" w:cs="Times New Roman"/>
        </w:rPr>
        <w:t>Тэр хоёр гэрчийг Мосе ба Елиа хэмээн дүрсэлсэн байдаг бөгөөд Мосе мөн тэргүүн тэнгэрэлчийн дуу хоолойгоор амилуулагдсан юм.</w:t>
      </w:r>
    </w:p>
    <w:p>
      <w:pPr>
        <w:pStyle w:val="ArticleScripture"/>
        <w:jc w:val="left"/>
      </w:pPr>
      <w:r>
        <w:rPr>
          <w:rFonts w:ascii="Times New Roman" w:hAnsi="Times New Roman" w:eastAsia="Times New Roman" w:cs="Times New Roman"/>
        </w:rPr>
        <w:t>Харин тэргүүн тэнгэрэлч Михаил Мосегийн цогцсын талаар чөтгөртэй маргалдан тэмцэж байхдаа түүний эсрэг доромжлон буруутгах зэмлэл гаргаж зүрхэлсэнгүй, харин: «Эзэн чамайг зэмлэг» гэж хэлсэн. Иуда 1:9.</w:t>
      </w:r>
    </w:p>
    <w:p>
      <w:pPr>
        <w:pStyle w:val="ArticleBody"/>
        <w:jc w:val="left"/>
      </w:pPr>
      <w:r>
        <w:rPr>
          <w:rFonts w:ascii="Times New Roman" w:hAnsi="Times New Roman" w:eastAsia="Times New Roman" w:cs="Times New Roman"/>
        </w:rPr>
        <w:t>Тэргүүн ноён бөгөөд тэргүүн тэнгэрэлч Михаил нь Даниел номын аравдугаар бүлэгт ирж Габриелд тусалсан Нэгэн мөн бөгөөд эрэгтэй, эмэгтэй хүмүүсийг аминд дууддаг дуу хоолой нь Түүнийх мөн.</w:t>
      </w:r>
    </w:p>
    <w:p>
      <w:pPr>
        <w:pStyle w:val="ArticleScripture"/>
        <w:jc w:val="left"/>
      </w:pPr>
      <w:r>
        <w:rPr>
          <w:rFonts w:ascii="Times New Roman" w:hAnsi="Times New Roman" w:eastAsia="Times New Roman" w:cs="Times New Roman"/>
        </w:rPr>
        <w:t>Учир нь Эзэн Өөрөө тэнгэрээс уухай дуу, тэргүүн тэнгэрэлчийн дуу хоолой, мөн Бурханы бүрээний дуугаар бууж ирнэ; Христ дотор нас барсан хүмүүс эхэлж амилна. 1 Тесалоник 4:16.</w:t>
      </w:r>
    </w:p>
    <w:p>
      <w:pPr>
        <w:pStyle w:val="ArticleBody"/>
        <w:jc w:val="left"/>
      </w:pPr>
      <w:r>
        <w:rPr>
          <w:rFonts w:ascii="Times New Roman" w:hAnsi="Times New Roman" w:eastAsia="Times New Roman" w:cs="Times New Roman"/>
        </w:rPr>
        <w:t>Даниелын гурван хүрэлт нь гурав дахь тэнгэрэлчийн Лаодикеийн хөдөлгөөнөөс гурав дахь тэнгэрэлчийн Филаделфийн хөдөлгөөн рүү шилжихийг илэрхийлдэг бөгөөд Даниел 10-д Лаодикеийн дүр төрхөөс Филаделфийн дүр төрх рүү шилжүүлэлтийг хэрэгжүүлдэг үзэгдэл нь арван нэгдүгээр бүлэгт дүрслэгдсэн эш үзүүллэгийн түүхээр төлөөлөгддөг. Тэрхүү үзэгдлийг Езекиел гурав дахь гай зовлонгийн Исламын үзэгдэл хэмээн төлөөлүүлсэн байдаг. 2014 онд Орос хоёр дахь төлөөллийн дайныг эхлүүлсэн. 2015 онд хамгийн баян ерөнхийлөгч зургаа дахь ерөнхийлөгч болохын төлөө хүчин чармайлтаа эхлүүлсэн.</w:t>
      </w:r>
    </w:p>
    <w:p>
      <w:pPr>
        <w:pStyle w:val="ArticleBody"/>
        <w:jc w:val="left"/>
      </w:pPr>
      <w:r>
        <w:rPr>
          <w:rFonts w:ascii="Times New Roman" w:hAnsi="Times New Roman" w:eastAsia="Times New Roman" w:cs="Times New Roman"/>
        </w:rPr>
        <w:t>2020 онд Бүгд Найрамдах эвэрийг төлөөлж байсан тэр ерөнхийлөгч ёроолгүй гүнээс гарсан “woke” атеист араатанд алагдсан бөгөөд мөн тэр жилд Лаодикийн протестант эвэр ч бас алагдсан. 2023 онд хоёр эвэр хоёулаа дахин амилж, хоёулаа долоон хаадын нэгэн адил байдаг найм дахьд шилжин орох үйл явцаа эхлүүлсэн. Нэг нь Сүм ба Төрийг АНУ-д нэгтгэхийн хэрээр араатны улс төрийн дүр төрх рүү шилжин орж байгаа бөгөөд нөгөө эвэр нь Лаодикийн дүр төрхөөс Христийн дүр төрх рүү шилжин орж байна. Удахгүй ирэх Ням гаргийн хуулийн үед хоёулаа өргөгдөнө. Нэг нь Ромын янханд долоо дахь хаанчлалаа өгдөг арван хааны тэргүүн хаан болох “Агуу Александр” болох бөгөөд нөгөө нь туг тэмдэг болгон өргөгдөнө.</w:t>
      </w:r>
    </w:p>
    <w:p>
      <w:pPr>
        <w:pStyle w:val="ArticleBody"/>
        <w:jc w:val="left"/>
      </w:pPr>
      <w:r>
        <w:rPr>
          <w:rFonts w:ascii="Times New Roman" w:hAnsi="Times New Roman" w:eastAsia="Times New Roman" w:cs="Times New Roman"/>
        </w:rPr>
        <w:t>Эдгээр хоёр шилжилтийг хоёуланг нь бий болгодог үзэгдэл нь 2001 оны 9 дүгээр сарын 11-нээс Ням гаргийн хууль хүртэл өрнөдөг түүх юм. Даниел номын арван нэгдүгээр бүлгийн арван нэгдүгээр эшлэл нь, хэрэв та нар итгэхгүй бол бат тогтохгүй гэсэн агуулгын хүрээнд онцгойлон тодорхойлогддог.</w:t>
      </w:r>
    </w:p>
    <w:p>
      <w:pPr>
        <w:pStyle w:val="ArticleBody"/>
        <w:jc w:val="left"/>
      </w:pPr>
      <w:r>
        <w:rPr>
          <w:rFonts w:ascii="Times New Roman" w:hAnsi="Times New Roman" w:eastAsia="Times New Roman" w:cs="Times New Roman"/>
        </w:rPr>
        <w:t>Бид энэхүү судалгааг дараагийн өгүүлэлд үргэлжлүүлнэ.</w:t>
      </w:r>
    </w:p>
    <w:p>
      <w:pPr>
        <w:pStyle w:val="ArticleScripture"/>
        <w:jc w:val="left"/>
      </w:pPr>
      <w:r>
        <w:rPr>
          <w:rFonts w:ascii="Times New Roman" w:hAnsi="Times New Roman" w:eastAsia="Times New Roman" w:cs="Times New Roman"/>
        </w:rPr>
        <w:t>“Библийн зарчмууд нь өдөр тутмын амьдралын удирдамж байх ёстой. Христийн загалмай нь бидний суралцаж, амьдралдаа хэрэгжүүлэх ёстой сургамжуудыг илчилдэг гол сэдэв байх ёстой. Оюутнууд Бурханы тухай мэдлэгийг хүртэж, зан чанараараа Түүнийг илэрхийлж чадахын тулд Христийг бүх хичээл судлалд авчрах ёстой. Түүний төгс чанар нь цаг хугацаанд ч, мөнхийн байдалд ч бидний судлах зүйл байх ёстой. Хуучин ба Шинэ Гэрээнд Христийн айлдсан Бурханы үг нь тэнгэрээс ирсэн талх мөн; харин шинжлэх ухаан хэмээн нэрлэгддэг зүйлийн ихэнх нь хүний сэдэж бүтээсэн хоол мэт, хольцтой, завхарсан хоол бөгөөд жинхэнэ манна биш юм.</w:t>
      </w:r>
    </w:p>
    <w:p>
      <w:pPr>
        <w:pStyle w:val="ArticleScripture"/>
        <w:jc w:val="left"/>
      </w:pPr>
      <w:r>
        <w:rPr>
          <w:rFonts w:ascii="Times New Roman" w:hAnsi="Times New Roman" w:eastAsia="Times New Roman" w:cs="Times New Roman"/>
        </w:rPr>
        <w:t>“Бурханы үгэнд маргашгүй, шавхагдашгүй мэргэн ухаан байдаг—тэрхүү мэргэн ухаан нь хязгаартайгаас бус, харин хязгааргүй оюун ухаанаас эхтэй. Гэвч Бурхан Өөрийн үгээр илчилсэн зүйлийн ихэнх нь хүмүүст бүрхэг байдаг, учир нь үнэний эрдэнэсүүд хүний мэргэн ухаан ба уламжлалын хог нурман дор булагдсан байдаг. Олон хүнд үгийн эрдэнэсүүд далд хэвээр үлддэг, учир нь алтан зарчмуудыг ухаартал нь тэдгээрийг чин үнэнч тууштайгаар эрж хайгаагүй байдаг. Үгийг хүлээн авагчдыг ариусган бэлтгэж, тэнгэрийн Хааны хүүхдүүд, хааны гэр бүлийн гишүүд болгохын тулд Үгийг эрэн судлах ёстой.”</w:t>
      </w:r>
    </w:p>
    <w:p>
      <w:pPr>
        <w:pStyle w:val="ArticleScripture"/>
        <w:jc w:val="left"/>
      </w:pPr>
      <w:r>
        <w:rPr>
          <w:rFonts w:ascii="Times New Roman" w:hAnsi="Times New Roman" w:eastAsia="Times New Roman" w:cs="Times New Roman"/>
        </w:rPr>
        <w:t>“Бурханы үгийг судлах нь оюун санааг нууцлаг үзэл рүү хөтөлж, үнэнээс холдуулсан тэрхүү номнуудыг судлахын оронд байх ёстой. Бурханы үгийн амьд зарчмууд бидний амьдралд сүлэлдэн шингэх үедээ сорилт ба уруу таталтад бидний хамгаалалт болно; Түүний тэнгэрлэг сургамж нь амжилтад хүрэх цорын ганц зам мөн. Сорилт сүнс бүр дээр ирэхэд урвалтууд гарна. Зарим нь урвагч, бодлогогүй түрэмгий, ихэмсэг, өөртөө хангалуун хүмүүс болох нь илчлэгдэж, үнэнээс эргэн, итгэлээ сүйрүүлнэ. Яагаад гэвэл тэд ‘Бурханы амнаас гарах үг бүрээр’ амьдраагүй. Тэд гүн ухаж, сууриа баттай болгоогүй.”</w:t>
      </w:r>
    </w:p>
    <w:p>
      <w:pPr>
        <w:pStyle w:val="ArticleScripture"/>
        <w:jc w:val="left"/>
      </w:pPr>
      <w:r>
        <w:rPr>
          <w:rFonts w:ascii="Times New Roman" w:hAnsi="Times New Roman" w:eastAsia="Times New Roman" w:cs="Times New Roman"/>
        </w:rPr>
        <w:t>“Эзэний Өөрийн сонгосон элч нараараа дамжуулан айлдсан үгс тэдэнд хүргэгдэхэд, тэд гомдоллон, замыг хэтэрхий нарийн болгосон гэж боддог. Иоханы зургаадугаар бүлэгт Христийн шавь хэмээн тооцогдож байсан боловч, энгийн илэн далангүй үнэн тэдэнд танилцуулагдахад таалалгүй болж, Түүнтэй цааш хамт явахаа больсон зарим хүмүүсийн тухай бид уншдаг. Үүнтэй адил, эдгээр өнгөц суралцагсад мөн Христээс нүүр буруулна.” Гэрчлэлүүд, 6-р боть, 132.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Далдугаар</dc:title>
  <dc:subject>Сэтгэлийн цайз: Эш үзүүллэгийн хүрээнд тэнгэрлэг хаан ширээнд залахуй ба өөрчлөлтийг ойлгох нь</dc:subject>
  <dc:creator>Jeff Pippenger</dc:creator>
  <cp:keywords/>
  <dc:description>Generated by ArticleDigger from daniel\170_daniel.json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