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 Дөч Хоёрдугаар Хэсэг</w:t>
      </w:r>
    </w:p>
    <w:p>
      <w:pPr>
        <w:pStyle w:val="ArticleSubtitle"/>
        <w:jc w:val="left"/>
      </w:pPr>
      <w:r>
        <w:rPr>
          <w:rFonts w:ascii="Arial" w:hAnsi="Arial" w:eastAsia="Arial" w:cs="Arial"/>
        </w:rPr>
        <w:t>Фатимагийн сүүдэр: Католик сүмийн эш үзүүллэгт үзэгдлүүдийн цаадах сатанлаг нөлөөг тайлан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Фатимагийн эш үзүүллэг нь Католик сүмийг Христийг дүр эсгэн дуурайх үед нь байгууллагаа түүнд буулгаж өгөхөөр бэлтгэхэд чиглэсэн Сатаны бэлтгэлийн ажил байсан; учир нь энэ нь “Сатаны хүчний сод бүтээл—дэлхийг өөрийн хүслийн дагуу захирахын тулд өөрийгөө хаан ширээнд залрахад чиглэсэн түүний хүчин чармайлтын хөшөө дурсгал” юм. Фатима католицизмыг чиглүүлэхэд ямар үүрэгтэйг тодорхойлсон эш үзүүллэгийн гэрчлэлээс, Сатан гайхамшиг үйлдэх чадвартай гэдэгт итгэхийг хүсдэггүйгээсээ болж, ашиг хүртэхгүй хүмүүс өөрсдийгөө мэхлэгдэхэд бэлтгэж байна. Фатимагийн эш үзүүллэг нь католицизмын доторх дотоод тэмцэл, мөн католицизмын атейзмын эсрэг дайныг авч үзсэн юм.</w:t>
      </w:r>
    </w:p>
    <w:p>
      <w:pPr>
        <w:pStyle w:val="ArticleBody"/>
        <w:jc w:val="left"/>
      </w:pPr>
      <w:r>
        <w:rPr>
          <w:rFonts w:ascii="Times New Roman" w:hAnsi="Times New Roman" w:eastAsia="Times New Roman" w:cs="Times New Roman"/>
        </w:rPr>
        <w:t>Католицизмын атеизмтай хийсэн дайн нь Даниел 11-ийн дөчин дэх эшлэлийн сэдэв мөн. Тэрхүү тэмцлийн дүрслэл дөчин дэх эшлэлд, 1798 онд эхэлсэн. Энэ нь 1798 онд өмнөдийн хаан болох Наполеон папыг олзлон авсан тулалдаанаар эхэлсэн бөгөөд эшлэл доторх гэрчлэл нь дараа нь 1989 онд хойд зүгийн хаан өмнөдийн хааныг хаман зайлуулснаар төгсөнө. Тэрхүү түүхэн хүрээнд (1798–1989), 1917 ба 1918 онуудад орших тэр хоёр эсэргүүцэгч тус бүр нь эш үзүүллэгийн бэлгэдлээр тэмдэглэгдсэн байдаг бөгөөд энэ нь тэдний хоёрын гэрчлэлийг хооронд нь холбон уялдуулахын зэрэгцээ эшлэлийн ерөнхий сэдвийг хадгалж байдаг. Фатимагийн эш үзүүллэг нь эргэлзээгүй сатанлаг эш үзүүллэг мөн боловч, энэ нь Бурханы эш үзүүллэгийн Үгийн нэгэн сэдэв мөн тул зөвөөр ойлгогдох ёстой түүх юм.</w:t>
      </w:r>
    </w:p>
    <w:p>
      <w:pPr>
        <w:pStyle w:val="ArticleScripture"/>
        <w:jc w:val="left"/>
      </w:pPr>
      <w:r>
        <w:rPr>
          <w:rFonts w:ascii="Times New Roman" w:hAnsi="Times New Roman" w:eastAsia="Times New Roman" w:cs="Times New Roman"/>
        </w:rPr>
        <w:t>“Энэ цаг үед сүнсний цорын ганц аюулгүй байдал нь алхам тутамдаа: Эзэн Өөрийн зарцдаа юу айлдаж байна вэ? хэмээн лавлан асуухад оршино. Эзэний үг мөнхөд оршдог. Библи нь бидний удирдах ном байх ёстой бөгөөд хүмүүсийн мэргэн ухаанаас зөвлөгөө эрж, хязгаарлагдмал мөнх бус хүмүүсийн мэдэгдлийг тэнгэрлэг үнэн хэмээн хүлээн авахын оронд бид эш үзүүллэгийн баттай үгийг судлах ёстой. Бурхан айлдсан, Түүний үг найдвартай, тиймээс бид итгэлээ ‘Эзэн ийнхүү айлдаж байна’ хэмээх дээр тулгуурлуулах ёстой. Бурхан биднээр эргэн тойронд маань болж буй үйл явдлуудыг судлуулж, бид сүүлчийн өдрүүдэд амьдарч байгаагаа ойлгохын тулд тэдгээрийг Түүний үгийн зөгнөлүүдтэй харьцуулахыг хүсдэг. Бид Библиэ хүсдэг, мөн түүн дотор юу бичигдсэнийг мэдэхийг хүсдэг. Эш үзүүллэгийг хичээнгүйлэн судлагч нь үнэний тодорхой илчлэлүүдээр шагнагдах болно. Учир нь Есүс, ‘Таны үг бол үнэн мөн’ гэж айлдсан.” Signs of the Times, 1894 оны 10 дугаар сарын 1.</w:t>
      </w:r>
    </w:p>
    <w:p>
      <w:pPr>
        <w:pStyle w:val="ArticleBody"/>
        <w:jc w:val="left"/>
      </w:pPr>
      <w:r>
        <w:rPr>
          <w:rFonts w:ascii="Times New Roman" w:hAnsi="Times New Roman" w:eastAsia="Times New Roman" w:cs="Times New Roman"/>
        </w:rPr>
        <w:t>Даниел арван нэгдүгээр бүлгийн арван гуравдугаар ишлэлээс арван тавдугаар ишлэлд дүрслэгдсэнчлэн, үзэгдлийг тогтоохын тулд өөрийгөө өргөмжилдөг хүч гурав дахь төлөөллийн дайнд танилцуулагддаг. Тэр ишлэл МЭӨ 200 онд биелсэн бөгөөд тэр үед “Ромчууд Египетийн залуу хааны талд оролцож,” мөн “түүнийг Антиох ба Филипийн төлөвлөсөн сүйрлээс хамгаалахаар шийдсэн” юм. Уг ишлэл болон МЭӨ 200 оны түүх нь, Ням гаргийн хууль тогтоогдохын яг өмнөхөн, Путины суларсан орлон залгамжлагчийг хамгаална гэсэн үндэслэлээр, АНУ ба Нэгдсэн Үндэстний Байгууллага (Селевк ба Македонийн Филип) Оросын нутаг дэвсгэрийг эзлэн авч, харилцан ашиг тусынхаа төлөө хуваахаар шийдсэн тэр цаг үед, папын Ром (Тирийн янхан) дэлхийн хаадтай садарлан завхайрахын тулд урагш гарч эхлэхдээ, өөрийн хөгжмийг эгшиглүүлж эхэлнэ гэдгийг тодорхойлж байна.</w:t>
      </w:r>
    </w:p>
    <w:p>
      <w:pPr>
        <w:pStyle w:val="ArticleBody"/>
        <w:jc w:val="left"/>
      </w:pPr>
      <w:r>
        <w:rPr>
          <w:rFonts w:ascii="Times New Roman" w:hAnsi="Times New Roman" w:eastAsia="Times New Roman" w:cs="Times New Roman"/>
        </w:rPr>
        <w:t>533 он, мөн Илчлэл номын арван гуравдугаар бүлгийн хоёрдугаар зүйлд эш үзүүлгийн байдлаар дүрслэгдсэнчлэн Юстинианы зарлиг тэр үед дахин давтагдах бөгөөд тэнд луу (харь шашинт Ром) нь папын засаглалд гурван зүйлийг өгөхийг заасан байдаг.</w:t>
      </w:r>
    </w:p>
    <w:p>
      <w:pPr>
        <w:pStyle w:val="ArticleScripture"/>
        <w:jc w:val="left"/>
      </w:pPr>
      <w:r>
        <w:rPr>
          <w:rFonts w:ascii="Times New Roman" w:hAnsi="Times New Roman" w:eastAsia="Times New Roman" w:cs="Times New Roman"/>
        </w:rPr>
        <w:t>Миний харсан араатан ирвэс мэт байсан бөгөөд түүний хөл нь баавгайн хөл мэт, ам нь арслангийн ам мэт байв; мөн луу түүнд өөрийн хүч чадал, өөрийн сэнтий, агуу эрх мэдлийг өгчээ. Илчлэлт 13:2.</w:t>
      </w:r>
    </w:p>
    <w:p>
      <w:pPr>
        <w:pStyle w:val="ArticleBody"/>
        <w:jc w:val="left"/>
      </w:pPr>
      <w:r>
        <w:rPr>
          <w:rFonts w:ascii="Times New Roman" w:hAnsi="Times New Roman" w:eastAsia="Times New Roman" w:cs="Times New Roman"/>
        </w:rPr>
        <w:t>Паган Ромын луу 330 онд Константин нийслэлээ Константинополь руу шилжүүлэх үед папын засагт өөрийн “суудал”-ыг (Ром хотыг) өгсөн. Кловис 496 оноос эхлэн өөрийн цэргийн “хүч”-ийг папын засагт өгсөн бөгөөд 533 онд Юстиниан иргэний “эрх мэдэл”-ийг папын засагт өгсөн. Таван жилийн дараа паган Ром Даниел арван нэгдүгээр бүлгийн арван зургаа, гучин нэг, дөчин нэг дүгээр эшлэлүүдэд дүрслэгдсэнчлэн папын засгийг сэнтийд залсан. Америкийн Нэгдсэн Улс гурав дахь төлөөллийн дайнд ялбал, Фатимагийн зөгнөлийн сэдэв болсон Оросын коммунист хүчийг папын засаг ялсан байх болно. Төлөөллийн дайнууд үнэн гэдгийн гарын үсгийг агуулдаг, учир нь энэ гурван тулаан бүгд папын төлөөх төлөөлөгч цэргийн хүчээр хэрэгждэг.</w:t>
      </w:r>
    </w:p>
    <w:p>
      <w:pPr>
        <w:pStyle w:val="ArticleBody"/>
        <w:jc w:val="left"/>
      </w:pPr>
      <w:r>
        <w:rPr>
          <w:rFonts w:ascii="Times New Roman" w:hAnsi="Times New Roman" w:eastAsia="Times New Roman" w:cs="Times New Roman"/>
        </w:rPr>
        <w:t>Папын өмнөөс тулалддаг анхны бөгөөд эцсийн төлөөлөгч арми нь Америкийн Нэгдсэн Улс (урвасан Протестантизм) юм. Дундах төлөөлөгч арми нь Украйны нацистууд бөгөөд тэд мөн Дэлхийн хоёрдугаар дайны үед Коммунист Оросын эсрэг Католик шашны төлөөлөгч арми байсан. Дэлхийн гурван дайн байдаг, мөн төлөөлөгчийн гурван дайн байдаг. Дэлхийн дайнуудын ч, төлөөлөгчийн дайнуудын ч хоёр дахь дайн нь нацизм байв. Украйн дахь өнөөгийн дайн бол Рафиагийн тулалдаанд арван нэгдүгээр болон арван хоёрдугаар эшлэлүүдийг анх биелүүлсэн хилийн зурвасын дайн мөн. Украйн дахь дайн нь одоо гурав дахь гайгийн үеийн Исламын гурван цохилтын хоёр дахь цохилтын үед хэрэгжиж байгаа боловч тухайн онцгой дайнд Ислам оролцоогүй байна.</w:t>
      </w:r>
    </w:p>
    <w:p>
      <w:pPr>
        <w:pStyle w:val="ArticleBody"/>
        <w:jc w:val="left"/>
      </w:pPr>
      <w:r>
        <w:rPr>
          <w:rFonts w:ascii="Times New Roman" w:hAnsi="Times New Roman" w:eastAsia="Times New Roman" w:cs="Times New Roman"/>
        </w:rPr>
        <w:t>Эхний цохилт нь 2001 оны 9 дүгээр сарын 11-нд сүнслэг алдаршсан газрын эсрэг байсан бөгөөд эдгээр гурван цохилтын сүүлчийнх нь Ням гаргийн хуулийн үед тохиож, дахин сүнслэг алдаршсан газрын эсрэг байна. Гурав дахь гай зовлонгийн Исламын гурван цохилтын хоёр дахь нь 2023 оны 10 дугаар сарын 7-нд бодит, эртний алдаршсан газрын эсрэг байсан. Тэр дайн нь Птолемей Рафиагийн тулалдаанд ялалт байгуулсан яг тэр бүс нутагт өрнөж байна. Есүс эцсийн өдрүүдэд дайн дажин болон дайны цуу яриа байх болно гэж айлдсан.</w:t>
      </w:r>
    </w:p>
    <w:p>
      <w:pPr>
        <w:pStyle w:val="ArticleBody"/>
        <w:jc w:val="left"/>
      </w:pPr>
      <w:r>
        <w:rPr>
          <w:rFonts w:ascii="Times New Roman" w:hAnsi="Times New Roman" w:eastAsia="Times New Roman" w:cs="Times New Roman"/>
        </w:rPr>
        <w:t>Есүсийн дурдсан дайнууд нь үзэгдэл бүрийн үр нөлөө биелэгдэх тэр түүхэн үед тохиолддог бөгөөд энэ баримтыг Езекиел тэмдэглэн үлдээсэн юм. Тэрхүү түүхэнд Исламын гурав дахь гай зовлон ирэх нь, төлөөллийн дайнуудын хоёр дахь ба гурав дахь тулалдаан, Америкийн Иргэний дайны давталт, Америкийн Хувьсгалт дайны давталт тус тус дүрслэгдсэн байдаг. Эдгээр дайнууд нь нэг зуун дөчин дөрвөн мянгыг тамгалах түүхийн туршид биелдэг бөгөөд удахгүй ирэх Ням гаргийн хуулийн үед эцсийн, гурав дахь дэлхийн дайн эхлэхэд, мөн гурав дахь гай зовлонгийн Ислам үндэстнүүдийн уурыг улам бадраах үед, Эзэн Өөрийн цэргийг туг тэмдэг болгон босгох болно.</w:t>
      </w:r>
    </w:p>
    <w:p>
      <w:pPr>
        <w:pStyle w:val="ArticleScripture"/>
        <w:jc w:val="left"/>
      </w:pPr>
      <w:r>
        <w:rPr>
          <w:rFonts w:ascii="Times New Roman" w:hAnsi="Times New Roman" w:eastAsia="Times New Roman" w:cs="Times New Roman"/>
        </w:rPr>
        <w:t>Та нар дайн тулааны тухай, мөн дайны цуурхлын тухай сонсоно. Бүү түгшигтүн; учир нь энэ бүх зүйл болох ёстой, гэвч төгсгөл нь хараахан болоогүй байна. Учир нь үндэстэн үндэстний эсрэг, хаанчлал хаанчлалын эсрэг босно; мөн энд тэндгүй өлсгөлөн, тахал, газар хөдлөлтүүд болно. Энэ бүхэн зовлонгийн эхлэл мөн. Матай 24:6–8.</w:t>
      </w:r>
    </w:p>
    <w:p>
      <w:pPr>
        <w:pStyle w:val="ArticleBody"/>
        <w:jc w:val="left"/>
      </w:pPr>
      <w:r>
        <w:rPr>
          <w:rFonts w:ascii="Times New Roman" w:hAnsi="Times New Roman" w:eastAsia="Times New Roman" w:cs="Times New Roman"/>
        </w:rPr>
        <w:t>Нэг зуун дөчин дөрвөн мянгыг тамгалах үед Бурханы ард түмний хоёр бүлэг нь харах, сонсох чадвараараа тодорхойлогдоно.</w:t>
      </w:r>
    </w:p>
    <w:p>
      <w:pPr>
        <w:pStyle w:val="ArticleScripture"/>
        <w:jc w:val="left"/>
      </w:pPr>
      <w:r>
        <w:rPr>
          <w:rFonts w:ascii="Times New Roman" w:hAnsi="Times New Roman" w:eastAsia="Times New Roman" w:cs="Times New Roman"/>
        </w:rPr>
        <w:t>Тиймээс Би тэдэнд сургаалт үгсээр ярьдаг. Учир нь тэд харж байгаа атлаа хардаггүй, сонсож байгаа атлаа сонсдоггүй, мөн ойлгодоггүй. Тэдний дотор Исаиагийн эш үзүүллэг биелж байна. Тэрээр ийнхүү айлдсан нь: Та нар сонссоор байх боловч ойлгохгүй, харсаар байх боловч мэдрэхгүй. Учир нь энэ ард түмний зүрх сэтгэл хатуурч, чих нь дүлийрч, нүдээ өөрсдөө анисан; тэгээгүйсэн бол тэд нүдээрээ харж, чихээрээ сонсож, зүрхээрээ ойлгон, эргэн хөрвөж, Би тэднийг эдгээх байсан. Харин та нарын нүд ерөөлтэй, учир нь тэд хардаг; мөн та нарын чих ерөөлтэй, учир нь тэд сонсдог. Матай 13:13–16.</w:t>
      </w:r>
    </w:p>
    <w:p>
      <w:pPr>
        <w:pStyle w:val="ArticleBody"/>
        <w:jc w:val="left"/>
      </w:pPr>
      <w:r>
        <w:rPr>
          <w:rFonts w:ascii="Times New Roman" w:hAnsi="Times New Roman" w:eastAsia="Times New Roman" w:cs="Times New Roman"/>
        </w:rPr>
        <w:t>2001 оны 9 дүгээр сарын 11-нд эхэлсэн тэр цаг үед Есүс: “Та нар дайн болон дайны тухай цуурхлыг сонсоно” гэж айлдсан. Илчлэлт номд Иохан нь Христийн дуу хоолойг сонсогсдыг төлөөлдөг.</w:t>
      </w:r>
    </w:p>
    <w:p>
      <w:pPr>
        <w:pStyle w:val="ArticleScripture"/>
        <w:jc w:val="left"/>
      </w:pPr>
      <w:r>
        <w:rPr>
          <w:rFonts w:ascii="Times New Roman" w:hAnsi="Times New Roman" w:eastAsia="Times New Roman" w:cs="Times New Roman"/>
        </w:rPr>
        <w:t>Эзэний өдөр би Сүнсэнд байхад, ар талаас минь бүрээний дуу мэт агуу дууг сонсов. Илчлэлт 1:10.</w:t>
      </w:r>
    </w:p>
    <w:p>
      <w:pPr>
        <w:pStyle w:val="ArticleBody"/>
        <w:jc w:val="left"/>
      </w:pPr>
      <w:r>
        <w:rPr>
          <w:rFonts w:ascii="Times New Roman" w:hAnsi="Times New Roman" w:eastAsia="Times New Roman" w:cs="Times New Roman"/>
        </w:rPr>
        <w:t>Түүний сонссон “дуу хоолой” нь “бүрээ мэт” байсан бөгөөд бүрээ нь дайны бэлгэдэл мөн, мөн тэрээр ардаа буй дуу хоолойг сонсов. Тэгээд тэр дуу хоолойг харахын тулд эргэн харлаа.</w:t>
      </w:r>
    </w:p>
    <w:p>
      <w:pPr>
        <w:pStyle w:val="ArticleScripture"/>
        <w:jc w:val="left"/>
      </w:pPr>
      <w:r>
        <w:rPr>
          <w:rFonts w:ascii="Times New Roman" w:hAnsi="Times New Roman" w:eastAsia="Times New Roman" w:cs="Times New Roman"/>
        </w:rPr>
        <w:t>Тэгээд би надтай ярьж байсан дуу хоолойг харахаар эргэв. Эргээд хартал, долоон алтан дэнлүүний суурь байхыг үзэв. Тэрхүү долоон дэнлүүний суурийн дунд хүний Хүүтэй адил Нэгэн байв. Тэрээр хөл хүрсэн урт өмсгөл өмсөж, цээжээрээ алтан бүс бүсэлсэн байлаа. Түүний тэргүүн ба үс нь ноос мэт, цас мэт цагаан, нүд нь галын дөл мэт байв. Хөл нь зууханд улайсган шатаасан мэт нарийн гууль адил, дуу хоолой нь их усны шуугиан мэт байлаа. Тэрээр баруун гартаа долоон од барьсан байв. Амнаас нь хоёр иртэй хурц илд гарч байлаа. Царай нь хүч чадлаараа гэрэлтэх нар мэт байв. Түүнийг үзээд би үхсэн хүн мэт хөлд нь унав. Тэгэхэд Тэрээр баруун гараа миний дээр тавин, надад айлдахдаа, Бүү ай. Би бол эхнийх ба эцсийнх мөн. Илчлэлт 1:12–17.</w:t>
      </w:r>
    </w:p>
    <w:p>
      <w:pPr>
        <w:pStyle w:val="ArticleBody"/>
        <w:jc w:val="left"/>
      </w:pPr>
      <w:r>
        <w:rPr>
          <w:rFonts w:ascii="Times New Roman" w:hAnsi="Times New Roman" w:eastAsia="Times New Roman" w:cs="Times New Roman"/>
        </w:rPr>
        <w:t>Иохан дуу хоолойг харахаар эргэхдээ Христийн ямар үзэгдлийг харсан билээ, тэр нь Даниел аравдугаар бүлэгт харсан үзэгдэл мөн, Исаиа зургаадугаар бүлэгт харсан үзэгдэл мөн, мөн Паул долоон аянгын түүхийг үзэх үедээ харсан тэрхүү л үзэгдэл мөн байв.</w:t>
      </w:r>
    </w:p>
    <w:p>
      <w:pPr>
        <w:pStyle w:val="ArticleScripture"/>
        <w:jc w:val="left"/>
      </w:pPr>
      <w:r>
        <w:rPr>
          <w:rFonts w:ascii="Times New Roman" w:hAnsi="Times New Roman" w:eastAsia="Times New Roman" w:cs="Times New Roman"/>
        </w:rPr>
        <w:t>“Даруу зан нь зүрхний ариун байдалтай салшгүй холбоотой. Сэтгэл Бурханд ойртох тусам төдий чинээ бүрэн даруулагдаж, номхордог. Иов Эзэний дуу хоолойг хуй салхины дундаас сонсоод, ‘Би өөрийгөө жигшинэ, үнс нурам дотор гэмшинэ’ хэмээн уулга алджээ. Исаиа Эзэний алдрыг үзэж, херубууд ‘Түмэн цэргийн ЭЗЭН ариун, ариун, ариун’ хэмээн хашхирахыг сонссон үедээ, ‘Гай зовлон надад ирлээ, учир нь би мөхөж байна!’ хэмээн хашхирсан юм. Даниелд ариун элч зочлон ирэхэд тэрээр, ‘Миний өнгө зүс надад ялзрал болон хувирсан’ гэж өгүүлдэг. Паул гурав дахь Тэнгэр өөд аваачигдаж, хүнд хэлэх нь зөвшөөрөгдөөгүй үгсийг сонссоныхоо дараа өөрийгөө ‘бүх ариун хүмүүсийн дотроос хамгийн өчүүхнээс ч өчүүхэн’ хэмээн хэлсэн. Есүсийн цээжинд налж, Түүний алдрыг үзсэн хайртай Иохан л тэнгэрэлчийн өмнө үхсэн хүн мэт унасан билээ. Аврагчийг маань бид хэдий чинээ ойроос, тасралтгүй ширтэн харна, төдий чинээ өөрсдөдөө сайшаах зүйл бага байгааг харах болно.” Signs of the Times, 1887 оны 4 дүгээр сарын 7.</w:t>
      </w:r>
    </w:p>
    <w:p>
      <w:pPr>
        <w:pStyle w:val="ArticleBody"/>
        <w:jc w:val="left"/>
      </w:pPr>
      <w:r>
        <w:rPr>
          <w:rFonts w:ascii="Times New Roman" w:hAnsi="Times New Roman" w:eastAsia="Times New Roman" w:cs="Times New Roman"/>
        </w:rPr>
        <w:t>Габриел үзэгдлийг Даниелд тайлбарлахдаа арван нэгдүгээр бүлгийн эш үзүүллэгийн үйл явдлуудыг дэлгэн тавьсан. Тэдгээр үйл явдал нь дайны дүрслэл бөгөөд, тэр дайнуудын дүрслэл дотор “marah” хэмээн илэрхийлэгдсэн эмэгтэйлэг “mareh”-ийн учруулагч үзэгдэл Даниелыг Христийн дүр төрхөд хувиргасан юм. Христ “Та нар дайнууд болон дайны чимээг сонсоно” хэмээн айлдахдаа Даниелын арван нэгдүгээр бүлэгт өгүүлэгдсэн дайнуудыг заан тодорхойлж байна. Тэрээр цааш нь, ажиглагчийг Өөрийн дүр төрхөд хувиргадаг үзэгдлийг харахын тулд эргэх ёстойг тодруулан заадаг; учир нь дуу хоолой чинь ард талд байна. Даниелын арван нэгдүгээр бүлэгт дүрслэгдсэн дайнууд нь өнгөрсөн түүхэнд болсон дайнуудын дүрслэл юм. Өнгөрсөн үеийн тэдгээр дайнуудын тухай сонссоноор хүн одоо өрнөж буй түүхийн талаар сургагддаг, гэвч энэ нь зөвхөн харах нүдтэй, сонсох чихтэй хүнд л боломжтой.</w:t>
      </w:r>
    </w:p>
    <w:p>
      <w:pPr>
        <w:pStyle w:val="ArticleBody"/>
        <w:jc w:val="left"/>
      </w:pPr>
      <w:r>
        <w:rPr>
          <w:rFonts w:ascii="Times New Roman" w:hAnsi="Times New Roman" w:eastAsia="Times New Roman" w:cs="Times New Roman"/>
        </w:rPr>
        <w:t>Езекиел нэгэн цагт тэрхүү үзэгдэл цаашид удаашрахгүй байх үе ирнэ хэмээн тэмдэглэсэн нь түүний тэнгэрийн ариун сүмийн тухай үзэгдэлтэй холбоотой байсан бөгөөд уг үзэгдэлд Езекиел, бусад зүйлсийн дотор, “дугуйн доторх дугуй”-г харсан билээ. Эгч Уайт үүнийг хүний үйл явдлуудын ээдрээтэй харилцан уялдаа хэмээн тодорхойлдог.</w:t>
      </w:r>
    </w:p>
    <w:p>
      <w:pPr>
        <w:pStyle w:val="ArticleScripture"/>
        <w:jc w:val="left"/>
      </w:pPr>
      <w:r>
        <w:rPr>
          <w:rFonts w:ascii="Times New Roman" w:hAnsi="Times New Roman" w:eastAsia="Times New Roman" w:cs="Times New Roman"/>
        </w:rPr>
        <w:t>Хебар мөрний эрэг дээр Езекиел хойд зүгээс ирж буй мэт харагдах хуй салхийг үзжээ. Тэр нь “асар их үүл, өөр дотроо эрчилсэн гал, түүний эргэн тойронд туяарах гэрэлтэй, мөн түүний дундаас хув мэт өнгө цацарч” байв. Нэг нэгэнтэйгээ огтлолцсон олон дугуй дөрвөн амьд оршнолын хөдөлгөөнөөр хөдөлж байлаа. Энэ бүхний дээгүүр “индранил чулуун мэт харагдах сэнтийн дүрс мэт зүйл байсан бөгөөд тэрхүү сэнтийн дүрсийн дээр хүний төрх мэт харагдах нэгэн дүрс байв.” “Мөн херубуудын дотор тэдний далавчны доор хүний гарын хэлбэр үзэгдэв.” Езекиел 1:4, 26; 10:8. Тэдгээр дугуйнуудын зохион байгуулалт маш ээдрээтэй тул анхны харцаар эмх замбараагүй мэт санагдавч, тэд төгс зохицол дунд хөдөлж байлаа. Херубуудын далавчны доорх мутраар дэмжигдэн, удирдуулсан тэнгэрлэг оршнолууд эдгээр дугуйг хөдөлгөж байв; тэдгээрийн дээр, индранил сэнтийн дээр, Мөнх Нэгэн байв; харин сэнтийн эргэн тойронд тэнгэрийн өршөөлийн бэлгэдэл болсон солонго байлаа.</w:t>
      </w:r>
    </w:p>
    <w:p>
      <w:pPr>
        <w:pStyle w:val="ArticleScripture"/>
        <w:jc w:val="left"/>
      </w:pPr>
      <w:r>
        <w:rPr>
          <w:rFonts w:ascii="Times New Roman" w:hAnsi="Times New Roman" w:eastAsia="Times New Roman" w:cs="Times New Roman"/>
        </w:rPr>
        <w:t>“Дугуй мэт нарийн төвөгтэй зүйлс нь херубимуудын жигүүрийн доорх мутрын удирдлагад байсанчлан, хүний үйл явдлын ээдрээтэй өрнөл ч мөн тэнгэрлэг захиргаанд байдаг. Үндэстнүүдийн тэмцэл ба үймээн самууны дунд херубимуудын дээгүүр залрагч Нэгэн газар дэлхийн хэргийг өнөө ч удирдсаар байна.</w:t>
      </w:r>
    </w:p>
    <w:p>
      <w:pPr>
        <w:pStyle w:val="ArticleScripture"/>
        <w:jc w:val="left"/>
      </w:pPr>
      <w:r>
        <w:rPr>
          <w:rFonts w:ascii="Times New Roman" w:hAnsi="Times New Roman" w:eastAsia="Times New Roman" w:cs="Times New Roman"/>
        </w:rPr>
        <w:t>Ээлж дараалан өөрсдөд нь оноогдсон цаг хугацаа, байр суурийг эзлэн өнгөрсөн үндэстнүүдийн түүх нь, өөрсдөө утгыг нь мэдээгүй байсан тэр үнэний талаар үл ухамсарлан гэрчилж ирсэн тул, бидэнд өгүүлж байна. Өнөө цагийн үндэстэн бүрт, хувь хүн бүрт Бурхан Өөрийн агуу төлөвлөгөөн дотор байр суурь оноосон билээ. Өнөөдөр хүмүүс хийгээд үндэстнүүд алдаа үл гаргагч Нэгэний гарт буй эгцлүүрээр хэмжигдэж байна. Бүгд өөрсдийн сонголтоор хувь заяагаа шийдэж байгаа бөгөөд Бурхан Өөрийн зорилгуудыг биелүүлэхийн тулд бүхнийг захиран удирдаж байна.</w:t>
      </w:r>
    </w:p>
    <w:p>
      <w:pPr>
        <w:pStyle w:val="ArticleScripture"/>
        <w:jc w:val="left"/>
      </w:pPr>
      <w:r>
        <w:rPr>
          <w:rFonts w:ascii="Times New Roman" w:hAnsi="Times New Roman" w:eastAsia="Times New Roman" w:cs="Times New Roman"/>
        </w:rPr>
        <w:t>Агуу БИ БАЙНА хэмээгч Өөрийн үгэндээ тогтоон тэмдэглэсэн түүх, өнгөрсөн мөнхийнээс ирээдүйн мөнх хүртэл эш үзүүллэгийн гинжин холбоосыг нэг нэгээр нь уялдуулан холбосон тэрхүү түүх, өнөөдөр бид цаг үеийн үргэлжилсэн урсгалын аль хэсэгт байгааг, мөн ирэх цаг үед юуг хүлээж болохыг бидэнд өгүүлдэг. Эш үзүүллэгт эдүгээ хүртэл биелнэ хэмээн зөгнөн хэлэгдсэн бүхэн түүхийн хуудсанд мөрөө үлдээн тэмдэглэгдсэн бөгөөд цаашид ирэх ёстой бүхэн ч өөрийн дарааллын дагуу биелнэ гэдэгт бид итгэлтэй байж болно.</w:t>
      </w:r>
    </w:p>
    <w:p>
      <w:pPr>
        <w:pStyle w:val="ArticleScripture"/>
        <w:jc w:val="left"/>
      </w:pPr>
      <w:r>
        <w:rPr>
          <w:rFonts w:ascii="Times New Roman" w:hAnsi="Times New Roman" w:eastAsia="Times New Roman" w:cs="Times New Roman"/>
        </w:rPr>
        <w:t>“Газар дэлхийн бүх ноёрхлуудын эцсийн уналтыг үнэний үгэнд тодорхойгоор зөгнөн хэлсэн байдаг. Израилийн сүүлчийн хаанд Бурханы шүүлт тунхаглагдсан үед айлдагдсан эш үзүүллэгт энэ мэдээ өгөгдсөн байдаг.” Education, 178, 179.</w:t>
      </w:r>
    </w:p>
    <w:p>
      <w:pPr>
        <w:pStyle w:val="ArticleBody"/>
        <w:jc w:val="left"/>
      </w:pPr>
      <w:r>
        <w:rPr>
          <w:rFonts w:ascii="Times New Roman" w:hAnsi="Times New Roman" w:eastAsia="Times New Roman" w:cs="Times New Roman"/>
        </w:rPr>
        <w:t>Анхны харцаар эмх замбараагүй мэт харагддаг тэрхүү ээдрээтэй хүрднүүд нь үндэстнүүдийн тэмцэл, үймээн самуунаар илэрхийлэгдсэн хүн төрөлхтний үйл явдлуудын ээдрээтэй өрнөл мөн. Христ Өөрийн Үгэнд тэмдэглэн өгсөн түүх нь бидэнд хаана байгааг маань хэлж өгдөг бөгөөд ингэснээрээ газар дэлхийн бүх ноёрхлын эцсийн сүйрлийг тодорхойлдог. Нэг зуун дөчин дөрвөн мянгын тамгалах үе бол аливаа үзэгдлийн нөлөө бүр биеллээ олох үе бөгөөд тэрхүү түүхийн хүрээнд хүрднүүд нь Христийн “зовлонгийн эхлэл” хэмээн тодорхойлсон дайн болон дайны сураг чимээг төлөөлдөг. Зовлонгийн эхлэл 2001 оны есдүгээр сарын 11-нд эхэлсэн, учир нь тэр үед нэг зуун дөчин дөрвөн мянгын тамгалах үе эхэлсэн бөгөөд тамгалагч тэнгэрэлч сүм болон нутаг дотор үйлдэгдэж буй жигшүүрт хэргүүдийн төлөө санаа алдан, гашуудан уйлагчдын дээр Өөрийн тэмдгийг тавьдаг.</w:t>
      </w:r>
    </w:p>
    <w:p>
      <w:pPr>
        <w:pStyle w:val="ArticleBody"/>
        <w:jc w:val="left"/>
      </w:pPr>
      <w:r>
        <w:rPr>
          <w:rFonts w:ascii="Times New Roman" w:hAnsi="Times New Roman" w:eastAsia="Times New Roman" w:cs="Times New Roman"/>
        </w:rPr>
        <w:t>Газар нутаг дахь дайн самуунууд нь тэдгээр дайнууд юуг төлөөлж буйг харж, сонсож буй хүмүүст уй гашуу төрүүлдэг. Тамгалах түүх нь газар дэлхийн бүх хаант улсуудын эцсийн мөхлийг тодорхойлон зааж байгаа бөгөөд тэдгээр хаант улсуудын мөхөл нь өнгөрсөн үеийн эш үзүүллэгийн түүхэнд мөрдөн тэмдэглэгдсэн билээ. Исаиа зургаадугаар бүлэгт Иохан, Даниел, Езекиел, Иов, Паул нарын харсан тэрхүү адил үзэгдлийг үзэхдээ, тухайн цаг үед хүргэх мэдээг тунхаглахаар өөрийгөө санал болгосон; харин тэрээр уг мэдээг хэр удаан тунхаглах хэрэгтэйгээ асуусан юм бэ?</w:t>
      </w:r>
    </w:p>
    <w:p>
      <w:pPr>
        <w:pStyle w:val="ArticleScripture"/>
        <w:jc w:val="left"/>
      </w:pPr>
      <w:r>
        <w:rPr>
          <w:rFonts w:ascii="Times New Roman" w:hAnsi="Times New Roman" w:eastAsia="Times New Roman" w:cs="Times New Roman"/>
        </w:rPr>
        <w:t>Түүнчлэн би Эзэний дуу хоолойг сонсов. Тэрээр: Хэнийг Би илгээх вэ, хэн Бидний төлөө явах вэ? гэж айлдав. Тэгэхэд нь би: Би энд байна; намайг илгээгээч гэв. Тэгээд Тэрээр айлдахдаа: Явж, энэ ард түмэнд хэлэгтүн: Та нар сонссоор байх боловч үл ойлгоно; харсаар байх боловч үл ухаарна. Энэ ард түмний зүрхийг мохоож, чихийг нь дүлийрүүлж, нүдийг нь аниул; эс тэгвээс тэд нүдээрээ харж, чихээрээ сонсож, зүрхээрээ ойлгон, эргэн ирж, эдгэх вий гэв. Тэгэхэд нь би: Эзэн, хэр удаан бэ? гэв. Тэрээр хариулахдаа: Хотууд оршин суугчгүйгээр сүйрч, байшингууд хүнгүй болж, газар нутаг бүрэн эзгүйрэх хүртэл, мөн Эзэн хүмүүсийг хол зайлуулж, газрын гол дунд агуу эзгүйрэл бий болох хүртэл гэв. Исаиа 6:8–12.</w:t>
      </w:r>
    </w:p>
    <w:p>
      <w:pPr>
        <w:pStyle w:val="ArticleBody"/>
        <w:jc w:val="left"/>
      </w:pPr>
      <w:r>
        <w:rPr>
          <w:rFonts w:ascii="Times New Roman" w:hAnsi="Times New Roman" w:eastAsia="Times New Roman" w:cs="Times New Roman"/>
        </w:rPr>
        <w:t>Исаиад өгөгдсөн хариулт нь, “газар нутаг бүрэн сүйрэх хүртэл” тэр энэ мэдээг тунхаглах шаардлагатай гэсэн явдал байв. Лацадалтын мэдээ нь дайны цаг үед өгөгддөг бөгөөд тэрхүү дайн нь бүх эш үзүүлэгчдийн үзсэн “мара” үзэгдлийн тайлал мөн хэмээн тодорхойлогддог. Гадаад мэдээ нь дотоод туршлагыг бий болгохоор зориулагдсан боловч зөвхөн “сонсохыг хүсэх” хүмүүсийн хувьд л тийм юм.</w:t>
      </w:r>
    </w:p>
    <w:p>
      <w:pPr>
        <w:pStyle w:val="ArticleBody"/>
        <w:jc w:val="left"/>
      </w:pPr>
      <w:r>
        <w:rPr>
          <w:rFonts w:ascii="Times New Roman" w:hAnsi="Times New Roman" w:eastAsia="Times New Roman" w:cs="Times New Roman"/>
        </w:rPr>
        <w:t>Дэлхийн хоёрдугаар дайнд папын төлөөлөн тулалдсан Нацистын арми хоорондын холбоо нь мөрийн дээр мөрөөр, хоёр дахь төлөөллийн дайны хоёр дахь төлөөлөгч армистай нийцэж байгаа бөгөөд дэлхийн хоёрдугаар дайн өөрөө ч хоёр дахь төлөөллийн дайнд нийцэж байна. Одоо Украинд дахин давтагдаж буй Рафийн хил хязгаарын дайнтай хоёр дахь төлөөллийн дайны холбоо нь 2023 оны 10 дугаар сарын 7-нд эхэлсэн гурав дахь гаслангийн Исламын хоёр дахь цохилттой газарзүйн хувьд холбогдож байгаа бөгөөд энэ нь эш үзүүллэгийн дугуйн доторх дугуйнуудыг илэрхийлж байна.</w:t>
      </w:r>
    </w:p>
    <w:p>
      <w:pPr>
        <w:pStyle w:val="ArticleBody"/>
        <w:jc w:val="left"/>
      </w:pPr>
      <w:r>
        <w:rPr>
          <w:rFonts w:ascii="Times New Roman" w:hAnsi="Times New Roman" w:eastAsia="Times New Roman" w:cs="Times New Roman"/>
        </w:rPr>
        <w:t>1999 онд Жон Корнуэллийн бичсэн нэгэн ном хэвлэгдэн гарсан. Тухайн үед Жон Корнуэлл Английн Кембриж дэх Jesus College-ийн Ахлах судалгааны ажилтан байсан бөгөөд шагнал хүртсэн сэтгүүлч, зохиолч байв. Тэрхүү ном нь Дэлхийн хоёрдугаар дайны үед ноёрхсон Ромын папын үүргийн талаар авч үзсэн юм. Номын эхлэл нь Pio Nono хэмээн алдаршсан Пап IX Пийгийн баруун гар байсан ирээдүйн папын өвөөгөөр эхэлдэг. 1849 онд Бүгд Найрамдах үзэлтний үймээнч олон түмэн Ватиканы цогцолборт халдан довтолж, Пап IX Пий Ром хотоос дүрвэн гарчээ. Түүний цөллөгт авч явсан хүн нь Эуженио Пачеллийн өвөө байв. Эуженио Пачелли нь Пап IX Пийгийн баруун гарын ач хүү байсан бөгөөд хожим XII Пий болсон; Эуженио Пачеллийн тухай тэр номыг Hitler’s Pope, The Secret History of Pius XII гэж нэрлэжээ.</w:t>
      </w:r>
    </w:p>
    <w:p>
      <w:pPr>
        <w:pStyle w:val="ArticleBody"/>
        <w:jc w:val="left"/>
      </w:pPr>
      <w:r>
        <w:rPr>
          <w:rFonts w:ascii="Times New Roman" w:hAnsi="Times New Roman" w:eastAsia="Times New Roman" w:cs="Times New Roman"/>
        </w:rPr>
        <w:t>Энэ номдоо Корнвелл Дэлхийн хоёрдугаар дайны үед нацист дэглэм еврейчүүдийг хавчин мөрдөж байсан явдлыг урьд нь Кардинал Эуженио Пачелли байсан Пап Пий XII хэр хэмжээнд мэдэж байсан бөгөөд түүнд хэрхэн хариу үйлдэл үзүүлснийг судлан авч үздэг. Тэрээр Холокостыг олон нийтийн өмнө буруушаан яллаха талаар Пий XII-ийн баримталсан ил тод дуугүй байдал болон үйл ажиллагаагүй байдал нь дайны үеийн түүний ёс суртахуунгүй удирдлагыг илтгэн харуулсан болохыг нотолдог.</w:t>
      </w:r>
    </w:p>
    <w:p>
      <w:pPr>
        <w:pStyle w:val="ArticleBody"/>
        <w:jc w:val="left"/>
      </w:pPr>
      <w:r>
        <w:rPr>
          <w:rFonts w:ascii="Times New Roman" w:hAnsi="Times New Roman" w:eastAsia="Times New Roman" w:cs="Times New Roman"/>
        </w:rPr>
        <w:t>Корнвелл Пий XII-ын папын албаны түүхэн нөхцөл байдлыг, түүний дипломат гарал үндэс болон тухайн үеийн улс төрийн ээдрээт динамикийг багтаан тайлбарладаг. Тэрээр Нацист Германтай харьцахад Ватиканы баримталсан хандлагыг шинжилдэг. Корнвелл Пий XII Холокостын эсрэг дуугарч, хавчигдаж байсан иудейчүүдийн төлөө оролцон хамгаалж чадсангүй гэж тогтоодог. Учир нь тэрээр 1933 онд кардинал байхдаа Гитлертэй конкордат байгуулж, Католик сүмийг Гитлерийн үйл хэрэгт захирагдан дагахыг амласан байв.</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Дэлхийн II дайны дараа нацист дайны зарим гэмт хэрэгтнүүд Өмнөд Америкийн хэд хэдэн орныг оролцуулан янз бүрийн улс орон руу дүрвэн зугтсанаар шударга ёсны хариуцлагаас мултарч чадсан. Тэдний зугтаж, Өмнөд Америкт хүрэхдээ ашигласан үндсэн арга замуудад дараах зүйлс багтана:</w:t>
      </w:r>
    </w:p>
    <w:p>
      <w:pPr>
        <w:pStyle w:val="ArticleScripture"/>
        <w:jc w:val="left"/>
      </w:pPr>
      <w:r>
        <w:rPr>
          <w:rFonts w:ascii="Times New Roman" w:hAnsi="Times New Roman" w:eastAsia="Times New Roman" w:cs="Times New Roman"/>
        </w:rPr>
        <w:t>Ратлайнууд: Ратлайнууд нь Нацистууд болон бусад оргодлуудыг Европоос зугтан гарахад нь туслах зорилгоор Католик Сүм болон тэдэнд элэгтэй тагнуулын байгууллагууд зэрэг янз бүрийн байгууллагын байгуулсан нууц оргон гарах замууд байв. Эдгээр зам нь тэднийг Өмнөд Америк зэрэг аюулгүй хоргодох газруудад хүргэхийг хөнгөвчлөхийн тулд хуурамч нэр ус хэрэглэх, хуурамч бичиг баримт бүрдүүлэх, нууцаар дамжуулан гаргах сүлжээ ашиглахыг олонтаа хамарч байв.</w:t>
      </w:r>
    </w:p>
    <w:p>
      <w:pPr>
        <w:pStyle w:val="ArticleScripture"/>
        <w:jc w:val="left"/>
      </w:pPr>
      <w:r>
        <w:rPr>
          <w:rFonts w:ascii="Times New Roman" w:hAnsi="Times New Roman" w:eastAsia="Times New Roman" w:cs="Times New Roman"/>
        </w:rPr>
        <w:t>Хуурамч баримт бичгүүд: Олон нацист оргодлууд өөрсдийн жинхэнэ хэн болохыг нуун дарагдуулж, баривчлагдахаас зайлсхийхийн тулд хуурамч паспорт, виз болон аяллын бусад баримт бичгийг олж авсан. Тэд эдгээр баримт бичгийг ашиглан Өмнөд Америкт хүрэхээсээ өмнө төвийг сахисан эсвэл талтай ханддаг улс орнуудаар дамжин аялж байв.</w:t>
      </w:r>
    </w:p>
    <w:p>
      <w:pPr>
        <w:pStyle w:val="ArticleScripture"/>
        <w:jc w:val="left"/>
      </w:pPr>
      <w:r>
        <w:rPr>
          <w:rFonts w:ascii="Times New Roman" w:hAnsi="Times New Roman" w:eastAsia="Times New Roman" w:cs="Times New Roman"/>
        </w:rPr>
        <w:t>Эрх баригчдын хамсаатан байдал: Зарим тохиолдолд Өмнөд Америкийн орнууд дахь талтай хандлагатай албан тушаалтнууд нацист оргогчдын оршин байгааг мэдсэн атлаа үл ойшоон өнгөрөөх буюу тэднийг баривчлагдахаас зайлсхийхэд нь идэвхтэй тусалж байв. Зарим засгийн газар, ялангуяа нацист үзэл сурталд элэгтэй авторитар дэглэмтэй байсан улсууд, эдгээр хүмүүст орогнол олгож байлаа.</w:t>
      </w:r>
    </w:p>
    <w:p>
      <w:pPr>
        <w:pStyle w:val="ArticleScripture"/>
        <w:jc w:val="left"/>
      </w:pPr>
      <w:r>
        <w:rPr>
          <w:rFonts w:ascii="Times New Roman" w:hAnsi="Times New Roman" w:eastAsia="Times New Roman" w:cs="Times New Roman"/>
        </w:rPr>
        <w:t>Хуулийн цоорхой: Зарим нацист дайны гэмт хэрэгтнүүд Өмнөд Америкийн орнууд дахь хуулийн цоорхой буюу шилжүүлэн өгөх тухай хуулийн сул зохицуулалтыг ашиглан Европ руу шилжүүлэн өгөхөөс зайлсхийсэн бөгөөд тэнд тэд үйлдсэн гэмт хэргийнхээ төлөө шүүхээр мөрдөгдөнө.</w:t>
      </w:r>
    </w:p>
    <w:p>
      <w:pPr>
        <w:pStyle w:val="ArticleScripture"/>
        <w:jc w:val="left"/>
      </w:pPr>
      <w:r>
        <w:rPr>
          <w:rFonts w:ascii="Times New Roman" w:hAnsi="Times New Roman" w:eastAsia="Times New Roman" w:cs="Times New Roman"/>
        </w:rPr>
        <w:t>Ерөнхийд нь авч үзвэл, Дэлхийн II дайн дууссаны дараа нацист дайны гэмт хэрэгтнүүд Өмнөд Америк руу оргон зайлж, олон жилийн турш шударга ёсноос бултах боломжийг хулгайн гарцууд, хуурамч бичиг баримтууд, эрх баригчдын хамсаатан байдал, болон хуулийн цоорхойн нийлбэр бүрдүүлсэн юм. ChatGPT, 2024 оны 3 сар.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 Дөч Хоёрдугаар Хэсэг</dc:title>
  <dc:subject>Фатимагийн сүүдэр: Католик сүмийн эш үзүүллэгт үзэгдлүүдийн цаадах сатанлаг нөлөөг тайлан илчлэх нь</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