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Далон Дөрөвдүгээр```</w:t>
      </w:r>
    </w:p>
    <w:p>
      <w:pPr>
        <w:pStyle w:val="ArticleSubtitle"/>
        <w:jc w:val="left"/>
      </w:pPr>
      <w:r>
        <w:rPr>
          <w:rFonts w:ascii="Arial" w:hAnsi="Arial" w:eastAsia="Arial" w:cs="Arial"/>
        </w:rPr>
        <w:t>Зөнчийн ойлголтууд ба Тэнгэрлэг илчлэлүүд: Даниелын үзэгдэл болон түүний эцсийн өдрүүдийн үр дагаврыг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Арван гуравдугаар ишлэлээс арван тавдугаар ишлэлд дүрслэгдсэн гурав дахь төлөөллийн дайныг авч үзэхдээ, эдгээр ишлэлд хүргэж ирсэн зүйлийг бид өөрсдөдөө сануулъя. Аравдугаар бүлэгт Даниел эцсийн үзэгдлээ хүлээн авдаг бөгөөд ингэснээр тэрээр дотоод болон гадаад эш үзүүллэгийн үзэгдлүүдийг хоёуланг нь ойлгодог нэгэн хэмээн тодорхойлогддог. “Үг” гэсэн утгатай еврей “dabar” гэдэг үгийг “зүйл” гэж орчуулсан байдаг. Есдүгээр бүлэгт, Габриел Даниелд хоёр мянга гурван зуун өдрийн үзэгдлийг ойлгуулахаар ирэхэд, еврей “dabar” гэдэг үгийг “хэрэг явдал” гэж орчуулсан байдаг.</w:t>
      </w:r>
    </w:p>
    <w:p>
      <w:pPr>
        <w:pStyle w:val="ArticleScripture"/>
        <w:jc w:val="left"/>
      </w:pPr>
      <w:r>
        <w:rPr>
          <w:rFonts w:ascii="Times New Roman" w:hAnsi="Times New Roman" w:eastAsia="Times New Roman" w:cs="Times New Roman"/>
        </w:rPr>
        <w:t>Тийм ээ, намайг залбирал дотор ярьж байх зуур, эхэнд үзэгдэлд үзсэн тэр хүн Габриел хурдан нисэн ирж, үдшийн өргөлийн цагийн орчим надад хүрэв. Тэр намайг сургамжилж, надтай ярин, ийнхүү хэлэв: Ай, Даниел аа, чамд мэргэн ухаан ба ойлголт өгөхөөр би одоо ирээд байна. Чиний гуйлтуудын эхэнд тушаал гарсан бөгөөд би чамд үүнийг үзүүлэхээр ирлээ; учир нь чи үлэмж хайрлагдсан нэгэн мөн. Тиймээс энэ хэргийг ойлгож, үзэгдлийг тунгаан бодогтун. Даниел 9:21–23.</w:t>
      </w:r>
    </w:p>
    <w:p>
      <w:pPr>
        <w:pStyle w:val="ArticleBody"/>
        <w:jc w:val="left"/>
      </w:pPr>
      <w:r>
        <w:rPr>
          <w:rFonts w:ascii="Times New Roman" w:hAnsi="Times New Roman" w:eastAsia="Times New Roman" w:cs="Times New Roman"/>
        </w:rPr>
        <w:t>Габриел Даниелд “үгийг ойлгож, үзэгдлийг тунгаан бод” гэж хэлэхдээ, еврей хэлний “biyn” хэмээх үгийг “ойлго” гэж ч, мөн “тунгаан бод” гэж ч орчуулсан байдаг. Энэ үг нь оюун санаандаа ялган салгах гэсэн утгатай. Габриел Даниелд “үг” гэж орчуулагдсан “dabar” болон “үзэгдэл” гэж орчуулагдсан “mareh” хоёрын хооронд оюун санааны ялгалт хийхийг мэдэгдсэн юм. Хорин гурван зуун жилийн эш үзүүллэгийн тухай Габриел Даниелд өгч байсан тайлбарыг ойлгохын тулд, Даниел “үг” хэмээн дүрслэгдсэн эш үзүүллэгийн үзэгдэл болон эш үзүүллэгийн “mareh” үзэгдлийн хоорондох ялгааг таних ёстой байв. “Үг” буюу “dabar” нь үг гэсэн утгатай бөгөөд эш үзүүллэгийн гаднах шугамыг төлөөлдөг, харин “mareh” үзэгдэл нь эш үзүүллэгийн дотоод шугамыг төлөөлдөг.</w:t>
      </w:r>
    </w:p>
    <w:p>
      <w:pPr>
        <w:pStyle w:val="ArticleBody"/>
        <w:jc w:val="left"/>
      </w:pPr>
      <w:r>
        <w:rPr>
          <w:rFonts w:ascii="Times New Roman" w:hAnsi="Times New Roman" w:eastAsia="Times New Roman" w:cs="Times New Roman"/>
        </w:rPr>
        <w:t>Даниелын аравдугаар бүлэгт эш үзүүллэгийг судлагчид илчлэгддэг эхний үнэн нь, Даниел нь эш үзүүллэгийн дотоод ба гадаад шугам аль алийг нь ойлгодог эцсийн өдрүүд дэх Бурханы ард түмнийг төлөөлдөг явдал мөн.</w:t>
      </w:r>
    </w:p>
    <w:p>
      <w:pPr>
        <w:pStyle w:val="ArticleScripture"/>
        <w:jc w:val="left"/>
      </w:pPr>
      <w:r>
        <w:rPr>
          <w:rFonts w:ascii="Times New Roman" w:hAnsi="Times New Roman" w:eastAsia="Times New Roman" w:cs="Times New Roman"/>
        </w:rPr>
        <w:t>Персийн хаан Кирийн хаанчлалын гурав дахь жилд Белтешаззар хэмээн нэрлэгддэг байсан Даниелд нэгэн зүйл илчлэгдэв; тэрхүү зүйл үнэн байсан боловч тогтоогдсон хугацаа нь урт байв. Тэр уг зүйлийг ойлгож, үзэгдлийг ухааран мэджээ. Даниел 10:1.</w:t>
      </w:r>
    </w:p>
    <w:p>
      <w:pPr>
        <w:pStyle w:val="ArticleBody"/>
        <w:jc w:val="left"/>
      </w:pPr>
      <w:r>
        <w:rPr>
          <w:rFonts w:ascii="Times New Roman" w:hAnsi="Times New Roman" w:eastAsia="Times New Roman" w:cs="Times New Roman"/>
        </w:rPr>
        <w:t>“Зүйл” нь еврей хэлний “dabar” үг бөгөөд “үзэгдэл” нь “mareh” үзэгдэл юм. Эш үзүүлэгчийн хувьд Даниел нь Бурханы эцсийн өдрүүдийн ард түмнийг төлөөлдөг бөгөөд түүний төгс биелэл нь нэг зуун дөчин дөрвөн мянга юм. Кирусын гурав дахь жил нь Даниелыг 1989 онд төгсгөлийн цагт эхэлсэн шинэчлэлийн шугамд байрлуулдаг. 1989 оны түүхээс Америкийн Нэгдсэн Улсад тун удахгүй ирэх Ням гаргийн хууль хүртэлх түүхийг төлөөлөх “тэр өдрүүдэд” Даниел гурван долоо хоног гашуудсан. Нэг зуун дөчин дөрвөн мянгын шинэчлэлийн шугамд энэ гашуудлын хугацаа нь Илчлэл номын арван нэгдүгээр бүлгийн хоёр гэрч гудамжинд үхсэн байдаг гурав хагас өдрийг тэмдэглэж байна. Бидний Эзэн мөн цовдлогдсон Содом ба Египет хэмээх тэр агуу хотын гудамж нь мөн Езекиелийн үхсэн хуурай ясны хөндий юм.</w:t>
      </w:r>
    </w:p>
    <w:p>
      <w:pPr>
        <w:pStyle w:val="ArticleBody"/>
        <w:jc w:val="left"/>
      </w:pPr>
      <w:r>
        <w:rPr>
          <w:rFonts w:ascii="Times New Roman" w:hAnsi="Times New Roman" w:eastAsia="Times New Roman" w:cs="Times New Roman"/>
        </w:rPr>
        <w:t>Аравдугаар бүлэгт Даниел Христийн дүр төрхөд хувирч, Даниелын үзсэн үзэгдлийг Габриел тайлбарлахаас өмнө гурвантаа хүргэгдэв. Тэрхүү үзэгдэл шүтэн мөргөгчдийн хоёр ангийг ялган салгасан юм. Мөнхийн сайн мэдээ үргэлж шүтэн мөргөгчдийн хоёр ангийг бий болгодог. Даниел нь үзэгдлээс айж зугтсан ангитай эсрэгцүүлэн, нэг зуун дөчин дөрвөн мянгад төлөөлөгдөн дүрслэгдсэн шүтэн мөргөгчдийн ангийг төлөөлж байв.</w:t>
      </w:r>
    </w:p>
    <w:p>
      <w:pPr>
        <w:pStyle w:val="ArticleBody"/>
        <w:jc w:val="left"/>
      </w:pPr>
      <w:r>
        <w:rPr>
          <w:rFonts w:ascii="Times New Roman" w:hAnsi="Times New Roman" w:eastAsia="Times New Roman" w:cs="Times New Roman"/>
        </w:rPr>
        <w:t>Аравдугаар бүлгээс өмнө Габриел үзэгдлийг тайлбарлахаар Даниелд гурван удаа ирсэн. Тэрээр Библийн эш үзүүллэгийн хаант улсуудыг тэдгээрийн улс төрийн илрэлээр нь (долоодугаар бүлэг), мөн шашны илрэлээр нь (наймдугаар бүлэг) дүрслэн үзүүлсэн долоо, наймдугаар бүлгүүдийн үзэгдлүүдийг тайлбарласан. Дараа нь есдүгээр бүлэгт Габриел хоёр мянга гурван зуун жилийн эш үзүүллэгийг тайлбарлав. Есдүгээр бүлэгт дутуу үлдсэн тайлбарыг гүйцээж дуусгахын тулд, мөн хоёр ангиллын мөргөгчдийг бий болгосон үзэгдлийн тайлбарыг Даниелд өгөхийн тулд Габриел аравдугаар бүлэгт ирдэг. Габриел эхлээд арван дөрөвдүгээр эшлэлд уг үзэгдлийн ерөнхий тоймыг Даниелд өгдөг.</w:t>
      </w:r>
    </w:p>
    <w:p>
      <w:pPr>
        <w:pStyle w:val="ArticleScripture"/>
        <w:jc w:val="left"/>
      </w:pPr>
      <w:r>
        <w:rPr>
          <w:rFonts w:ascii="Times New Roman" w:hAnsi="Times New Roman" w:eastAsia="Times New Roman" w:cs="Times New Roman"/>
        </w:rPr>
        <w:t>Эдүгээ би чиний ард түмэнд эцсийн өдрүүдэд юу тохиолдохыг чамд ойлгуулахаар ирлээ. Учир нь энэ үзэгдэл нь олон өдрийн дараахыг хамаарна. Даниел 10:14.</w:t>
      </w:r>
    </w:p>
    <w:p>
      <w:pPr>
        <w:pStyle w:val="ArticleBody"/>
        <w:jc w:val="left"/>
      </w:pPr>
      <w:r>
        <w:rPr>
          <w:rFonts w:ascii="Times New Roman" w:hAnsi="Times New Roman" w:eastAsia="Times New Roman" w:cs="Times New Roman"/>
        </w:rPr>
        <w:t>Хоёр төрлийн мөргөгчдийг бий болгосон Христийн үзэгдэл нь эцсийн өдрүүдэд Бурханы ард түмэнд юу тохиолдохыг илэрхийлдэг. Долоо ба наймдугаар бүлгүүдийн тайлбар нь Библийн эш үзүүллэг дэх хаант улсуудын мандан бадарч, уналтаар дүрслэгдсэн түүхийн тайлбар байсан бөгөөд үүнийг тус тусдаа араатан амьтад болон ариун газрын амьтдаар үзүүлсэн юм. Есдүгээр бүлгийн тайлбар нь хоёр мянга гурван зуун жилийн эш үзүүллэгийн дотор агуулагдсан янз бүрийн эш үзүүллэгийн хугацаануудын нарийвчилсан задлан шинжилгээ байв. Аравдугаар бүлэг дэх алдаршсан Христийн үзэгдэл нь ямар нэгэн байдлаар эцсийн өдрүүдэд Бурханы ард түмэнд юу тохиолдохыг илэрхийлсэн юм. Габриел алдаршсан Христийн үзэгдлийн тайлбар болох түүхийн нарийвчилсан тоймыг эхлэхийн өмнө, тэрхүү тайлбар юуг илэрхийлдэг талаар өөрөө аль хэдийн Даниелд хэлснээ Даниелд сануулдаг.</w:t>
      </w:r>
    </w:p>
    <w:p>
      <w:pPr>
        <w:pStyle w:val="ArticleScripture"/>
        <w:jc w:val="left"/>
      </w:pPr>
      <w:r>
        <w:rPr>
          <w:rFonts w:ascii="Times New Roman" w:hAnsi="Times New Roman" w:eastAsia="Times New Roman" w:cs="Times New Roman"/>
        </w:rPr>
        <w:t>Тэгээд тэрээр, «Би чамд юун учраас ирснийг чи мэдэж байна уу? Одоо би Персийн ноёнтой тулалдахаар буцна; мөн намайг явсны дараа, харагтун, Грекийн ноён ирнэ» гэв. Даниел 10:20.</w:t>
      </w:r>
    </w:p>
    <w:p>
      <w:pPr>
        <w:pStyle w:val="ArticleBody"/>
        <w:jc w:val="left"/>
      </w:pPr>
      <w:r>
        <w:rPr>
          <w:rFonts w:ascii="Times New Roman" w:hAnsi="Times New Roman" w:eastAsia="Times New Roman" w:cs="Times New Roman"/>
        </w:rPr>
        <w:t>Габриел Даниелд арван дөрөвдүгээр эшлэлд өөрийнх нь хэлсэн үгийг сануулж, өөрөөр хэлбэл Бурханы ард түмэнд эцсийн өдрүүдэд юу тохиолдохыг Даниелд ойлгуулахаар ирсэн бөгөөд дараах эш үзүүллэгийн түүхэн тайлбарыг тэрхүү хүрээнд авч үзнэ гэж найдаж байснаа сануулж байна. Даниел гашуудан эхэлсэн тэрхүү эхний өдрөөсөө л тодорхой ойлголтыг эрж хайж байсан юм.</w:t>
      </w:r>
    </w:p>
    <w:p>
      <w:pPr>
        <w:pStyle w:val="ArticleScripture"/>
        <w:jc w:val="left"/>
      </w:pPr>
      <w:r>
        <w:rPr>
          <w:rFonts w:ascii="Times New Roman" w:hAnsi="Times New Roman" w:eastAsia="Times New Roman" w:cs="Times New Roman"/>
        </w:rPr>
        <w:t>Тэгээд тэр надад, Бүү ай, Даниел аа: учир нь чи ухааран ойлгохоор зүрхээ чиглүүлж, өөрийн Бурханы өмнө өөрийгөө даруусгасан анхны өдрөөс эхлэн чиний үгс сонсогдсон бөгөөд би чиний үгсийн улмаас ирсэн юм. Харин Персийн хаант улсын ноён намайг хорин нэгэн өдөр эсэргүүцэн зогссон; гэвч, болгоогтун, тэргүүн ноёдын нэг Михаил надад туслахаар ирсэн бөгөөд би тэнд Персийн хаадын дэргэд үлдсэн. Даниел 10:12, 13.</w:t>
      </w:r>
    </w:p>
    <w:p>
      <w:pPr>
        <w:pStyle w:val="ArticleBody"/>
        <w:jc w:val="left"/>
      </w:pPr>
      <w:r>
        <w:rPr>
          <w:rFonts w:ascii="Times New Roman" w:hAnsi="Times New Roman" w:eastAsia="Times New Roman" w:cs="Times New Roman"/>
        </w:rPr>
        <w:t>Даниелын гурван долоо хоногийн гашуудлын дараа тэрээр Христийн үзэгдлийг харсан бөгөөд энэ нь эш үзүүллэгийн хувьд Патмос дээрх Иоханы үзсэн Христийн үзэгдэлтэй нийцэж байв.</w:t>
      </w:r>
    </w:p>
    <w:p>
      <w:pPr>
        <w:pStyle w:val="ArticleScripture"/>
        <w:jc w:val="left"/>
      </w:pPr>
      <w:r>
        <w:rPr>
          <w:rFonts w:ascii="Times New Roman" w:hAnsi="Times New Roman" w:eastAsia="Times New Roman" w:cs="Times New Roman"/>
        </w:rPr>
        <w:t>Бурханы Хүүгээс дутуугүй Нэгэн Даниелд үзэгдэв. Энэ дүрслэл нь Христ Патмос арал дээр Иоханд илчлэгдсэн үед өгөгдсөн дүрслэлтэй төстэй юм. Эзэн маань эдүгээ өөр нэгэн тэнгэрийн элчийн хамт ирж, сүүлчийн өдрүүдэд юу тохиолдохыг Даниелд заахаар ирсэн. Энэхүү мэдлэг нь ертөнцийн төгсгөлийн үе тохиосон бидний төлөө, онгодоор Даниелд өгөгдөж бичигдсэн билээ.</w:t>
      </w:r>
    </w:p>
    <w:p>
      <w:pPr>
        <w:pStyle w:val="ArticleScripture"/>
        <w:jc w:val="left"/>
      </w:pPr>
      <w:r>
        <w:rPr>
          <w:rFonts w:ascii="Times New Roman" w:hAnsi="Times New Roman" w:eastAsia="Times New Roman" w:cs="Times New Roman"/>
        </w:rPr>
        <w:t>“Ертөнцийн Аврагчаар илчлэгдсэн агуу үнэнүүд нь нуугдсан эрдэнэсийг эрэн хайдаг мэт үнэнийг эрэлхийлэгчдэд зориулагдсан юм. Даниел өтөл настай хүн байв. Түүний амьдрал харь үндэстний хааны ордны сэтгэл татам орчин дунд өнгөрч, түүний оюун ухаан агуу их эзэнт гүрний хэргээр дарамтлагдаж байсан; гэвч тэр энэ бүхнээс хөндийрөн, Бурханы өмнө сэтгэлээ зовоож, Хамгийн Дээд Нэгэний зорилгуудын мэдлэгийг эрж хайсан билээ. Түүний гуйлт залбирлуудад хариу болгон, эцсийн өдрүүдэд амьдрах хүмүүст зориулан тэнгэрийн орднуудаас гэрэл дамжуулагдсан юм. Тэгвэл тэнгэрээс бидэнд авчирсан үнэнүүдийг ойлгон ухахын тулд Тэр бидний ухаарлыг нээхийн төлөө бид Бурханыг ямар их чин сэтгэлээр эрэх ёстой вэ.”</w:t>
      </w:r>
    </w:p>
    <w:p>
      <w:pPr>
        <w:pStyle w:val="ArticleScripture"/>
        <w:jc w:val="left"/>
      </w:pPr>
      <w:r>
        <w:rPr>
          <w:rFonts w:ascii="Times New Roman" w:hAnsi="Times New Roman" w:eastAsia="Times New Roman" w:cs="Times New Roman"/>
        </w:rPr>
        <w:t>“‘Харагтун, үзэгдлийг ганцаараа би, Даниел, үзэв; надтай хамт байсан хүмүүс үзэгдлийг үзээгүй боловч асар их чичиргээ тэдний дээр бууж, тэд өөрсдийгөө нуухаар зугтав…. Надад ямар ч хүч үлдсэнгүй; учир нь миний гоо зүс надад ялзрал болон хувирч, би ямар ч хүч хадгалсангүй.’ Ийм зүйл үнэхээр ариусгагдсан хүн бүрийн туршлага байх болно. Тэд Христийн агуу байдал, сүр жавхлан, төгс төгөлдөр байдлыг хэдий чинээ тодорхой харна, төдий чинээ өөрсдийнхөө сул дорой байдал, төгс бус байдлыг улам тод томруун харна. Тэд нүгэлгүй зан чанартай хэмээн шаардлага тавих ямар ч хандлагагүй байх болно; өөрсдөдөө зөв бөгөөд үзэсгэлэнтэй мэт санагдаж байсан зүйл нь Христийн ариун байдал ба сүр жавхлантай харьцуулахад зөвхөн зохисгүй бөгөөд ялзрахуйц мэт харагдана. Хүмүүс Бурханаас тусгаарлагдаж, Христийн тухай маш бүрхэг ойлголттой байх үедээ л, ‘Би нүгэлгүй; би ариусгагдсан’ гэж хэлдэг.”</w:t>
      </w:r>
    </w:p>
    <w:p>
      <w:pPr>
        <w:pStyle w:val="ArticleScripture"/>
        <w:jc w:val="left"/>
      </w:pPr>
      <w:r>
        <w:rPr>
          <w:rFonts w:ascii="Times New Roman" w:hAnsi="Times New Roman" w:eastAsia="Times New Roman" w:cs="Times New Roman"/>
        </w:rPr>
        <w:t>Тэгээд Габриел эш үзүүлэгчид үзэгдэн, түүнд ийн айлдав: «Хайрлагдсан хүн Даниел аа, миний чамд айлдаж буй үгсийг ойлгогтун, хөл дээрээ эгц зогс; учир нь би одоо чам уруу илгээгдсэн юм.» Тэр надад энэ үгийг айлдмагц, би чичирсээр босон зогсов. Тэгээд тэр надад ийн айлдав: «Бүү ай, Даниел аа; учир нь чи ойлгохоор зүрх сэтгэлээ чиглүүлж, Бурханыхаа өмнө өөрийгөө даруу болгохыг эхэлсэн тэр өдрөөс эхлэн чиний үгс сонсогдсон бөгөөд би чиний үгсийн улмаас ирлээ.»</w:t>
      </w:r>
    </w:p>
    <w:p>
      <w:pPr>
        <w:pStyle w:val="ArticleScripture"/>
        <w:jc w:val="left"/>
      </w:pPr>
      <w:r>
        <w:rPr>
          <w:rFonts w:ascii="Times New Roman" w:hAnsi="Times New Roman" w:eastAsia="Times New Roman" w:cs="Times New Roman"/>
        </w:rPr>
        <w:t>“Тэнгэрийн Сүр Жавхлан Даниелд хичнээн агуу хүндэтгэл үзүүлээ вэ! Тэрээр чичирч буй Өөрийн зарцыг тайтгаруулж, түүний залбирал тэнгэрт сонсогдсоныг батлан хэлэв. Мөн тэр халуун сэтгэлийн гуйлтад хариу болгон, Персийн хааны зүрхэнд нөлөөлөхөөр Габриел тэнгэрэлчийг илгээсэн ажээ. Даниел мацаг барьж, залбирч байсан тэр гурван долоо хоногийн турш хаан Бурханы Сүнсний сэтгэгдлийг эсэргүүцсэн боловч, тэнгэрийн Ханхүү, тэргүүн тэнгэрэлч Михаил Даниелын залбиралд хариу өгөхийн тулд гөжүүд хааны зүрхийг эргүүлж, шийдвэртэй үйлдэл хийлгэхээр илгээгдсэн юм.</w:t>
      </w:r>
    </w:p>
    <w:p>
      <w:pPr>
        <w:pStyle w:val="ArticleScripture"/>
        <w:jc w:val="left"/>
      </w:pPr>
      <w:r>
        <w:rPr>
          <w:rFonts w:ascii="Times New Roman" w:hAnsi="Times New Roman" w:eastAsia="Times New Roman" w:cs="Times New Roman"/>
        </w:rPr>
        <w:t>“‘Тэр эдгээр үгсийг надад айлдмагц би нүүрээ газар уруу хандуулж, хэлгүй болов. Мөн үзэгтүн, хүний хөвгүүдийн дүрстэй адил нэгэн миний уруулд хүрэв…. Тэгээд, Хайрт хүн ээ, бүү ай; амар амгалан чамд байх болтугай; хүчтэй бай, тийм ээ, хүчтэй бай хэмээн айлдав. Тэр надад айлдсаны дараа би хүчирхэгжиж, Эзэн минь айлдагтун; учир нь Та намайг хүчирхэгжүүллээ хэмээн өгүүлэв.’ Даниелд илчлэгдсэн тэнгэрлэг сүр жавхлан тийм агуу байсан тул тэр уг үзэгдлийг тэсвэрлэж чадсангүй. Тэгээд Тэнгэрийн элч Өөрийн оршихуйн цацралын гэрлийг халхалж, эш үзүүлэгчид ‘хүний хөвгүүдийн дүрстэй адил нэгэн’ болон үзэгдэв. Өөрийн тэнгэрлэг хүчээр Тэрээр шударга байдал, итгэлийн энэ хүнийг Бурханаас түүнд илгээгдсэн мэдээг сонсохын тулд хүчирхэгжүүлэв.</w:t>
      </w:r>
    </w:p>
    <w:p>
      <w:pPr>
        <w:pStyle w:val="ArticleScripture"/>
        <w:jc w:val="left"/>
      </w:pPr>
      <w:r>
        <w:rPr>
          <w:rFonts w:ascii="Times New Roman" w:hAnsi="Times New Roman" w:eastAsia="Times New Roman" w:cs="Times New Roman"/>
        </w:rPr>
        <w:t>“Даниел Хамгийн Дээд Нэгэний чин үнэнч зарц байсан. Түүний урт удаан амьдрал Эзэндээ өргөсөн үйлчлэлийн эрхэм сайхан үйлсээр дүүрэн байв. Түүний зан чанарын ариун цэвэр, ганхашгүй үнэнч байдал нь зөвхөн зүрх сэтгэлийнх нь даруу байдал болон Бурханы өмнөх гэмшлээр нь л эн тэнцэнэ. Бид дахин хэлье: Даниелын амьдрал бол жинхэнэ ариуслын тухай тэнгэрээр өдөөгдсөн тод жишээ мөн.” Review and Herald, February 8, 1881.</w:t>
      </w:r>
    </w:p>
    <w:p>
      <w:pPr>
        <w:pStyle w:val="ArticleBody"/>
        <w:jc w:val="left"/>
      </w:pPr>
      <w:r>
        <w:rPr>
          <w:rFonts w:ascii="Times New Roman" w:hAnsi="Times New Roman" w:eastAsia="Times New Roman" w:cs="Times New Roman"/>
        </w:rPr>
        <w:t>Аравдугаар бүлэгт гардаг Даниелын туршлага нь эцсийн өдрүүдэд Есүс Христийн Илчлэлийг ойлгодог Бурханы ард түмнийг, өөрөөр хэлбэл Даниел болон Иохан лугаа адил хүмүүсийг төлөөлдөг. Даниелыг түүний энэ туршлага байрлаж буй эш үзүүллэгийн түүхэн хүрээнд зөв байрлуулах түлхүүр нь тэрээр гашуудал дунд байсан бөгөөд хорин нэгэн өдрийн төгсгөлд Михаил илгээгдсэн явдалд тулгуурладаг. Эхний эшлэлд Даниел эш үзүүллэгийн дотоод болон гадаад үзэгдлүүдийн аль алиныг ойлгосноо тэмдэглэсэн байдаг. Хорин нэгэн өдрийн өмнө Даниел энэ хоёр үзэгдлийн талаар бүрэн бус ойлголттой байсан боловч Гавриелын тайлбараар дамжин Даниел “үг”-ийг болон “үзэгдэл”-ийг ялгаатай илчлэлүүд болохыг бүрэн ухаарсан юм.</w:t>
      </w:r>
    </w:p>
    <w:p>
      <w:pPr>
        <w:pStyle w:val="ArticleScripture"/>
        <w:jc w:val="left"/>
      </w:pPr>
      <w:r>
        <w:rPr>
          <w:rFonts w:ascii="Times New Roman" w:hAnsi="Times New Roman" w:eastAsia="Times New Roman" w:cs="Times New Roman"/>
        </w:rPr>
        <w:t>“Далан жилийн олзлогдлын төгсгөл ойртох үед Даниелын бодол Иеремиагийн эш үзүүллэгүүд дээр ихэд төвлөрөв. Бурхан Өөрийн сонгогдсон ард түмэнд дахин нэг сорилт өгөх цаг айсуйг тэр харсан; тэгээд мацаг барилт, даруу байдал, залбирлын хамт Израилийн төлөө Тэнгэрийн Бурханыг ийнхүү гуйн залбирав: ‘Эзэн минь, Таныг хайрлагчдад, Таны тушаалуудыг сахигчдад гэрээ ба нигүүлслээ сахидаг агуу бөгөөд сүрдэм Бурхан аа’; бид нүгэл үйлдэж, гэм буруу хийж, хилэнцэт үйл үйлдэн, тэрсэлж, Таны зарлигуудаас болон Таны шүүлтүүдээс няцсан билээ; мөн Таны нэрээр манай хаад, ноёд, эцгүүд болон энэ газрын бүх ард түмэнд айлдсан Таны зарц эш үзүүлэгчдийг бид сонсоогүй юм.”</w:t>
      </w:r>
    </w:p>
    <w:p>
      <w:pPr>
        <w:pStyle w:val="ArticleScripture"/>
        <w:jc w:val="left"/>
      </w:pPr>
      <w:r>
        <w:rPr>
          <w:rFonts w:ascii="Times New Roman" w:hAnsi="Times New Roman" w:eastAsia="Times New Roman" w:cs="Times New Roman"/>
        </w:rPr>
        <w:t>“Эдгээр үгсийг анзаарагтун. Даниел Эзэний өмнө өөрийн үнэнч байдлыг тунхагладаггүй. Өөрийгөө цэвэр ариун, гэгээн хэмээн нотлохын оронд тэрээр Израилийн үнэхээр нүгэлт хүмүүсийн хамт өөрийгөө нэгтгэдэг. Бурхан түүнд соёрхсон мэргэн ухаан нь, тэнгэрт үдийн нар гийх гэрэл хамгийн бүдэг одноос хичнээн илүү тод байдгийн адил, энэ ертөнцийн мэргэдийн мэргэн ухаанаас төчнөөн хавьгүй дээгүүр байв. Гэвч тэнгэрээс онцгой ивээл хүлээсэн энэ хүний амнаас гарсан залбирлыг тунгаан бодогтун. Тэрээр гүн даруу доройтлоор, нулимстайгаар, зүрхээ эмтэлсэн байдалтайгаар өөрийнхөө төлөө болон ард түмнийхээ төлөө гуйдаг. Тэр Бурханы өмнө сэтгэлээ дэлгэн, өөрийн бузар байдлыг хүлээн зөвшөөрч, мөн Эзэний агуу байдал ба сүр жавхланг хүлээн зөвшөөрдөг.”</w:t>
      </w:r>
    </w:p>
    <w:p>
      <w:pPr>
        <w:pStyle w:val="ArticleScripture"/>
        <w:jc w:val="left"/>
      </w:pPr>
      <w:r>
        <w:rPr>
          <w:rFonts w:ascii="Times New Roman" w:hAnsi="Times New Roman" w:eastAsia="Times New Roman" w:cs="Times New Roman"/>
        </w:rPr>
        <w:t>“Түүний гуйлтуудыг ямар их чин сэтгэл, халуун оргилуун байдал тодорхойлж байна вэ! Тэр Бурханд улам бүр ойртон ирж байна. Итгэлийн гар Дээд Нэгэний хэзээ ч үл тасрах амлалтуудыг атгахаар дээш сунгагдаж байна. Түүний сүнс шаналлын дунд тэмцэж байна. Мөн өөрийн залбирал сонсогдсоны баталгааг тэрээр авчээ. Ялалт өөрийнх нь болохыг тэр мэдэрч байна. Хэрэв бид ард түмний хувьд Даниелын адил залбирч, түүний адил тэмцэж, Бурханы өмнө сэтгэлээ даруусгавал, Даниелд өгөгдсөнтэй адил илэрхий хариултуудыг бид өөрсдийн гуйлтуудад хүлээн авах байсан. Тэр хэрхэн Тэнгэрийн шүүхийн өмнө өөрийн хэргийг тулган тавьж байгааг сонсогтун:”</w:t>
      </w:r>
    </w:p>
    <w:p>
      <w:pPr>
        <w:pStyle w:val="ArticleScripture"/>
        <w:jc w:val="left"/>
      </w:pPr>
      <w:r>
        <w:rPr>
          <w:rFonts w:ascii="Times New Roman" w:hAnsi="Times New Roman" w:eastAsia="Times New Roman" w:cs="Times New Roman"/>
        </w:rPr>
        <w:t>“‘Ай, миний Бурхан, чихээ бөхийлгөн сонс; нүдээ нээн, бидний эзгүйрлүүдийг болон Таны нэрээр нэрлэгддэг хотыг үзээч. Учир нь бид өөрсдийн зөвт үйлсийн улмаас бус, харин Таны агуу өршөөлүүдийн төлөө Таны өмнө гуйлтуудаа өргөн барьж байна. Ай Эзэн, сонсооч; Ай Эзэн, өршөөгөөч; Ай Эзэн, анхааран сонсоод үйлдэж өгөөч; ай, миний Бурхан, Өөрийнхөө төлөө бүү саатуулаач. Учир нь Таны хот болон Таны ард түмэн Таны нэрээр нэрлэгддэг билээ. Тэгээд намайг ярьж, залбирч, өөрийн нүглийг болон өөрийн ард түмний нүглийг хүлээн зөвшөөрч байхад, … эхэнд үзэгдэлд миний харсан өнөөх хүн Габриел хурдан нисэн ирж, оройн тахилын цагийн үед надад хүрэв.’”</w:t>
      </w:r>
    </w:p>
    <w:p>
      <w:pPr>
        <w:pStyle w:val="ArticleScripture"/>
        <w:jc w:val="left"/>
      </w:pPr>
      <w:r>
        <w:rPr>
          <w:rFonts w:ascii="Times New Roman" w:hAnsi="Times New Roman" w:eastAsia="Times New Roman" w:cs="Times New Roman"/>
        </w:rPr>
        <w:t>“Даниелын залбирал дээш өгсөж байх үед тэнгэрийн ордноос тэнгэрэлч Габриел хурдан бууж ирэн, түүний гуйлтууд сонсогдож, хариулагдсаныг түүнд мэдэгдэв. Энэ хүчирхэг тэнгэрэлч түүнд мэргэн ухаан ба ойлголт өгөхөөр—ирээдүйн үеүүдийн нууцуудыг түүний өмнө нээхээр—томилогдсон байлаа. Ийнхүү үнэнийг мэдэж, ойлгохыг чин сэтгэлээсээ эрэлхийлж байсан Даниел Тэнгэрээс томилогдсон элчтэй харилцаанд оржээ.</w:t>
      </w:r>
    </w:p>
    <w:p>
      <w:pPr>
        <w:pStyle w:val="ArticleScripture"/>
        <w:jc w:val="left"/>
      </w:pPr>
      <w:r>
        <w:rPr>
          <w:rFonts w:ascii="Times New Roman" w:hAnsi="Times New Roman" w:eastAsia="Times New Roman" w:cs="Times New Roman"/>
        </w:rPr>
        <w:t>“Бурханы хүн баясан хөөрсөн мэдрэмжийн түрлэгийг бус, харин Бурханы хүсэл тааллын мэдлэгийг гуйн залбирч байв. Тэр энэ мэдлэгийг зөвхөн өөрийнхөө төлөө бус, ард түмнийхээ төлөө хүсэж байлаа. Түүний агуу ачаалал нь Израилийн төлөө байсан бөгөөд тэд хатуу чанд утгаараа Бурханы хуулийг сахиж байсангүй. Тэр тэдний бүх гай зовлон тэр ариун хуулийг зөрчсөний үр дагавар болгон тэдний дээр ирснийг хүлээн зөвшөөрдөг. Тэрээр, ‘Бид нүгэл үйлдсэн, бид бузар мууг хийсэн…. Учир нь бидний нүглийн улмаас, мөн бидний эцэг өвгөдийн гэм буруугийн улмаас Иерусалим болон Таны ард түмэн бидний эргэн тойрон дахь бүхний доог тохуу болсон’ гэж хэлдэг. Тэд Бурханы сонгогдсон ард түмэн болох өөрсдийн өвөрмөц, ариун чанараа алдсан байв. ‘Тиймээс эдүгээ, ай, бидний Бурхан, Өөрийн зарцын залбирал болон түүний гуйлтыг сонсож, эзгүйрсэн Өөрийн ариун газарт Өөрийн нүүрийг гэрэлтүүлээч.’ Даниелын зүрх Бурханы эзгүйрсэн ариун газрын зүг туйлын хүчтэй хүслээр тэмүүлдэг. Тэр түүний цэцэглэн мандал нь зөвхөн Израиль Бурханы хуулийг зөрчсөн гэмээ наманчилж, даруу, үнэнч, дуулгавартай болох үед л сэргээгдэх боломжтойг мэдэж байв.</w:t>
      </w:r>
    </w:p>
    <w:p>
      <w:pPr>
        <w:pStyle w:val="ArticleScripture"/>
        <w:jc w:val="left"/>
      </w:pPr>
      <w:r>
        <w:rPr>
          <w:rFonts w:ascii="Times New Roman" w:hAnsi="Times New Roman" w:eastAsia="Times New Roman" w:cs="Times New Roman"/>
        </w:rPr>
        <w:t>Түүний гуйлтад хариу болгон, Даниел өөрөө болон түүний ард түмэнд хамгийн ихээр хэрэгтэй байсан гэрэл ба үнэнийг төдийгүй, дэлхийн Аврагчийн ирэлт хүртэлх ирээдүйн агуу үйл явдлуудын тухай үзэгдлийг ч хүлээн авсан. Өөрсдийгөө ариусгагдсан хэмээн мэдүүлдэг атлаа, Судруудыг шинжлэн судлах хүсэлгүй, эсвэл Библийн үнэнийг илүү тодорхой ойлгохын төлөө Бурхантай залбирлаар тэмцэх хүсэлгүй хүмүүс жинхэнэ ариусгал гэж юу болохыг мэддэггүй.</w:t>
      </w:r>
    </w:p>
    <w:p>
      <w:pPr>
        <w:pStyle w:val="ArticleScripture"/>
        <w:jc w:val="left"/>
      </w:pPr>
      <w:r>
        <w:rPr>
          <w:rFonts w:ascii="Times New Roman" w:hAnsi="Times New Roman" w:eastAsia="Times New Roman" w:cs="Times New Roman"/>
        </w:rPr>
        <w:t>“Бурханы үгэнд зүрх сэтгэлээрээ итгэдэг бүхэн Түүний хүслийг мэдэх мэдлэгийн төлөө өлсөж, цангах болно. Бурхан бол үнэний Эх сурвалж мөн. Тэр харанхуйлсан оюун ухааныг гэрэлтүүлж, Өөрийн илчилсэн үнэнүүдийг ухан барьж, ойлгон ухаарах хүчийг хүний оюун санаанд өгдөг.”</w:t>
      </w:r>
    </w:p>
    <w:p>
      <w:pPr>
        <w:pStyle w:val="ArticleScripture"/>
        <w:jc w:val="left"/>
      </w:pPr>
      <w:r>
        <w:rPr>
          <w:rFonts w:ascii="Times New Roman" w:hAnsi="Times New Roman" w:eastAsia="Times New Roman" w:cs="Times New Roman"/>
        </w:rPr>
        <w:t>“Даниел Бурхантай ярилцдаг байсан. Тэнгэр түүний өмнө нээгдсэн юм. Харин түүнд хүртээсэн тэрхүү өндөр хүндлэлүүд нь дордчилол болон чин сэтгэлийн эрэлтийн үр дүн байв. Тэрээр өнөөгийн олон хүний адил, хэрэв бид зөвхөн шударга байж, Есүсийг хайрлаж л байвал юу итгэх нь огт хамаагүй гэж бодоогүй. Есүсийг үнэнээр хайрлах хайр нь үнэн гэж юу болох талаар хамгийн ойр, чин earnest шинжлэлд хөтөлнө. Христ Өөрийн шавь нар үнэний дотор ариусгагдах болтугай хэмээн залбирсан. Үнэнийг түгшин, залбирч эрэн хайх хөдөлмөр гаргахад хэт залхуу хүн өөрийн сэтгэлийн сүйрэл болох төөрөгдлүүдийг хүлээн авахаар орхигдох болно.</w:t>
      </w:r>
    </w:p>
    <w:p>
      <w:pPr>
        <w:pStyle w:val="ArticleScripture"/>
        <w:jc w:val="left"/>
      </w:pPr>
      <w:r>
        <w:rPr>
          <w:rFonts w:ascii="Times New Roman" w:hAnsi="Times New Roman" w:eastAsia="Times New Roman" w:cs="Times New Roman"/>
        </w:rPr>
        <w:t>“Габриелын айлчлалын үед эш үзүүлэгч Даниел цаашдын зааврыг хүлээн авах чадваргүй байсан; харин хэдэн жилийн дараа, хараахан бүрэн тайлбарлагдаагүй байсан асуудлуудын талаар илүү ихийг мэдэхийг хүсэж, тэрээр дахин Бурханаас гэрэл ба мэргэн ухааныг эрэн хайхаар өөрийгөө зориулжээ. ‘Тэр өдрүүдэд би, Даниел, бүтэн гурван долоо хоног гашуудан байв. Би тааламжит талх идээгүй, миний аманд мах ч, дарс ч ороогүй, мөн би өөрийгөө огт тослоогүй билээ…. Тэгээд би нүдээ өргөн харвал, болгоогтун, нарийн маалинган хувцастай, бүсэлхийг нь Уфазын нарийн алтаар бүсэлсэн нэгэн хүн байв. Түүний бие биндэрьяа чулуу мэт, нүүр царай нь аянгын дүр төрх адил, нүд нь галын дэнлүү мэт, гар ба хөл нь өнгөлсөн гууль адил өнгөтэй, үгсийнх нь дуу хоолой нь олон түмний дуу адил байлаа.’</w:t>
      </w:r>
    </w:p>
    <w:p>
      <w:pPr>
        <w:pStyle w:val="ArticleScripture"/>
        <w:jc w:val="left"/>
      </w:pPr>
      <w:r>
        <w:rPr>
          <w:rFonts w:ascii="Times New Roman" w:hAnsi="Times New Roman" w:eastAsia="Times New Roman" w:cs="Times New Roman"/>
        </w:rPr>
        <w:t>“Бурханы Хүүгээс өөр хэн ч бус нэгэн Даниелд үзэгдсэн юм. Энэ дүрслэл нь Христ Патмос арал дээр Иоханд илчлэгдэх үед өгөгдсөн дүрслэлтэй төстэй байна. Эзэн маань эдүгээ өөр нэгэн тэнгэрлэг элчийн хамт эцсийн өдрүүдэд юу тохиолдохыг Даниелд заахаар ирдэг. Энэхүү мэдлэг нь дэлхийн төгсгөл ирсэн бидний төлөө Даниелд өгөгдөж, онгодоор тэмдэглэгдэн үлдсэн билээ.” Review and Herald, February 8, 1881.</w:t>
      </w:r>
    </w:p>
    <w:p>
      <w:pPr>
        <w:pStyle w:val="ArticleBody"/>
        <w:jc w:val="left"/>
      </w:pPr>
      <w:r>
        <w:rPr>
          <w:rFonts w:ascii="Times New Roman" w:hAnsi="Times New Roman" w:eastAsia="Times New Roman" w:cs="Times New Roman"/>
        </w:rPr>
        <w:t>“тэнгэрийн томилогдсон элч” Габриел Даниелд авчирч байсан тайлал нь есдүгээр бүлэгт Даниелд өгч эхэлсэн тайллын үргэлжлэл, өөрөөр хэлбэл түүний гүйцээлт байсан юм. “Мөр дээр мөр” хэмээх аргачлал нь эш үзүүллэгийн дүрслэлийг зөв ялган танихын тулд ес, аравдугаар бүлгүүдийн тайлал болон тэдгээртэй холбоотой нөхцөл байдлыг хамтатган нийцүүлэн авч үзэхийг шаарддаг. Яг энэ тайлал дотор Улай болон Хиддекел голуудын үзэгдлүүд хоорондоо нийлдэг юм.</w:t>
      </w:r>
    </w:p>
    <w:p>
      <w:pPr>
        <w:pStyle w:val="ArticleBody"/>
        <w:jc w:val="left"/>
      </w:pPr>
      <w:r>
        <w:rPr>
          <w:rFonts w:ascii="Times New Roman" w:hAnsi="Times New Roman" w:eastAsia="Times New Roman" w:cs="Times New Roman"/>
        </w:rPr>
        <w:t>Даниел Иеремиа болон Мосегийн номуудаас Бурханы ард түмний чөлөөлөлт ойртож буйг ойлгосон байв. Ийнхүү Даниел эцсийн өдрүүдийн Бурханы ард түмнийг төлөөлдөг бөгөөд тэд Бурханы ард түмний эцсийн чөлөөлөлт ойртож буйг ойлгох болно. Тэрхүү эцсийн өдрүүдийн хүмүүс Даниелыг Вавилондын далан жилийн олзлолын боолчлолд тараан цөлөгдсөнөөр дүрслэгдсэнчлэн, өөрсдөө сүнслэг байдлаар тараагдсан байснаа танин мэдэх болно. Тэгээд тэд, Даниелын адил, өөрсдийн тараагдсан нөхцөл байдалд үзүүлэх хариу үйлдэл нь Левит номын хорин зургаадугаар бүлгийн “долоон цаг хугацаа”-аар төлөөлөгдсөн эмчилгээтэй нийцэх ёстойг ойлгох болно.</w:t>
      </w:r>
    </w:p>
    <w:p>
      <w:pPr>
        <w:pStyle w:val="ArticleBody"/>
        <w:jc w:val="left"/>
      </w:pPr>
      <w:r>
        <w:rPr>
          <w:rFonts w:ascii="Times New Roman" w:hAnsi="Times New Roman" w:eastAsia="Times New Roman" w:cs="Times New Roman"/>
        </w:rPr>
        <w:t>Левит хорин зургаад өгөгдсөн эмчилгээний нөхцөлөөр шаардагддаг, Даниелаар төлөөлөгдсөн даруу байдлын туршлага эцсийн өдрүүдэд илэрхийлэгдэх үед Бурханы эцсийн өдрүүдийн ард түмэн тодорхой нэг хугацааны турш гашуудаж ирсэн байх болно. Тэрхүү хугацаа тэргүүн тэнгэрэлч Михаел бууж ирэх үед төгсөнө.</w:t>
      </w:r>
    </w:p>
    <w:p>
      <w:pPr>
        <w:pStyle w:val="ArticleBody"/>
        <w:jc w:val="left"/>
      </w:pPr>
      <w:r>
        <w:rPr>
          <w:rFonts w:ascii="Times New Roman" w:hAnsi="Times New Roman" w:eastAsia="Times New Roman" w:cs="Times New Roman"/>
        </w:rPr>
        <w:t>Бид энэхүү судалгааг дараагийн өгүүлэлд үргэлжлүүлэн авч үзэх болно.</w:t>
      </w:r>
    </w:p>
    <w:p>
      <w:pPr>
        <w:pStyle w:val="ArticleScripture"/>
        <w:jc w:val="left"/>
      </w:pPr>
      <w:r>
        <w:rPr>
          <w:rFonts w:ascii="Times New Roman" w:hAnsi="Times New Roman" w:eastAsia="Times New Roman" w:cs="Times New Roman"/>
        </w:rPr>
        <w:t>Та нар харь үндэстнүүдийн дунд мөхөх бөгөөд дайснуудын чинь газар та нарыг залгих болно. Та нараас үлдсэн хүмүүс нь дайснуудынхаа нутагт өөрсдийн гэм буруугийн улмаас хатан доройтох болно; мөн эцгүүдийнхээ гэм буруунуудын улмаас тэдэнтэй хамт хатан доройтох болно. Хэрэв тэд өөрсдийн гэм бурууг, мөн эцгүүдийнхээ гэм бурууг, Надад эсрэг үйлдсэн тэдний гэмт хэрэгтэй нь хамт, бас Надад харшлан явсан гэдгээ хүлээн зөвшөөрвөл; мөн Би ч бас тэдэнд харшлан хандаж, тэднийг дайснуудынх нь нутагт аваачсан гэдгээ; хэрэв тэгээд тэдний хөвч хөндүүлээгүй зүрх сэтгэл нь номхорч, тэд өөрсдийн гэм буруугийн шийтгэлийг хүлээн зөвшөөрвөл: Тэгвэл Би Иаковтай байгуулсан Өөрийн гэрээг, мөн Исаактай байгуулсан Өөрийн гэрээг, мөн Абрахамтай байгуулсан Өөрийн гэрээг санах болно; мөн тэр газрыг санах болно. Тэр газар ч мөн тэднээс орхигдож, тэдгүйгээр эзгүйрэн хэвтэхдээ өөрийн амралтын өдрүүдийг эдлэх болно; харин тэд өөрсдийн гэм буруугийн шийтгэлийг хүлээн зөвшөөрөх болно. Учир нь, үнэхээр тэд Миний тогтоолуудыг жигшин үл тоомсорлож, тэдний сэтгэл Миний зарлигуудыг зэвүүцсэн билээ. Гэсэн хэдий ч, энэ бүхний дунд, тэд дайснуудынхаа нутагт байх үед Би тэднийг бүрмөсөн устгаж, тэдэнтэй байгуулсан Өөрийн гэрээг эвдэхийн тулд тэднийг хаяхгүй, мөн жигшихгүй; учир нь Би бол тэдний Бурхан ЭЗЭН мөн. Харин Би тэдний төлөө, харь үндэстнүүдийн нүдэн дээр Египетийн газраас гарган авчирсан тэдний өвөг дээдсийн гэрээг санах болно, ингэснээр Би тэдний Бурхан байх юм: Би бол ЭЗЭН. Левит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Далон Дөрөвдүгээр```</dc:title>
  <dc:subject>Зөнчийн ойлголтууд ба Тэнгэрлэг илчлэлүүд: Даниелын үзэгдэл болон түүний эцсийн өдрүүдийн үр дагаврыг ойлгох нь</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