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далан зургаа дахь дугаар</w:t>
      </w:r>
    </w:p>
    <w:p>
      <w:pPr>
        <w:pStyle w:val="ArticleSubtitle"/>
        <w:jc w:val="left"/>
      </w:pPr>
      <w:r>
        <w:rPr>
          <w:rFonts w:ascii="Arial" w:hAnsi="Arial" w:eastAsia="Arial" w:cs="Arial"/>
        </w:rPr>
        <w:t>Тэнгэрлэг илчлэл ба Эцсийн Сэргэлт: Даниелын үзэгдлээс авсан ойлголтууд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Даниел номын аравдугаар бүлэгт Габриел Даниел номын бүрэн тайллыг Бурханы эцсийн өдрүүдийн ард түмэнд хүргэн толилуулах ажлыг гүйцэтгэж байна. Даниел нь Бурханы эцсийн өдрүүдийн ард түмнийг төлөөлдөг бөгөөд Илчлэлт номд тэд бол нэг зуун дөчин дөрвөн мянга юм. Иймээс нэг зуун дөчин дөрвөн мянга нь есдүгээр бүлэгт Даниелаар дүрслэгдсэнчлэн өөрсдийгөө тараагдан сарнисан байсныг ухааран сэрдэг. Тэд мөн өөрсдийн мөнхийн хувь заяа шийдэгдэх агуу сорилт нь араатны хөргийн сорилт бөгөөд энэ нь тэд лацлагдахаас өмнө, мөн Америкийн Нэгдсэн Улсад Ням гаргийн хуулиар нигүүлслийн хугацаа хаагдахаас өмнө тохиолддог гэдгийг ойлгон сэрдэг. Тэд 2020 оны 7 дугаар сарын 18-нд өөрсдөд нь тулгарсан урам хугарлыг гашуудан байхад, тэрхүү байдал дунд тэдэнд Исаиа номын зургадугаар бүлэгт Исаиагаар дүрслэгдсэнчлэн Хамгийн Ариун Газарт буй Христийн дүр зураг үзүүлэгддэг.</w:t>
      </w:r>
    </w:p>
    <w:p>
      <w:pPr>
        <w:pStyle w:val="ArticleBody"/>
        <w:jc w:val="left"/>
      </w:pPr>
      <w:r>
        <w:rPr>
          <w:rFonts w:ascii="Times New Roman" w:hAnsi="Times New Roman" w:eastAsia="Times New Roman" w:cs="Times New Roman"/>
        </w:rPr>
        <w:t>Тэр үзэгдэл нь, Даниел болон Исаиа хоёуланд нь дүрслэгдэн үзүүлэгдсэнчлэн, тэдэнд алдрын Эзэний өмнө өөрсдийн завхарсан байдлыг харах боломж олгож, хоёуланг нь тоос шороонд хүртэл даруу болгосон. Дараа нь Исаиа Бурхан Өөрийн ард түмэн уруу хэнийг илгээх вэ хэмээн асуух асуултыг сонсож, Исаиа сайн дураараа урагш гарсан боловч, тэр эхлээд ариусгагдсан юм.</w:t>
      </w:r>
    </w:p>
    <w:p>
      <w:pPr>
        <w:pStyle w:val="ArticleScripture"/>
        <w:jc w:val="left"/>
      </w:pPr>
      <w:r>
        <w:rPr>
          <w:rFonts w:ascii="Times New Roman" w:hAnsi="Times New Roman" w:eastAsia="Times New Roman" w:cs="Times New Roman"/>
        </w:rPr>
        <w:t>Тэгэхэд би: Ай, гай минь! Би мөхлөө. Учир нь би бузар уруултай хүн бөгөөд бузар уруултай ард түмний дунд оршин суудаг; гэвч миний нүд Хаан, түмэн цэргийн ЭЗЭНийг үзлээ, хэмээн хэлэв. Тэгтэл серафимуудын нэг нь тахилын ширээнээс хайчаар авсан асаатай нүүрсийг гартаа барин над уруу нисэн ирээд, түүнийг аманд минь хүргэж: Харагтун, энэ нь чиний уруулд хүрлээ; чиний гэм буруу зайлуулагдаж, чиний нүгэл ариусгагдлаа, гэв. Бас би Эзэний дууг: Би хэнийг илгээх вэ, хэн Бидний төлөө явах вэ? хэмээн айлдахыг сонсов. Тэгэхэд би: Би энд байна; намайг илгээгээч, гэв. Исаиа 6:5–8.</w:t>
      </w:r>
    </w:p>
    <w:p>
      <w:pPr>
        <w:pStyle w:val="ArticleBody"/>
        <w:jc w:val="left"/>
      </w:pPr>
      <w:r>
        <w:rPr>
          <w:rFonts w:ascii="Times New Roman" w:hAnsi="Times New Roman" w:eastAsia="Times New Roman" w:cs="Times New Roman"/>
        </w:rPr>
        <w:t>Исаиа тахилын ширээнээс авсан нүүрсээр ариусгагдсан бөгөөд Даниел харж буй хүнийг өөрийн ширтэн буй дүр төрхөд өөрчлөгдөхөд хүргэдэг, толь мэт учир шалтгаант үзэгдлийг ширтэх замаар ариусгагдсан. Исаиад сонссоор атал сонсдоггүй, харсаар атал хардаггүй ард түмэнд энэ мэдээг хүргэхийг айлдсан.</w:t>
      </w:r>
    </w:p>
    <w:p>
      <w:pPr>
        <w:pStyle w:val="ArticleScripture"/>
        <w:jc w:val="left"/>
      </w:pPr>
      <w:r>
        <w:rPr>
          <w:rFonts w:ascii="Times New Roman" w:hAnsi="Times New Roman" w:eastAsia="Times New Roman" w:cs="Times New Roman"/>
        </w:rPr>
        <w:t>Тэрээр хэлэв: Явж, энэ ард түмэнд ийн хэл: Та нар үнэхээр сонсовч ойлгохгүй; үнэхээр харавч мэдрэхгүй. Энэ ард түмний зүрхийг мохоож, чихийг нь дүлийрүүлж, нүдийг нь аниул; эс тэгвээс тэд нүдээрээ харж, чихээрээ сонсож, зүрхээрээ ойлгон, эргэж, эдгэх болно. Исаиа 6:9, 10.</w:t>
      </w:r>
    </w:p>
    <w:p>
      <w:pPr>
        <w:pStyle w:val="ArticleBody"/>
        <w:jc w:val="left"/>
      </w:pPr>
      <w:r>
        <w:rPr>
          <w:rFonts w:ascii="Times New Roman" w:hAnsi="Times New Roman" w:eastAsia="Times New Roman" w:cs="Times New Roman"/>
        </w:rPr>
        <w:t>Исаиа хэдий хэр удаан ойлгодоггүй, ухаардаггүй ард түмэнтэй харьцах ёстойгоо мэдэхийг хүссэн тул: «Хэзээ хүртэл?» хэмээн асуув.</w:t>
      </w:r>
    </w:p>
    <w:p>
      <w:pPr>
        <w:pStyle w:val="ArticleScripture"/>
        <w:jc w:val="left"/>
      </w:pPr>
      <w:r>
        <w:rPr>
          <w:rFonts w:ascii="Times New Roman" w:hAnsi="Times New Roman" w:eastAsia="Times New Roman" w:cs="Times New Roman"/>
        </w:rPr>
        <w:t>Тэгэхэд би: Эзэн минь, хэдий хүртэл вэ? гэж асуув. Тэр хариулав: хотууд оршин суугчгүй болж эзгүйрэх хүртэл, байшингууд хүнгүй болох хүртэл, газар нутаг бүрмөсөн хоосрон эзгүйрэх хүртэл, мөн ЭЗЭН хүмүүсийг алс хол зайлуулж, газрын дунд агуу их эзгүйрэл бий болох хүртэл. Исаиа 6:11, 12.</w:t>
      </w:r>
    </w:p>
    <w:p>
      <w:pPr>
        <w:pStyle w:val="ArticleBody"/>
        <w:jc w:val="left"/>
      </w:pPr>
      <w:r>
        <w:rPr>
          <w:rFonts w:ascii="Times New Roman" w:hAnsi="Times New Roman" w:eastAsia="Times New Roman" w:cs="Times New Roman"/>
        </w:rPr>
        <w:t>Эцсийн өдрүүдийн Библийн зөгнөлийн сэдэв болж буй газар нутаг бол Ням гаргийн хуулийн үндэсний тэрслэлтээс үүдэн үндэсний сүйрэл авчрагдах үед “бүрмөсөн эзгүйрсэн” байдаг Америкийн Нэгдсэн Улс мөн. Даниел арван нэгдүгээр бүлгийн дөчин нэг дэх эшлэл нь мөн бүлгийн арван зургаа дахь эшлэлээр урьдчилан дүрслэгдсэн байдаг. Дөчин нэг дэх эшлэлд “газрын дунд буй их орхигдолт” нь “олон хүн” унагдан сүйдэх явдал хэмээн тодорхойлогддог. Хүмүүсийн дунд байсан Өөрийн түүхийн үед Есүс маргаанч иудейчүүдэд хандан айлдахдаа иш татсан Исаиагийн мэдээ нь, урьдын гэрээт ард түмэн өнгөрөгдөн алгасагдаж байх үед тэд ойлгодоггүй, ухаардаггүй чих, нүдтэй болдгийг тодорхойлдог. Исаиагийн мэдээ нь Лаодикийн Адвентизмд хандсан эцсийн дуудлагыг төлөөлдөг бөгөөд энэ нь Ням гаргийн хуулиар төгсөнө; тэнд Лаодикийн Адвентизм Эзэний амнаас бөөлжигдөн гаргагдана.</w:t>
      </w:r>
    </w:p>
    <w:p>
      <w:pPr>
        <w:pStyle w:val="ArticleScripture"/>
        <w:jc w:val="left"/>
      </w:pPr>
      <w:r>
        <w:rPr>
          <w:rFonts w:ascii="Times New Roman" w:hAnsi="Times New Roman" w:eastAsia="Times New Roman" w:cs="Times New Roman"/>
        </w:rPr>
        <w:t>Тэр мөн алдарт нутагт орж ирнэ, олон улс орон сүйрэн унах болно. Харин эдгээр нь түүний гараас мултарна, тухайлбал Едом, Моаб, мөн Аммоны хөвгүүдийн тэргүүн хэсэг. Даниел 11:41.</w:t>
      </w:r>
    </w:p>
    <w:p>
      <w:pPr>
        <w:pStyle w:val="ArticleBody"/>
        <w:jc w:val="left"/>
      </w:pPr>
      <w:r>
        <w:rPr>
          <w:rFonts w:ascii="Times New Roman" w:hAnsi="Times New Roman" w:eastAsia="Times New Roman" w:cs="Times New Roman"/>
        </w:rPr>
        <w:t>Исаиа болон Даниелд Лаодикейд хүргэх эцсийн дуудлагыг толилуулах үүрэг оноогдсон бөгөөд аравдугаар бүлэгт Даниел гурав дахь удаагаа хүргэгдсэндээ тэрхүү даалгаварт зориулан хүчирхэгжүүлэгддэг.</w:t>
      </w:r>
    </w:p>
    <w:p>
      <w:pPr>
        <w:pStyle w:val="ArticleScripture"/>
        <w:jc w:val="left"/>
      </w:pPr>
      <w:r>
        <w:rPr>
          <w:rFonts w:ascii="Times New Roman" w:hAnsi="Times New Roman" w:eastAsia="Times New Roman" w:cs="Times New Roman"/>
        </w:rPr>
        <w:t>Тэгээд хүний дүрстэй нэгэн дахин ирж, надад хүрч, намайг хүчирхэгжүүлэв. Тэгээд тэрээр, Ай, ихэд хайрлагдсан хүн ээ, бүү ай; амар тайван чамд байх болтугай; зоригтой бай, тийм ээ, зоригтой бай, гэв. Тэр надад ийнхүү айлдсаны дараа би хүчирхэгжиж, —Эзэнтэн минь айлдан болгоогтун; учир нь Та намайг хүчирхэгжүүллээ, гэв. Даниел 10:18, 19.</w:t>
      </w:r>
    </w:p>
    <w:p>
      <w:pPr>
        <w:pStyle w:val="ArticleBody"/>
        <w:jc w:val="left"/>
      </w:pPr>
      <w:r>
        <w:rPr>
          <w:rFonts w:ascii="Times New Roman" w:hAnsi="Times New Roman" w:eastAsia="Times New Roman" w:cs="Times New Roman"/>
        </w:rPr>
        <w:t>Даниел арвандугаар бүлэгт Михаил бууж ирэх үед өөрт нь ойлгогдсон мэдээг тунхаглахын тулд хүчирхэгжүүлэгдсэн байв. Исаиа Ням гарагийн хуулийн үе хүртэл тэрхүү мэдээг тунхаглах шаардлагатай болохыг мэдэгдсэн. Ням гарагийн хуулийн үед үлдэгдэл ард түмэн тогтоогдох байв.</w:t>
      </w:r>
    </w:p>
    <w:p>
      <w:pPr>
        <w:pStyle w:val="ArticleScripture"/>
        <w:jc w:val="left"/>
      </w:pPr>
      <w:r>
        <w:rPr>
          <w:rFonts w:ascii="Times New Roman" w:hAnsi="Times New Roman" w:eastAsia="Times New Roman" w:cs="Times New Roman"/>
        </w:rPr>
        <w:t>Тэгэхэд би: Эзэн минь, хэдий хүртэл вэ? гэж хэлэв. Тэрээр хариулав: Хотууд оршин суугчгүйгээр эзгүйрч, байшингууд хүнгүй болж, газар нутаг бүрмөсөн хоосрон цөлжтөл, мөн ЭЗЭН хүмүүсийг хол зайлуулж, газрын дунд агуу орхигдол бий болтлоо. Гэвч түүн дотор аравны нэг нь үлдэх бөгөөд тэр нь дахин эргэж ирээд идэгдэнэ. Навчаа гөвсөн ч мөн чанар нь дотроо үлддэг теребинф мод ба царс модны адил, ариун үр нь түүний мөн чанар байх болно. Исаиа 6:11–13.</w:t>
      </w:r>
    </w:p>
    <w:p>
      <w:pPr>
        <w:pStyle w:val="ArticleBody"/>
        <w:jc w:val="left"/>
      </w:pPr>
      <w:r>
        <w:rPr>
          <w:rFonts w:ascii="Times New Roman" w:hAnsi="Times New Roman" w:eastAsia="Times New Roman" w:cs="Times New Roman"/>
        </w:rPr>
        <w:t>“Газрын дунд агуу их орхигдолт” болох үед (Ням гаргийн хуулийн үед) “ариун үр” хэмээх “мөн чанартай” нэгэн “аравны нэг” илэрхийлэгдэх болно. “Аравны нэг” гэж орчуулсан еврей үгийн язгуур нь “аравны нэгийн өргөл” юм. Эзэн Ням гаргийн хуулийн үед “эргэн ирсэн” нэгэн “аравны нэг”-ийг Өөртөө авах болно.</w:t>
      </w:r>
    </w:p>
    <w:p>
      <w:pPr>
        <w:pStyle w:val="ArticleScripture"/>
        <w:jc w:val="left"/>
      </w:pPr>
      <w:r>
        <w:rPr>
          <w:rFonts w:ascii="Times New Roman" w:hAnsi="Times New Roman" w:eastAsia="Times New Roman" w:cs="Times New Roman"/>
        </w:rPr>
        <w:t>Газар нутгийн бүх аравны нэг өргөл, газрын үрээс ч бай, модны жимснээс ч бай, ЭЗЭНийх мөн; энэ нь ЭЗЭНд ариун юм. Хэрэв хэн нэгэн өөрийн аравны нэг өргөлөөс юуг ч болов эргүүлэн авахыг хүсвэл, түүн дээр түүний тавны нэг хувийг нэмэх ёстой. Үхэр сүрэг, эсвэл бог малын аравны нэг өргөлийн тухайд, ташуурын доогуур өнгөрөх юу ч байсан, арав дахь нь ЭЗЭНд ариун байх ёстой. Левит 27:30–32.</w:t>
      </w:r>
    </w:p>
    <w:p>
      <w:pPr>
        <w:pStyle w:val="ArticleBody"/>
        <w:jc w:val="left"/>
      </w:pPr>
      <w:r>
        <w:rPr>
          <w:rFonts w:ascii="Times New Roman" w:hAnsi="Times New Roman" w:eastAsia="Times New Roman" w:cs="Times New Roman"/>
        </w:rPr>
        <w:t>“Буцаж ирдэг” “аравны нэг” нь ЭЗЭНд ариун бөгөөд тэдгээр нь ЭЗЭНий хувь мөн.</w:t>
      </w:r>
    </w:p>
    <w:p>
      <w:pPr>
        <w:pStyle w:val="ArticleScripture"/>
        <w:jc w:val="left"/>
      </w:pPr>
      <w:r>
        <w:rPr>
          <w:rFonts w:ascii="Times New Roman" w:hAnsi="Times New Roman" w:eastAsia="Times New Roman" w:cs="Times New Roman"/>
        </w:rPr>
        <w:t>Учир нь ЭЗЭНий хувь нь Түүний ард түмэн мөн; Иаков бол Түүний өвийн ногдол мөн. Дэд хууль 32:9.</w:t>
      </w:r>
    </w:p>
    <w:p>
      <w:pPr>
        <w:pStyle w:val="ArticleBody"/>
        <w:jc w:val="left"/>
      </w:pPr>
      <w:r>
        <w:rPr>
          <w:rFonts w:ascii="Times New Roman" w:hAnsi="Times New Roman" w:eastAsia="Times New Roman" w:cs="Times New Roman"/>
        </w:rPr>
        <w:t>Ням гаргийн хуулиас өмнө эргэн ирсэн хүмүүс бол анхны урам хугарлыг амссан Иеремиагаар төлөөлөгдсөн хүмүүс мөн бөгөөд, хэрэв тэд эргэн ирэх аваас Эзэний ам, өөрөөр хэлбэл Түүний төлөөлөн яригчид болно хэмээн Эзэн тэдэнд амласан билээ.</w:t>
      </w:r>
    </w:p>
    <w:p>
      <w:pPr>
        <w:pStyle w:val="ArticleScripture"/>
        <w:jc w:val="left"/>
      </w:pPr>
      <w:r>
        <w:rPr>
          <w:rFonts w:ascii="Times New Roman" w:hAnsi="Times New Roman" w:eastAsia="Times New Roman" w:cs="Times New Roman"/>
        </w:rPr>
        <w:t>Таны үгс олдсон бөгөөд би тэднийг идэв; Таны үг надад зүрхний минь баяр хөөр, цэнгэл болсон билээ. Учир нь, түмэн цэргийн ЭЗЭН Бурхан аа, би Таны нэрээр дуудагддаг. Би дооглогчдын чуулганд суугаагүй, мөн баяссангүй; Таны мутрын учир би ганцаараа суусан. Учир нь Та намайг хилэнцээр дүүргэсэн. Яагаад миний өвдөлт үүрдийнх, миний шарх эдгэхээс татгалзсан, эдгэршгүй байдаг билээ? Та надад бүхэлдээ худалч мэт, ширгэдэг ус мэт байх юм уу? Иймийн тул ЭЗЭН ийн айлдаж байна: Хэрэв чи эргэж ирвэл, Би чамайг дахин авчирч, чи Миний өмнө зогсох болно. Хэрэв чи үнэтэйг өөдгүйгээс ялган гаргавал, чи Миний ам мэт байх болно. Тэд чам уруу эргэн ирэг; харин чи тэд уруу бүү эргэн оч. Би чамайг энэ ард түмэнд хүрэл хэрэмтэй хана болгоно. Тэд чиний эсрэг тэмцэх боловч чамайг дийлэхгүй. Учир нь Би чамайг аварч, чөлөөлөхийн тулд чамтай хамт байна гэж ЭЗЭН айлдаж байна. Би чамайг хорон муу хүний гараас аварч, аймшигт нэгний гараас золин чөлөөлнө. Иеремиа 15:16–21.</w:t>
      </w:r>
    </w:p>
    <w:p>
      <w:pPr>
        <w:pStyle w:val="ArticleBody"/>
        <w:jc w:val="left"/>
      </w:pPr>
      <w:r>
        <w:rPr>
          <w:rFonts w:ascii="Times New Roman" w:hAnsi="Times New Roman" w:eastAsia="Times New Roman" w:cs="Times New Roman"/>
        </w:rPr>
        <w:t>Исаиагийн гэрчлэл дэх үлдэгсэд буюу аравны нэг нь буцаж ирэх ёстой байсан бөгөөд тэд идэгдэх ёстой байв. Учир нь тэдэнд Бурханы мэдээ өгөгдсөн бөгөөд Түүний Үг идэгдэх ёстой байсан. Тэд Бурханы ам байх хүмүүс байсан бөгөөд ингэснээр тэд авралыг эрэлхийлэгчдийн идэх ёстой Бурханы Үгийг толилуулах байв. Иеремиа “дооглогчдын чуулганд” суугаагүй. Учир нь Даниелын нэгэн адил, тэрээр үзэгдлийг харахад “дооглогчдын чуулган” зугтан одсон. Бурхан түүнд худал хэлсэн гэж Иеремиа бодсон, учир нь Бурханы гар Миллерчүүдийн түүхэн дэх 1844 оны 4 дүгээр сарын 19-ний анхны урам хугарал, мөн эцсийн өдрүүд дэх 2020 оны 7 дугаар сарын 18-ны урам хугарлыг зөвшөөрсөн байв. Иеремиад өгөгдсөн амлалт нь, хэрэв тэр “буцаж ирвэл” гэсэн байсан бөгөөд Исаиагийн эшлэлд “аравны нэг” нь “буцаж ирдэг.”</w:t>
      </w:r>
    </w:p>
    <w:p>
      <w:pPr>
        <w:pStyle w:val="ArticleBody"/>
        <w:jc w:val="left"/>
      </w:pPr>
      <w:r>
        <w:rPr>
          <w:rFonts w:ascii="Times New Roman" w:hAnsi="Times New Roman" w:eastAsia="Times New Roman" w:cs="Times New Roman"/>
        </w:rPr>
        <w:t>Хэрэв Иеремиа «эргэн ирвэл», тэрээр Исаиагийн «аравны нэгэнд» багтана; тэр нь ариун бөгөөд Эзэний хувь мөн, тэдний доторх «мөн чанар» нь байдаг. Еврей хэлний «мөн чанар» гэсэн үг нь багана гэсэн утгатай бөгөөд «багана» болгох нь Филаделфийнхэнд өгөгдсөн амлалт юм.</w:t>
      </w:r>
    </w:p>
    <w:p>
      <w:pPr>
        <w:pStyle w:val="ArticleScripture"/>
        <w:jc w:val="left"/>
      </w:pPr>
      <w:r>
        <w:rPr>
          <w:rFonts w:ascii="Times New Roman" w:hAnsi="Times New Roman" w:eastAsia="Times New Roman" w:cs="Times New Roman"/>
        </w:rPr>
        <w:t>Ялагчийг Би Өөрийн Бурханы сүмд багана болгоно, тэгээд тэрээр дахин хэзээ ч гадагш явахгүй; мөн Би түүн дээр Өөрийн Бурханы нэрийг, мөн Өөрийн Бурханы хотоны нэрийг, өөрөөр хэлбэл Миний Бурханаас тэнгэрээс бууж ирдэг шинэ Иерусалимын нэрийг бичнэ; мөн Би түүн дээр Өөрийн шинэ нэрийг бичнэ. Чихтэй нь Сүнс чуулгануудад юу айлдаж байгааг сонсогтун. Илчлэлт 3:12, 13.</w:t>
      </w:r>
    </w:p>
    <w:p>
      <w:pPr>
        <w:pStyle w:val="ArticleBody"/>
        <w:jc w:val="left"/>
      </w:pPr>
      <w:r>
        <w:rPr>
          <w:rFonts w:ascii="Times New Roman" w:hAnsi="Times New Roman" w:eastAsia="Times New Roman" w:cs="Times New Roman"/>
        </w:rPr>
        <w:t>“Багана,” өөрөөр хэлбэл тэдний “мөн чанар” нь бурханлаг чанар ба хүний чанарын нэгдлийг илэрхийлдэг. Учир нь Христ бол сүмийг тулгуурлан тогтоодог “багана” мөн.</w:t>
      </w:r>
    </w:p>
    <w:p>
      <w:pPr>
        <w:pStyle w:val="ArticleScripture"/>
        <w:jc w:val="left"/>
      </w:pPr>
      <w:r>
        <w:rPr>
          <w:rFonts w:ascii="Times New Roman" w:hAnsi="Times New Roman" w:eastAsia="Times New Roman" w:cs="Times New Roman"/>
        </w:rPr>
        <w:t>“Ийнхүү цөхрөн гутралын энэ байдалд байх зуур миний оюун санаанд гүн сэтгэгдэл үлдээсэн нэгэн зүүд зүүдэлсэн юм. Би олон хүн цувран очиж буй нэгэн сүмийг харж байна гэж зүүдэлсэн. Цаг хугацаа төгсөх үед зөвхөн тэр сүмд хоргодсон хүмүүс л аврагдах байв. Гадаа үлдсэн бүхэн үүрд мөхөх байлаа. Гадна байсан олон түмэн өөр өөрсдийн зам мөрөөр явцгаах зуураа сүмд орж буй хүмүүсийг элэглэн дооглож, энэ авралын төлөвлөгөө нь овжин мэхлэл төдий, үнэндээ зайлсхийх ямар ч аюул огт байхгүй гэж тэдэнд хэлж байв. Тэд бүр заримыг нь хэрмийн дотор яаран орохоос нь сэргийлэхийн тулд барьж авч байлаа.”</w:t>
      </w:r>
    </w:p>
    <w:p>
      <w:pPr>
        <w:pStyle w:val="ArticleScripture"/>
        <w:jc w:val="left"/>
      </w:pPr>
      <w:r>
        <w:rPr>
          <w:rFonts w:ascii="Times New Roman" w:hAnsi="Times New Roman" w:eastAsia="Times New Roman" w:cs="Times New Roman"/>
        </w:rPr>
        <w:t>“Доог тохуу болохоос эмээж, би олон түмэн тарах хүртэл, эсвэл тэдэнд анзаарагдалгүйгээр орж чадах хүртлээ хүлээх нь хамгийн зөв гэж бодов. Гэвч хүмүүсийн тоо цөөрөхийн оронд улам нэмэгдэж, хэтэрхий оройтох вий гэж айн, би яаран гэрээсээ гарч, олны дундуур шахан урагшлав. Сүмд хүрэх гэсэн түгшүүрт санаандаа би өөрийг минь хүрээлсэн үй олон хүнийг анзаарсангүй, тоосон ч үгүй. Барилгад оронгуут, асар том тэр сүмийг нэгэн аварга багана тулж байгааг харсан бөгөөд түүнд тасчин шархдуулж, цус урссан нэгэн хурга уяатай байв. Тэнд байсан бид тэрхүү хурга бидний төлөө урагдаж, няцлагдсан гэдгийг мэдэж байгаа мэт санагдав. Сүмд орсон хүн бүр түүний өмнө очиж, нүглээ наманчлан өчих ёстой байлаа.</w:t>
      </w:r>
    </w:p>
    <w:p>
      <w:pPr>
        <w:pStyle w:val="ArticleScripture"/>
        <w:jc w:val="left"/>
      </w:pPr>
      <w:r>
        <w:rPr>
          <w:rFonts w:ascii="Times New Roman" w:hAnsi="Times New Roman" w:eastAsia="Times New Roman" w:cs="Times New Roman"/>
        </w:rPr>
        <w:t>“Хурганы яг өмнөхөн өргөгдсөн суудлууд байв. Тэдгээр дээр ихэд баяр хөөртэй харагдах нэгэн бүлэг хүмүүс сууж байлаа. Тэнгэрийн гэрэл тэдний нүүрэн дээр тусаж байгаа мэт санагдаж, тэд Бурханыг магтан, баярт талархлын дуунуудыг дуулж байв; тэрхүү дуунууд нь тэнгэрэлчүүдийн хөгжмийн адил сонсогдож байлаа. Эд бол Хурганы өмнө ирж, нүглээ наминчилж, өршөөл уучлалыг хүлээн авч, эдүгээ ямар нэгэн баярт үйл явдлыг баясан хүлээсэн найдлага дунд хүлээж байсан хүмүүс мөн.”</w:t>
      </w:r>
    </w:p>
    <w:p>
      <w:pPr>
        <w:pStyle w:val="ArticleScripture"/>
        <w:jc w:val="left"/>
      </w:pPr>
      <w:r>
        <w:rPr>
          <w:rFonts w:ascii="Times New Roman" w:hAnsi="Times New Roman" w:eastAsia="Times New Roman" w:cs="Times New Roman"/>
        </w:rPr>
        <w:t>“Би тэр байшинд орсны дараа ч надад айдас нөмөрч, эдгээр хүмүүсийн өмнө өөрийгөө даруусгах ёстой гэх ичгүүрийн мэдрэмж төрөв. Гэвч би урагшлахад өөрийн эрхгүй хөтлөгдөж буй мэт санагдан, хурганы өөдөөс харахын тулд баганыг тойрон аажмаар урагшилж байтал бүрээ дуугарч, сүм донсолж, цугласан ариун хүмүүсийн дундаас ялалтын уухай хашхираан гарч, аймшигт гэрэл цогцолборыг гийгүүлээд, дараа нь бүх зүйл нэн өтгөн харанхуй болов. Аз жаргалтай хүмүүс тэр гэрлийн хамт бүгд алга болж, би шөнийн чимээгүй аймшгийн дунд ганцаараа үлдсэн юм. Би сэтгэлийн шаналал дунд сэрж, зүүдэлж байсан гэдгээ өөртөө арайхийн үнэмшүүлэв. Миний тавилан тогтоогдсон, Эзэний Сүнс намайг орхин, дахин хэзээ ч буцан ирэхгүй мэт надад санагдав.” Testimonies, volume 1, 27.</w:t>
      </w:r>
    </w:p>
    <w:p>
      <w:pPr>
        <w:pStyle w:val="ArticleBody"/>
        <w:jc w:val="left"/>
      </w:pPr>
      <w:r>
        <w:rPr>
          <w:rFonts w:ascii="Times New Roman" w:hAnsi="Times New Roman" w:eastAsia="Times New Roman" w:cs="Times New Roman"/>
        </w:rPr>
        <w:t>Буцан ирдэг аравны доторх “мөн чанар” нь сүмийг түшин тулдаг “багана” юм. Даниел баганад өлгөгдсөн Хурганы учир шалтгааны үзэгдлийг харсан бөгөөд тэр Хурга нь “багана” байсан. Даниел тэр агуу үзэгдлийг харахдаа баганын дүрд хувирсан бөгөөд Исаиагийн аравны нэгэн адил тэдний дотор мөн “мөн чанар” (багана) байдаг; тэрхүү мөн чанарыг сүмд орохыг хүсэгч бүхэн “идэх” ёстой. Сүмд орж, мөн чанарыг иддэг хүмүүс бол нутагт агуу их орхигдолт болж байх үед Ням гаргийн хуулийн үеэр өргөгдсөн тугийн захиасанд хариу өгдөг Бурханы өөр сүрэг мөн. Исаиагийн мөн чанар болох “ариун үр” нь ертөнцийн сууриас эхлэн нядлуулсан Хурга мөн.</w:t>
      </w:r>
    </w:p>
    <w:p>
      <w:pPr>
        <w:pStyle w:val="ArticleBody"/>
        <w:jc w:val="left"/>
      </w:pPr>
      <w:r>
        <w:rPr>
          <w:rFonts w:ascii="Times New Roman" w:hAnsi="Times New Roman" w:eastAsia="Times New Roman" w:cs="Times New Roman"/>
        </w:rPr>
        <w:t>Буцан ирэх аравны нэг нь Ням гаргийн хуулийн үед Филадельфи ба Лаодикеягийн хоорондох тусгаарлалт үүрд тогтоогдож, тэр үед олон хүн унаган сүйрэхэд, хорон муугийн гараас аврагдах болно. Унаган сүйрэгчид нь ойлгодоггүй хорон муу хүмүүс мөн гэж тодорхойлогддог. Тэд мөн аймшигт нэгний гараас аврагдах болно, учир нь тэд араатны тамгыг хүлээн авахгүй.</w:t>
      </w:r>
    </w:p>
    <w:p>
      <w:pPr>
        <w:pStyle w:val="ArticleScripture"/>
        <w:jc w:val="left"/>
      </w:pPr>
      <w:r>
        <w:rPr>
          <w:rFonts w:ascii="Times New Roman" w:hAnsi="Times New Roman" w:eastAsia="Times New Roman" w:cs="Times New Roman"/>
        </w:rPr>
        <w:t>Их Эзэн Бурхан ийнхүү айлдаж байна: Би мөн Египетийн үй олон түмнийг Вавилоны хаан Небухадрецарын гараар таслан зогсооно. Тэр болон түүнтэй хамт буй түүний ард түмэн, үндэстнүүдийн дундах аймшигтнууд, энэ газрыг сүйрүүлэхээр ирэх болно. Тэд Египетийн эсрэг илдээ сугалж, газрыг алагдагсдаар дүүргэнэ. Би мөн гол мөрдийг ширгээж, газрыг хорон муу хүмүүсийн гарт худалдана. Би харийнхны гараар тэр газрыг болон түүнд буй бүхнийг эзгүйрүүлнэ. Би, ЭЗЭН, үүнийг айлдсан билээ. Исаиа 30:10–12.</w:t>
      </w:r>
    </w:p>
    <w:p>
      <w:pPr>
        <w:pStyle w:val="ArticleBody"/>
        <w:jc w:val="left"/>
      </w:pPr>
      <w:r>
        <w:rPr>
          <w:rFonts w:ascii="Times New Roman" w:hAnsi="Times New Roman" w:eastAsia="Times New Roman" w:cs="Times New Roman"/>
        </w:rPr>
        <w:t>“Үндэстнүүдийн аймшигт нэгэн” гэдэг нь хойд зүгийн хааны орлон гүйцэтгэгч цэрэг юм. Ням гаргийн хуулийн үед өргөгдөх туг тэмдгийг тэнэг, эсвэл ёс бус онгон охидын гараас аварч гаргадаг бөгөөд мөн үндэстнүүдийн аймшигт нэгний гараас ч аварч гаргадаг. Энд бидний авч үзэж буй асуудал нь Исаиа, Даниел, Иеремиа, Езекиел, Иохан нарыг бүгдийг нь 2020 оны 7 дугаар сарын 18-ны урам хугарлын дараагаас буцан ирэх нэг зуун дөчин дөрвөн мянгын амилалт болон хүч чадлаар хангагдсаныг төлөөлүүлэхэд ашигладаг явдал юм. Даниелын эцсийн үзэгдэлд, Хиддекел мөрний дэргэд өгөгдсөн үзэгдэлд, Даниелд Бурханы эш үзүүллэгийн Үгийн дотоод болон гадаад үзэгдлүүдийг хоёуланг нь ойлгуулж, тэрхүү мэдээг тунхаглахад нь хүчирхэгжүүлдэг.</w:t>
      </w:r>
    </w:p>
    <w:p>
      <w:pPr>
        <w:pStyle w:val="ArticleBody"/>
        <w:jc w:val="left"/>
      </w:pPr>
      <w:r>
        <w:rPr>
          <w:rFonts w:ascii="Times New Roman" w:hAnsi="Times New Roman" w:eastAsia="Times New Roman" w:cs="Times New Roman"/>
        </w:rPr>
        <w:t>Аравдугаар эшлэл дэх толгой, буюу “цайз”-ын эш үзүүллэгийн тодорхойлолттой дотоод ба гадаадын захиас нэгтгэгддэг бөгөөд энэ нь одоо Путины хэрэгжүүлж буй Украйны дайныг тодорхойлон заадаг. Толгойг танин тодорхойлох тэрхүү түлхүүр нь дотоод ба гадаад хэрэглээтэй бөгөөд тэр дайны эхлэл нь хоёр толгой хоёулаа эш үзүүллэгийн сэдэв болох үеийг тэмдэглэдэг. Цайз буюу толгой нь Оросыг илэрхийлэхийн хувьд хоёр дахь төлөөллийн дайныг заадаг бөгөөд тэр нь гурав дахь төлөөллийн дайнд хүргэж, Панийн тулалдаанаар хэв шинжлэгдсэнчлэн арван тавдугаар эшлэлд Дэлхийн III дайны эхлэлийг тэмдэглэдэг.</w:t>
      </w:r>
    </w:p>
    <w:p>
      <w:pPr>
        <w:pStyle w:val="ArticleBody"/>
        <w:jc w:val="left"/>
      </w:pPr>
      <w:r>
        <w:rPr>
          <w:rFonts w:ascii="Times New Roman" w:hAnsi="Times New Roman" w:eastAsia="Times New Roman" w:cs="Times New Roman"/>
        </w:rPr>
        <w:t>Арван зургаадугаар эшлэл нь Ням гаргийн хууль бөгөөд, тиймээс арван нэгдүгээр ба арван хоёрдугаар эшлэлүүдэд дүрслэгдсэнээр Украины дайн эхэлсэн 2014 оноос Ням гаргийн хууль хүртэл Бурханы ард түмнийг тамгалахтай холбоотой эцсийн ажил гүйцэлдэн биелдэг. Даниелын арван нэгдүгээр бүлэг дэх Габриелын тайлбар нь Бурханы ард түмнийг ариусгадаг, өөрөөр хэлбэл тамгалдаг мэдээг төлөөлдөг. Энэ баримтыг алдвал бүхнийг алдсантай адил. Илчлэлт номд Есүс Христийн Илчлэлт гэж нэрлэгддэг, мөн сорилтын хугацаа хаагдахын яг өмнө тайлагдан нээгдэхээр Илчлэлт номд тодорхойлогдсон энэхүү тайлагдан нээгдсэн эш үзүүллэг нь Даниел номын тодорхой нэг хэсэг мөн.</w:t>
      </w:r>
    </w:p>
    <w:p>
      <w:pPr>
        <w:pStyle w:val="ArticleScripture"/>
        <w:jc w:val="left"/>
      </w:pPr>
      <w:r>
        <w:rPr>
          <w:rFonts w:ascii="Times New Roman" w:hAnsi="Times New Roman" w:eastAsia="Times New Roman" w:cs="Times New Roman"/>
        </w:rPr>
        <w:t>Тэр надад: «Энэ номын эш үзүүллийн үгсийг бүү тамгал; учир нь цаг ойрхон байна. Шударга бус нь цаашид ч шударга бус хэвээр байг; бузар нь цаашид ч бузар хэвээр байг; зөвт нь цаашид ч зөвт хэвээр байг; ариун нь цаашид ч ариун хэвээр байг» хэмээн айлдав. Илчлэлт 22:10, 11.</w:t>
      </w:r>
    </w:p>
    <w:p>
      <w:pPr>
        <w:pStyle w:val="ArticleBody"/>
        <w:jc w:val="left"/>
      </w:pPr>
      <w:r>
        <w:rPr>
          <w:rFonts w:ascii="Times New Roman" w:hAnsi="Times New Roman" w:eastAsia="Times New Roman" w:cs="Times New Roman"/>
        </w:rPr>
        <w:t>Эцсийн өдрүүдэд төгсгөлийн эш үзүүллэг лацнаасаа тайлагдах тодорхой цаг үе байдаг, учир нь эшлэлд “цаг нь ойртсон” гэж өгүүлсэн байдаг. Илчлэлт номын төгсгөлийн бүлэгт буй тэрхүү яг энэ хэллэг нь мөн эхний бүлэгт ч бас байдаг.</w:t>
      </w:r>
    </w:p>
    <w:p>
      <w:pPr>
        <w:pStyle w:val="ArticleScripture"/>
        <w:jc w:val="left"/>
      </w:pPr>
      <w:r>
        <w:rPr>
          <w:rFonts w:ascii="Times New Roman" w:hAnsi="Times New Roman" w:eastAsia="Times New Roman" w:cs="Times New Roman"/>
        </w:rPr>
        <w:t>Есүс Христийн илчлэлт буюу Бурхан Түүнд өгсөн нь, удахгүй болох ёстой зүйлсийг Өөрийн зарц нартаа үзүүлэхийн тулд билээ; мөн Тэр үүнийг Өөрийн тэнгэрэлчээр дамжуулан Өөрийн зарц Иоханд илгээж, тэмдэглэн мэдүүлсэн юм. Тэрээр Бурханы үгийн тухай, Есүс Христийн гэрчлэлийн тухай, мөн өөрийн харсан бүхний тухай гэрчилсэн билээ. Энэ эш үзүүллийн үгсийг уншигч нь болон сонсогчид нь, түүн дотор бичигдсэн зүйлсийг сахигчид нь ерөөлтэй еэ: учир нь цаг ойрхон байна. Илчлэлт 1:1–3.</w:t>
      </w:r>
    </w:p>
    <w:p>
      <w:pPr>
        <w:pStyle w:val="ArticleBody"/>
        <w:jc w:val="left"/>
      </w:pPr>
      <w:r>
        <w:rPr>
          <w:rFonts w:ascii="Times New Roman" w:hAnsi="Times New Roman" w:eastAsia="Times New Roman" w:cs="Times New Roman"/>
        </w:rPr>
        <w:t>Хоёр зуун хорь, тийнхүү хорин хоёр нь Бурханы чанар хүн төрөлхтөнтэй нэгдэхийн бэлгэдэл бөгөөд гурав дахь тэнгэрэлчийн эцсийн ажил болох нэг зуун дөчин дөрвөн мянгыг тамгалах үйл явц арван онгон охины тухай сургаалт зүйрлэлийн эш үзүүллэгийн хүрээнд биелдэг. Эцсийн өдрүүдийн ухаалаг онгон охид 2020 оны 7 дугаар сарын 18-нд анхны урам хугаралтаа амссан бөгөөд тамгалах үйл явц 2001 онд эхэлснээс хойш хорин хоёр жилийн дараа болох 2023 оны 7 дугаар сар хүртэл Илчлэлт номын арван нэгдүгээр бүлгийн гудамжинд хэвтэх үхсэн яс мэт тархан бутарсан байв. Тэгээд “цаг нь ойртсон” бөгөөд Эзэн дараа нь Эцгээс хүлээн авсан Христээс, Христээс хүлээн авсан Габриелаас, Габриелаас мэдээг хүлээн авсан “цөл дэх дуу хоолой”-г босгон гаргасан юм.</w:t>
      </w:r>
    </w:p>
    <w:p>
      <w:pPr>
        <w:pStyle w:val="ArticleBody"/>
        <w:jc w:val="left"/>
      </w:pPr>
      <w:r>
        <w:rPr>
          <w:rFonts w:ascii="Times New Roman" w:hAnsi="Times New Roman" w:eastAsia="Times New Roman" w:cs="Times New Roman"/>
        </w:rPr>
        <w:t>Тэр дуу хоолой дараа нь чуулгануудад энэ мэдээг илгээж эхэлсэн бөгөөд одоо үүнийг электрон хэлбэрээр илгээсэн тул уншиж болон/эсвэл сонсож болох бөгөөд одоогоор жаран гаруй хэлээр хүргэгдэж байна. Тайлагдсан эш үзүүллэгийн тэр хэсэг, өөрөөр хэлбэл тэрхүү мэдээ нь Даниелын номд байдаг.</w:t>
      </w:r>
    </w:p>
    <w:p>
      <w:pPr>
        <w:pStyle w:val="ArticleScripture"/>
        <w:jc w:val="left"/>
      </w:pPr>
      <w:r>
        <w:rPr>
          <w:rFonts w:ascii="Times New Roman" w:hAnsi="Times New Roman" w:eastAsia="Times New Roman" w:cs="Times New Roman"/>
        </w:rPr>
        <w:t>“Лацтай байсан ном нь Илчлэлт биш, харин эцсийн өдрүүдэд хамаарах Даниелын эш үзүүллэгийн тэр хэсэг мөн. Тэнгэрэлч, ‘Харин чи, Даниел аа, эцсийн цаг хүртэл эдгээр үгсийг хааж, номыг лацад’ хэмээн тушаасан. Даниел 12:4.” Элч нарын үйлс, 585.</w:t>
      </w:r>
    </w:p>
    <w:p>
      <w:pPr>
        <w:pStyle w:val="ArticleBody"/>
        <w:jc w:val="left"/>
      </w:pPr>
      <w:r>
        <w:rPr>
          <w:rFonts w:ascii="Times New Roman" w:hAnsi="Times New Roman" w:eastAsia="Times New Roman" w:cs="Times New Roman"/>
        </w:rPr>
        <w:t>“Даниелын эш үзүүллэгийн сүүлчийн өдрүүдтэй холбогдох хэсэг” нь дөчдүгээр эшлэл юм. Энэ нь зүгээр л дөчдүгээр эшлэл бүхэлдээ бус, харин 1989 онд төгсгөлийн цагийн дараа, мөн дөчин нэгдүгээр эшлэлийн Ням гаргийн хуулиас өмнө дүрслэгдсэн дөчдүгээр эшлэлийн тэр хэсэг юм. Эшлэлийн дотор өөрт нь огт дурдагдаагүй дөчдүгээр эшлэлийн түүх нь сүүлчийн өдрүүдтэй холбогдох, лацдан хаагдсан байсан эш үзүүллэгийн тэр хэсэг бөгөөд 2023 оны долдугаар сараас хойш харах, сонсохыг сонгогсдын төлөө тайлагдан нээгдсээр байна.</w:t>
      </w:r>
    </w:p>
    <w:p>
      <w:pPr>
        <w:pStyle w:val="ArticleBody"/>
        <w:jc w:val="left"/>
      </w:pPr>
      <w:r>
        <w:rPr>
          <w:rFonts w:ascii="Times New Roman" w:hAnsi="Times New Roman" w:eastAsia="Times New Roman" w:cs="Times New Roman"/>
        </w:rPr>
        <w:t>Дөчдүгээр эшлэлд 1989 онд Зөвлөлт Холбоот Улс нуран унасны дараа өрнөх түүхээс, дөчин нэгдүгээр эшлэлийн Ням гаргийн хуулийг хүртэл, юу ч тэмдэглэгдээгүй байдаг; харин энэ нь эш үзүүллэгийн бусад шугамуудыг дээр нь байрлуулах ёстой эш үзүүллэгийн суурийг өгдөг. Шугам дээр шугам гэсэн аргачлал нь хожмын борооны аргачлал мөн гэдгийг харж, сонсохыг хүсдэггүй хүмүүс дөчдүгээр эшлэлийн далд түүхийг харах чадваргүй байдаг бөгөөд тэрхүү түүх нь Есүс Христийн Илчлэл мөн бөгөөд түүнийг Габриел Иохан болон Даниелд тайлбарлахаар ирсэн юм.</w:t>
      </w:r>
    </w:p>
    <w:p>
      <w:pPr>
        <w:pStyle w:val="ArticleBody"/>
        <w:jc w:val="left"/>
      </w:pPr>
      <w:r>
        <w:rPr>
          <w:rFonts w:ascii="Times New Roman" w:hAnsi="Times New Roman" w:eastAsia="Times New Roman" w:cs="Times New Roman"/>
        </w:rPr>
        <w:t>Бид энэхүү судлалыг дараагийн өгүүлэлд үргэлжлүүлэх болно.</w:t>
      </w:r>
    </w:p>
    <w:p>
      <w:pPr>
        <w:pStyle w:val="ArticleScripture"/>
        <w:jc w:val="left"/>
      </w:pPr>
      <w:r>
        <w:rPr>
          <w:rFonts w:ascii="Times New Roman" w:hAnsi="Times New Roman" w:eastAsia="Times New Roman" w:cs="Times New Roman"/>
        </w:rPr>
        <w:t>“Береад Паул дахин ажлаа эхлүүлэхдээ Христийн сайн мэдээг тунхаглахаар иудейчүүдийн синагогт оржээ. Тэр тэдний тухай, «Эдгээр нь Тесалоник дахь хүмүүсээс илүү эрхэмсэг байсан; учир нь тэд үгийг бүх бэлэн сэтгэлээр хүлээн авч, эдгээр зүйлс үнэн эсэхийг мэдэхээр Судруудыг өдөр бүр шалган үздэг байв. Иймээс тэдний олонх нь итгэсэн бөгөөд мөн Грек гаралтай хүндэт эмэгтэйчүүдээс, түүнчлэн эрчүүдээс цөөнгүй нь итгэсэн» гэж хэлжээ.”</w:t>
      </w:r>
    </w:p>
    <w:p>
      <w:pPr>
        <w:pStyle w:val="ArticleScripture"/>
        <w:jc w:val="left"/>
      </w:pPr>
      <w:r>
        <w:rPr>
          <w:rFonts w:ascii="Times New Roman" w:hAnsi="Times New Roman" w:eastAsia="Times New Roman" w:cs="Times New Roman"/>
        </w:rPr>
        <w:t>“Үнэн алдрыг танилцуулах үед зөв байхыг чин сэтгэлээсээ хүсэгчид Судруудыг хичээнгүйгээр шинжлэн судлахад сэргээгдэнэ. Энэ нь Берэад элч нарын хөдөлмөрийг дагалдан гарсан үр дүнтэй адил үр жимсийг төрүүлнэ. Харин эдгээр өдрүүдэд үнэнийг номлогчид Берэачуудын эсрэг шинжтэй олон хүнтэй тулгардаг. Тэдэнд танилцуулсан сургаалыг няцааж чаддаггүй атлаа, түүнийг дэмжин санал болгосон нотолгоог судлан үзэхээс туйлын дургүйцлээ илэрхийлж, тэр нь үнэн байсан ч түүнийг тийнхүү хүлээн зөвшөөрөх эсэх нь төдийлөн чухал бус хэрэг хэмээн үздэг. Тэд өөрсдийн хуучин итгэл ба заншил нь өөрсдөд нь хангалттай сайн гэж боддог. Гэвч Өөрийн элч төлөөлөгчдийг дэлхийд илгээх захиастайгаар илгээсэн Эзэн хүмүүсийг Өөрийн зарц нарын үгэнд хэрхэн хандсаны нь төлөө хариуцлагад татах болно. Бурхан тэдэнд толилуулагдсан гэрлийн дагуу, тэр нь тэдэнд ойлгомжтой байсан эсэхээс үл хамааран, хүн бүрийг шүүнэ. Берэачуудын адил шинжлэн судлах нь тэдний үүрэг мөн. Эзэн эш үзүүлэгч Хосеагаар дамжуулан ийнхүү айлддаг: ‘Миний ард түмэн мэдлэггүйгээс болж сүйрдэг; чи мэдлэгийг голсон тул Би бас чамайг голно.’”</w:t>
      </w:r>
    </w:p>
    <w:p>
      <w:pPr>
        <w:pStyle w:val="ArticleScripture"/>
        <w:jc w:val="left"/>
      </w:pPr>
      <w:r>
        <w:rPr>
          <w:rFonts w:ascii="Times New Roman" w:hAnsi="Times New Roman" w:eastAsia="Times New Roman" w:cs="Times New Roman"/>
        </w:rPr>
        <w:t>“Береичүүдийн оюун санаа нь өрөөсгөл үзлээр явцуулагдаагүй байсан бөгөөд тэд элч нарын тунхагласан үнэнийг шалган судалж, хүлээн авахад бэлэн байв. Хэрэв бидний цаг үеийн хүмүүс Эрхэм Береичүүдийн жишээг даган, Судруудыг өдөр бүр судалж, өөрсдөд нь хүргэгдсэн мэдээнүүдийг тэнд тэмдэглэгдсэн зүйлстэй харьцуулан шалгадаг байсан бол, өнөөдөр нэг нь байгаагийн оронд Бурханы хуульд үнэнч мянга мянган хүн байхсан. Харин Бурханыг хайрладаг хэмээн мэргэдэгчдийн олонх нь төөрөгдлөөс үнэн рүү өөрчлөгдөх хүсэлгүй бөгөөд эцсийн өдрүүдийн тааламжит үлгэр домгуудтай зууралддаг. Төөрөгдөл нь оюун ухааныг сохолж, Бурханаас холдуулдаг; харин үнэн нь оюун ухаанд гэрэл, сэтгэлд амийг өгдөг.”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далан зургаа дахь дугаар</dc:title>
  <dc:subject>Тэнгэрлэг илчлэл ба Эцсийн Сэргэлт: Даниелын үзэгдлээс авсан ойлголтууд</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