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 Долоо</w:t>
      </w:r>
    </w:p>
    <w:p>
      <w:pPr>
        <w:pStyle w:val="ArticleSubtitle"/>
        <w:jc w:val="left"/>
      </w:pPr>
      <w:r>
        <w:rPr>
          <w:rFonts w:ascii="Arial" w:hAnsi="Arial" w:eastAsia="Arial" w:cs="Arial"/>
        </w:rPr>
        <w:t>144,000 хүний тамгалагдал: Даниелын үзэгдэл ба эш үзүүллэгийн бэлгэдлээс авах ойлголтууд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Даниел арвандугаар бүлэгт гурвантаа хүргэгдсэн бөгөөд эхний болон сүүлчийн удаад нь Габриел, дундах хүрэлтийг нь Христ үйлдсэн. Үнэний дундах тэмдэг нь тэрслүү байдлыг төлөөлдөг тул Даниел өөрийн завхралыг хамгийн хурцаар мэдэрсэн нь тэр дундах хүрэлтэд байв. Хорин нэгэн өдрийн төгсгөлд Тэр бууж ирсэн учраас Даниелд хоёр дахь удаагаа хүрсэн Нэгэн нь Михаил байсан юм.</w:t>
      </w:r>
    </w:p>
    <w:p>
      <w:pPr>
        <w:pStyle w:val="ArticleBody"/>
        <w:jc w:val="left"/>
      </w:pPr>
      <w:r>
        <w:rPr>
          <w:rFonts w:ascii="Times New Roman" w:hAnsi="Times New Roman" w:eastAsia="Times New Roman" w:cs="Times New Roman"/>
        </w:rPr>
        <w:t>Илчлэл номын арван нэгдүгээр бүлгийн хоёр гэрч гудамжинд үхдэл мэт хэвтэх бэлгэдэлт гурав хагас өдрийн төгсгөлд нэгэн дуу хоолой хоёр гэрчийг амилуулдаг. Амилуулдаг нь тэргүүн тэнгэрэлчийн дуу хоолой мөн. Даниел номын аравдугаар бүлэгт гардаг, хорин хоёр дахь өдөрт Михаилын бууж ирэх явдал нь 2023 онд хоёр гэрчийн амилалттай нийцэж байна. Хоёр гэрч гудамжинд үхдэл мэт хэвтэж байх зуур Езекиелд тэдний тарж бутарсан яснуудыг үзүүлж, хөндий доторх тэр үхсэн хуурай яснууд амилж чадах эсэхийг тэр бодож байна уу хэмээн асуухад, Езекиелийн өгсөн цорын ганц хариулт нь: “Эзэн, Та мэднэ” байв.</w:t>
      </w:r>
    </w:p>
    <w:p>
      <w:pPr>
        <w:pStyle w:val="ArticleBody"/>
        <w:jc w:val="left"/>
      </w:pPr>
      <w:r>
        <w:rPr>
          <w:rFonts w:ascii="Times New Roman" w:hAnsi="Times New Roman" w:eastAsia="Times New Roman" w:cs="Times New Roman"/>
        </w:rPr>
        <w:t>Дараа нь Езекиелд яснуудад эш үзүүлэхийг тушаасан бөгөөд тэр тийнхүү үйлдэхэд тэд хоорондоо нийлэн бүрэлдсэн боловч амь орсонгүй хэвээр байв. Езекиелийн эхний эш үзүүллэг нь ясыг хамтад нь цуглуулах явдал байсан, харин тэдгээр ясыг цэрэг мэт амилуулахын тулд хоёр дахь эш үзүүллэг шаардлагатай байлаа. Езекиелийн хоёр дахь эш үзүүллэг нь ясыг амь оруулсан дөрвөн салхиар төлөөлөгдсөн гурав дахь гаслангийн эш үзүүллэг байв. Эхний Адам төгсөөр бүтээгдсэн боловч дараа нь нүгэл үйлдэж, үхлийг өөрийн бүх үр удамд дамжуулсан. Езекиелийн үхсэн ясны амилалт нь Адамыг төгс байдалд нь бүтээсэн явдалтай зэрэгцэн нийцдэг. Учир нь Адам эхлээд бүрэлдэн бүтээгдэж, дараа нь Эзэн түүнд амийн амьсгалыг үлээсэн юм.</w:t>
      </w:r>
    </w:p>
    <w:p>
      <w:pPr>
        <w:pStyle w:val="ArticleBody"/>
        <w:jc w:val="left"/>
      </w:pPr>
      <w:r>
        <w:rPr>
          <w:rFonts w:ascii="Times New Roman" w:hAnsi="Times New Roman" w:eastAsia="Times New Roman" w:cs="Times New Roman"/>
        </w:rPr>
        <w:t>Энэ нь хоёр гэрч амилуулан эргүүлэн амьдруулах үедээ алдаршуулсан бие хүлээн авна гэсэн үг биш, учир нь тэр нь хоёр дахь ирэлт хүртэл болдоггүй; харин тэдний амилалт нь шалтгаант “marah” үзэгдлийн тухай Даниелын үзэгдэлтэй зэрэгцэн тавигддаг бөгөөд тэр үед тэд өөрсдийн харж буй дүр төрхөд өөрчлөгдөн ордог. Мөр мөрөөр нь, лацдах үйл явц эш үзүүллэгийн гэрчлэлээр туйлын нягт нямбайгаар дэлгэн тавигдсан байдаг.</w:t>
      </w:r>
    </w:p>
    <w:p>
      <w:pPr>
        <w:pStyle w:val="ArticleBody"/>
        <w:jc w:val="left"/>
      </w:pPr>
      <w:r>
        <w:rPr>
          <w:rFonts w:ascii="Times New Roman" w:hAnsi="Times New Roman" w:eastAsia="Times New Roman" w:cs="Times New Roman"/>
        </w:rPr>
        <w:t>Илчлэлт номын арван нэгдүгээр бүлэгт, “гурван өдөр хагасын дараа Бурханаас ирсэн амийн Сүнс” тэр хоёр гэрчийн “дотор орж,” тэгээд “тэд хөл дээрээ босов; тэднийг харсан хүмүүсийн дээр их айдас буув,” мөн дараа нь “тэнгэрээс тэдэнд хандан: Нааш өгсөж ир хэмээх агуу дуу” гарчээ. “Тэгээд тэд үүлэн дотор тэнгэр өөд өгсөн гарав; тэдний дайснууд тэднийг харж байлаа.”</w:t>
      </w:r>
    </w:p>
    <w:p>
      <w:pPr>
        <w:pStyle w:val="ArticleBody"/>
        <w:jc w:val="left"/>
      </w:pPr>
      <w:r>
        <w:rPr>
          <w:rFonts w:ascii="Times New Roman" w:hAnsi="Times New Roman" w:eastAsia="Times New Roman" w:cs="Times New Roman"/>
        </w:rPr>
        <w:t>Эхлээд Сүнс тэдний дотор орж, дараа нь тэд хөл дээрээ босов; тэднийг босоход, урьд нь тэдний үхэлд баясаж байсан дайснууд дээр нь айдас буув. Дараа нь нэгэн дуу хоолой тэднийг дээш дуудан, тэдний дайснууд энэ үйл явдлыг гэрчлэн харав. Езекиелийн хувьд, тэд эхлээд хөндийд тархан хэвтэх үхэгсэд хэмээн танигдаж, дараа нь тэднийг цуглуулдаг эш үзүүллэг тунхаглагдаж, улмаар хоёр дахь эш үзүүллэг тэднийг хүчирхэг их цэрэг мэт босгон зогсоодог. Даниелын хувьд, тэр эхлээд хоёр ангиллыг ялган салгах агуу үзэгдлийг үздэг бөгөөд дараа нь түүнд гурван удаа хүрдэг.</w:t>
      </w:r>
    </w:p>
    <w:p>
      <w:pPr>
        <w:pStyle w:val="ArticleBody"/>
        <w:jc w:val="left"/>
      </w:pPr>
      <w:r>
        <w:rPr>
          <w:rFonts w:ascii="Times New Roman" w:hAnsi="Times New Roman" w:eastAsia="Times New Roman" w:cs="Times New Roman"/>
        </w:rPr>
        <w:t>Түүнд анх хүрэхэд тэр ямар ч хүчгүй, гүн нойронд автсан байсан бөгөөд нүүр нь газарт харсан байв. Нойр нь үхлийг төлөөлдөг. Гэвч тэр хэлэгдсэн үгсийг сонсов.</w:t>
      </w:r>
    </w:p>
    <w:p>
      <w:pPr>
        <w:pStyle w:val="ArticleScripture"/>
        <w:jc w:val="left"/>
      </w:pPr>
      <w:r>
        <w:rPr>
          <w:rFonts w:ascii="Times New Roman" w:hAnsi="Times New Roman" w:eastAsia="Times New Roman" w:cs="Times New Roman"/>
        </w:rPr>
        <w:t>Үүнд бүү гайх; учир нь булшнуудад байгаа бүгд Түүний дуу хоолойг сонсох цаг ирж байна. Иохан 5:28.</w:t>
      </w:r>
    </w:p>
    <w:p>
      <w:pPr>
        <w:pStyle w:val="ArticleBody"/>
        <w:jc w:val="left"/>
      </w:pPr>
      <w:r>
        <w:rPr>
          <w:rFonts w:ascii="Times New Roman" w:hAnsi="Times New Roman" w:eastAsia="Times New Roman" w:cs="Times New Roman"/>
        </w:rPr>
        <w:t>Дараа нь Габриел Даниелыг дөрвөн мөч дээр нь сөхрүүлэн унагаад, дараа нь босохыг түүнд тушаав. Даниел чичирсээр байсан боловч босов. Дараа нь тэр Габриелын үгийг сонссон боловч хэлгүй мэт үлджээ. Езекиел мөн Христийн үзэгдлийг харсан бөгөөд энэ нь үүнтэй адил үйл явдлын дарааллыг төрүүлсэн юм.</w:t>
      </w:r>
    </w:p>
    <w:p>
      <w:pPr>
        <w:pStyle w:val="ArticleScripture"/>
        <w:jc w:val="left"/>
      </w:pPr>
      <w:r>
        <w:rPr>
          <w:rFonts w:ascii="Times New Roman" w:hAnsi="Times New Roman" w:eastAsia="Times New Roman" w:cs="Times New Roman"/>
        </w:rPr>
        <w:t>Тэдний толгойн дээгүүрх огторгуйн дээр индранил чулуун адил үзэмжтэй, сэнтийн дүрс мэт нэгэн дүр байв; тэрхүү сэнтийн дүрсийн дээр хүнтэй адил харагдах нэгэн дүрс дээр нь байлаа. Тэгээд би хувын өнгө мэт, түүний дотор эргэн тойронд нь гал мэт үзэгдэхийг, бүсэлхийнх нь төрхөөс дээш ч, бүсэлхийнх нь төрхөөс доош ч гал мэт үзэгдэхийг харсан бөгөөд түүний эргэн тойронд гэрэл цацарч байв. Бороотой өдөр үүлэн дотор байдаг солонгын үзэмж ямар байдаг билээ, түүний эргэн тойрон дахь тэрхүү гэрлийн үзэмж мөн тийм байв. Энэ нь ЭЗЭНий алдрын дүрийн үзэмж байлаа. Би үүнийг хараад нүүрээрээ унаж, айлдан буй Нэгэний дууг сонсов. Тэр надад, Хүний хүү, хөл дээрээ босогтун, Би чамд айлдая гэв. Тэр надад айлдах үед сүнс миний дотор орж, намайг хөл дээр минь босгосонд, надтай айлдаж буй Нэгэнийг би сонсов. Езекиел 1:26–2:2.</w:t>
      </w:r>
    </w:p>
    <w:p>
      <w:pPr>
        <w:pStyle w:val="ArticleBody"/>
        <w:jc w:val="left"/>
      </w:pPr>
      <w:r>
        <w:rPr>
          <w:rFonts w:ascii="Times New Roman" w:hAnsi="Times New Roman" w:eastAsia="Times New Roman" w:cs="Times New Roman"/>
        </w:rPr>
        <w:t>Үзэгдэл нь Езекиел ба Даниел хоёрыг хоёуланг нь тоос шороонд хүртэл дорд болгож, тэднийг газар дээр сөхрөн унаган мэхийлгэсэн. Тэр байдалд байхдаа тэд хоёул Эзэний үгийг сонссоор байсан бөгөөд өөрсдөд нь айлдсан үгсийг сонсохын тулд хоёуланг нь босгон зогсоосон; мөн тэд тэр үгсийг сонсоход “Сүнс” тэдний дотор орсон юм. Тэнгэрлэг чанарын нэгдэл нь Ариун Сүнсээр дамжуулагдан хүргэгддэг Бурханы Үгийг хүлээн авах замаар биелдэг. “Үг” бол тэнгэрлэг чанарыг хүн төрөлхтөнд дамжуулдаг зүйл мөн. Габриел арван нэгдүгээр бүлэгт Даниелд өгдөг эш үзүүллэгийн түүхийн ноцтой байдал болон ач холбогдлыг ойлгохын тулд энэ үнэнийг хүлээн зөвшөөрөх ёстой. Арван нэгдүгээр бүлэгт дүрслэгдсэн эш үзүүллэгийн түүх нь ариун тосыг ухаалаг онгонуудад дамжуулан хүргэдэг суваг мөн.</w:t>
      </w:r>
    </w:p>
    <w:p>
      <w:pPr>
        <w:pStyle w:val="ArticleBody"/>
        <w:jc w:val="left"/>
      </w:pPr>
      <w:r>
        <w:rPr>
          <w:rFonts w:ascii="Times New Roman" w:hAnsi="Times New Roman" w:eastAsia="Times New Roman" w:cs="Times New Roman"/>
        </w:rPr>
        <w:t>Езекиелийн хувьд, түүнд нэн даруй Лаодикейн Адвентизмд нэгэн мэдээг дамжуулах тушаал өгөгддөг; гэвч Лаодикейн Адвентизм нь тэрслүү гэр тул тэд түүний үгийг сонсохгүй байхыг Езекиелд эхнээс нь мэдүүлдэг. Езекиелийн туршлага нь Исаиагийн зургаадугаар бүлэг дэх туршлага мөн бөгөөд иймээс Бурхан үхлийн бэлгэдэл болох нойрноос Даниелыг сэрээх үед, хоёр гэрчийн дагуу Даниелд Лаодикейн Адвентизмын тэрслүү гэрт зориулсан нэгэн мэдээ өгөгддөг, гэвч тэд сонсохгүй.</w:t>
      </w:r>
    </w:p>
    <w:p>
      <w:pPr>
        <w:pStyle w:val="ArticleBody"/>
        <w:jc w:val="left"/>
      </w:pPr>
      <w:r>
        <w:rPr>
          <w:rFonts w:ascii="Times New Roman" w:hAnsi="Times New Roman" w:eastAsia="Times New Roman" w:cs="Times New Roman"/>
        </w:rPr>
        <w:t>Тэгээд Даниелд хоёр дахь удаагаа хүрсэн нь Өөрөө Христ байсан бөгөөд Тэрээр тахилын ширээнээс авсан нүүрсээр Исаиагийн уруулд хүрсэнтэй адил Даниелын уруулд хүрэв. Тэгэхэд Даниел ярьж чаддаг болсон боловч тэр одоо ч хүч тэнхээгүй, мөн амьсгалгүй хэвээр байв. Езекиелийн дагуу амьсгал нь “дөрвөн салхи”-ны мэдээтэй хамт ирдэг бөгөөд энэ нь Езекиелийн хоёр дахь эш үзүүллэг байсан юм. Езекиелийн дөрвөн салхины тухай эш үзүүллэг нь Даниелын гурав дахь хүрэлттэй нийцдэг, учир нь яг тэр үед амьсгал яснуудад орж, тэд хүчирхэг их цэрэг болон босдог. Даниел гурав дахь хүрэлтээрээ хүчирхэгждэг юм.</w:t>
      </w:r>
    </w:p>
    <w:p>
      <w:pPr>
        <w:pStyle w:val="ArticleBody"/>
        <w:jc w:val="left"/>
      </w:pPr>
      <w:r>
        <w:rPr>
          <w:rFonts w:ascii="Times New Roman" w:hAnsi="Times New Roman" w:eastAsia="Times New Roman" w:cs="Times New Roman"/>
        </w:rPr>
        <w:t>2020 оны 7 дугаар сарын 18-нд Бурханы эцсийн өдрүүдийн ард түмэн сарнин тарж, сургаалт зүйрлэлийн саатлын цаг үе рүү орсон. Лацдах үйл явцын түүхийг 1844 оны 10 дугаар сарын 22-ноос 1863 оны тэрслэл хүртэлх түүхэнд дүрслэн үзүүлсэн. Тэнд төлөөлөгдөн гарч буй түүхэн шугам нь 2001 оны 9 дүгээр сарын 11-нээс Ням гаргийн хууль хүртэлх үетэй давхцан нийцдэг, мөн 2020 оны 7 дугаар сарын 18-наас Ням гаргийн хууль хүртэлх түүхтэй ч давхцан нийцдэг. Энэхүү эш үзүүллэгийн үзэгдэл нь бэлгэдлүүд нэгээс илүү утгатай байдаг бөгөөд тэдгээрийн утга нь хэрэглэгдэж буй тухайн нөхцөл байдлаар тогтоогдох ёстой гэсэн баримтад үндэслэдэг.</w:t>
      </w:r>
    </w:p>
    <w:p>
      <w:pPr>
        <w:pStyle w:val="ArticleBody"/>
        <w:jc w:val="left"/>
      </w:pPr>
      <w:r>
        <w:rPr>
          <w:rFonts w:ascii="Times New Roman" w:hAnsi="Times New Roman" w:eastAsia="Times New Roman" w:cs="Times New Roman"/>
        </w:rPr>
        <w:t>Гурван тэнгэрэлчийн алиных нь ч ирэлт ба ажлыг авч үзэхэд, тэдгээр нь бүгд ижил үйл явдлын дарааллаар захирагддаг. Тэд өөрсөдтэй нь холбогдсон зөгнөл тайлагдах тэр мөчид ирдэг. Тэрхүү зөгнөл нь гурван үе шат дээр бүтээгдсэн байдаг. Түүний ирэлт, түүний хүчирхэгжүүлэлт, мөн төгсгөл дэх хаалттай хаалга. Түүхийн дотор өөр тэмдэглэлт үеүүд байдаг боловч гурван тэнгэрэлчийн алиных нь ч ирэлтийн турших шинжтэй гурван тэмдэглэлт үеийн эхнийх нь зөгнөл тайлагддаг анхны тэмдэглэлт үе юм. Тайлагдсан мэдээ нь баталгаажуулалтаар хүчирхэгждэг бөгөөд тэрхүү баталгаажуулалт ба хүчирхэгжүүлэлт нь дараа нь тухайн түүхийн эрэгтэйчүүд ба эмэгтэйчүүдийг сорьдог. Түүхийн төгсгөл нь гурав дахь сорил дээр зогсогсод мэргэн үү, эсвэл мунхаг уу гэдгийг илтгэн харуулдаг шүүх цаас мэт сорилыг бий болгодог.</w:t>
      </w:r>
    </w:p>
    <w:p>
      <w:pPr>
        <w:pStyle w:val="ArticleBody"/>
        <w:jc w:val="left"/>
      </w:pPr>
      <w:r>
        <w:rPr>
          <w:rFonts w:ascii="Times New Roman" w:hAnsi="Times New Roman" w:eastAsia="Times New Roman" w:cs="Times New Roman"/>
        </w:rPr>
        <w:t>2001 оны 9 дүгээр сарын 11-ний түүхээс эхлэн Ням гаргийн хууль хүртэлх хугацаанд та гурван тэнгэрэлчийг ялган таньж болно. Эхнийх нь 2001 оны 9 дүгээр сарын 11-нд ирсэн, хоёр дахь нь 2020 оны 7 дугаар сарын 18-нд ирсэн, гурав дахь нь удахгүй ирэх Ням гаргийн хуулийн үед (шалгуур сорил) ирнэ. 1844 оны 10 дугаар сарын 22 нь 2001 оны 9 дүгээр сарын 11-тэй дүйж, 1856 он нь 2020 оны 7 дугаар сарын 18-тай дүйж, 1863 он нь Ням гаргийн хуультай дүйж байна. Иймээс 1844 оны 10 дугаар сарын 22-ноос 1863 он хүртэлх хугацаа мөн 2020 оны 7 дугаар сарын 18-наас Ням гаргийн хууль хүртэлх хугацаатай дүйж байна. Учир нь 7 дугаар сарын 18 нь лацдах түүхийн хоёр дахь тэнгэрэлчийн ирэлт байсан юм. Дараах түүх нь аль ч тэнгэрэлчийн замын тэмдгүүд гэж энгийнээр зөв тодорхойлогдсон хэвээр байна.</w:t>
      </w:r>
    </w:p>
    <w:p>
      <w:pPr>
        <w:pStyle w:val="ArticleBody"/>
        <w:jc w:val="left"/>
      </w:pPr>
      <w:r>
        <w:rPr>
          <w:rFonts w:ascii="Times New Roman" w:hAnsi="Times New Roman" w:eastAsia="Times New Roman" w:cs="Times New Roman"/>
        </w:rPr>
        <w:t>2020 оны 7 дугаар сарын 18-нд тэр үеийнхнийг сорих ёстой байсан нэгэн үнэн лацнаасаа тайлагдав. Тэр түүхэн үеийн хоёр дахь алхам нь хоёр гэрч амилуулагдах үе юм. Тэгээд одоо явагдаж буй, тэр үед илчлэгдсэн гэрлийг тэд хүлээн авах эсэхээр нь соригдоно. Дараа нь Ням гаргийн хуулийн үед (ялган таних сорил дээр) хэн нь мэргэн онгон мөн, хэн нь биш болох нь илчлэгдэнэ. Бид уг түүхийг ганц тэнгэрэлчийн бүтцийн хувьд авч үзээд, 1844 оны 10 дугаар сарын 22-ноос 1863 оны тэрслэл хүртэлх түүхийг 2020 оны 7 дугаар сарын 18-наас Ням гаргийн хууль хүртэлх түүхэн дээр давхар тавихад, 1849 онд Хатагтай Уайт Эзэн Өөрийн ард түмний үлдэгдлийг цуглуулахын тулд мутраа дахин сунгасан болохыг тодорхойлсныг олж хардаг.</w:t>
      </w:r>
    </w:p>
    <w:p>
      <w:pPr>
        <w:pStyle w:val="ArticleBody"/>
        <w:jc w:val="left"/>
      </w:pPr>
      <w:r>
        <w:rPr>
          <w:rFonts w:ascii="Times New Roman" w:hAnsi="Times New Roman" w:eastAsia="Times New Roman" w:cs="Times New Roman"/>
        </w:rPr>
        <w:t>1844 оны 10 дугаар сарын 22-ноос 1849 он хүртэл Бурханы ард түмэн тархан бутарсан байв. 1850 онд тэд Хабакукийн хоёр хүснэгтийн хоёр дахь хүснэгтийг бүтээв. 1851 оны 1 дүгээр сард тэд шинэ хүснэгтийг Review сэтгүүлд сурталчилж байлаа. Бурханы ард түмэн тархан бутарсан байсан бөгөөд гурав дахь тэнгэрэлч гэрэлтэйгээр ирэв. Тэгээд Бурхан тэднийг дахин цуглуулж эхэлсэн бөгөөд 1842 онд хийсэнчлэн, тэдний тунхаглах ёстой мэдээний дүрслэлт үзүүлэнг мөн өгсөн. 1844 оны 10 дугаар сарын 22-нд ирсэн гэрэл нь мэдлэгийн өсөлт байсан бөгөөд Түүний удирдлага дор цааш хөгжсөөр, 1856 онд тэрхүү гэрлийн оргил чулуу танилцуулагдав. Тэрхүү гэрэл нь Уильям Миллерийн хамгийн түрүүнд хүлээн зөвшөөрсөн анхны гэрэл байсан “долоон цаг үе”-ийн тухай байсан бөгөөд энэ нь 1844 оны 10 дугаар сарын 22-нд биелсэн эш үзүүллэгүүдийн нэгэн адил дүрслэгдсэн байв.</w:t>
      </w:r>
    </w:p>
    <w:p>
      <w:pPr>
        <w:pStyle w:val="ArticleBody"/>
        <w:jc w:val="left"/>
      </w:pPr>
      <w:r>
        <w:rPr>
          <w:rFonts w:ascii="Times New Roman" w:hAnsi="Times New Roman" w:eastAsia="Times New Roman" w:cs="Times New Roman"/>
        </w:rPr>
        <w:t>1856 онд өгөгдсөн “долоон цаг”-ийн гэрэл нь эхний тэнгэрэлчийн элч Миллерт өгөгдсөн мэдлэгийн нэмэгдлийн төгсгөл байсан төдийгүй, 1844 оны 10 дугаар сарын 22-нд өгөгдсөн гурав дахь тэнгэрэлчийн төгсгөлийн гэрэл ч мөн байсан юм. 1856 онд тэрхүү гэрлийг няцаасан явдал нь 1798 онд лац нь тайлагдсан мэдлэгийн нэмэгдлийг няцаасан хэрэг байсан төдийгүй, мөн 1844 оны 10 дугаар сарын 22-нд лац нь тайлагдсан мэдлэгийн нэмэгдлийг няцаасан хэрэг байсан бөгөөд үүнийг яг тэр үед, яг тэр газар Филаделфийн туршлагаас Лаодикийн туршлагад шилжин орсон хүмүүс няцаасан юм. 1863 оны тэрслэл нь “долоон цаг”-ийн гэрлийг зайлуулсан хуурамч зурагт хуудсаар илэрхийлэгдсэн гурав дахь буюу ялган таних сорилт байсан юм.</w:t>
      </w:r>
    </w:p>
    <w:p>
      <w:pPr>
        <w:pStyle w:val="ArticleBody"/>
        <w:jc w:val="left"/>
      </w:pPr>
      <w:r>
        <w:rPr>
          <w:rFonts w:ascii="Times New Roman" w:hAnsi="Times New Roman" w:eastAsia="Times New Roman" w:cs="Times New Roman"/>
        </w:rPr>
        <w:t>1844 оны 4 дүгээр сарын 19-ний анхны урам хугаралт нь 1843 оны анхдагч хүснэгт дэх зарим тоонуудын алдаан дээр Бурхан Өөрийн мутрыг тавин халхалснаар эхний тэнгэрэлчийн Филаделфийн хөдөлгөөн дээр ирсэн юм. 2020 оны 7 дугаар сарын 18-ны анхны урам хугаралт нь 1844 оны 10 дугаар сарын 22-нд Христ Өөрийн мутрыг тэнгэр өөд өргөн, цаашид хугацаа байхгүй хэмээн тангарагласныг хүмүүс үл хайхарснаар гурав дахь тэнгэрэлчийн Лаодикийн хөдөлгөөн дээр ирсэн юм. 2020 оны 7 дугаар сарын 18-нд энэ үеийн онгон охидыг шалгах ёстой байсан нэгэн мэдээний лац тайлагдсан юм. 1850 оныхтой адил, 2023 онд Эзэн 2020 оны 7 дугаар сарын 18-наас хойш гудамжинд үхсэн хэвээр байсан Езекиелийн үхсэн ясыг цуглуулахын тулд мутраа хоёр дахь удаагаа сунгав. 1851 он гэхэд, Хабаккук номын хоёрдугаар бүлгийн эш үзүүллэгийн биелэл болсон, мэдээний нэгэн шинэ харааны дүрслэл бий болсон бөгөөд үүгээр 2023 оноос хойш Эзэн өргөн мандуулах шинэ амьд тугийг бий болгоно гэдэг нь, Хабаккукийн хоёр хавтангаар бэлгэдэгдсэнээр, тодорхойлогдож байна.</w:t>
      </w:r>
    </w:p>
    <w:p>
      <w:pPr>
        <w:pStyle w:val="ArticleBody"/>
        <w:jc w:val="left"/>
      </w:pPr>
      <w:r>
        <w:rPr>
          <w:rFonts w:ascii="Times New Roman" w:hAnsi="Times New Roman" w:eastAsia="Times New Roman" w:cs="Times New Roman"/>
        </w:rPr>
        <w:t>Хабакукийн хоёр хавтан нь Арван Тушаалын хоёр хавтанаар, мөн Пентекостын баярын хоёр даллалын талхаар бэлгэдэгдсэн байв. Нэг зуун дөчин дөрвөн мянган хүнийг анхны үр жимсний өргөл хэмээн тодорхойлдог бөгөөд тэд бол Малахи дахь, өргөлийг “урьдын өдрүүдэд байсанчлан, эртний он жилүүдийн адил” хэмээн төлөөлдөг хүмүүс мөн. Тэд бүх дэлхий үзэх даллалын өргөл болгон өргөгдөнө.</w:t>
      </w:r>
    </w:p>
    <w:p>
      <w:pPr>
        <w:pStyle w:val="ArticleBody"/>
        <w:jc w:val="left"/>
      </w:pPr>
      <w:r>
        <w:rPr>
          <w:rFonts w:ascii="Times New Roman" w:hAnsi="Times New Roman" w:eastAsia="Times New Roman" w:cs="Times New Roman"/>
        </w:rPr>
        <w:t>Нэг зуун дөчин дөрвөн мянгын сэргэлт нь цугларалтаар эхэлдэг бөгөөд тэрхүү цугларалт Бурханы Үгээр биелдэг. Учир нь Езекиелийн үхсэн яснууд үхдэл хэвээрээ байхдаа Бурханы Үгийг сонссоноор цуглардаг. Эзэн Өөрийн үлдэгдлийг цуглуулахын тулд мутраа хоёр дахь удаа сунгах үед, яснуудыг цуглуулах мэдээг тунхагладаг хүний хэрэгслийг Езекиел төлөөлдөг. Исаиа, Иеремиа, Даниел, Иохан, Езекиел нар бүгдээрээ үхсэн хуурай яснуудад тэнгэрлэг мэдээг дамжуулдаг хүний элементийг тодорхойлдог.</w:t>
      </w:r>
    </w:p>
    <w:p>
      <w:pPr>
        <w:pStyle w:val="ArticleBody"/>
        <w:jc w:val="left"/>
      </w:pPr>
      <w:r>
        <w:rPr>
          <w:rFonts w:ascii="Times New Roman" w:hAnsi="Times New Roman" w:eastAsia="Times New Roman" w:cs="Times New Roman"/>
        </w:rPr>
        <w:t>Яснууд цуглуулагдсаны дараа Эзэн сорилтын хугацаа хаагдахын яг өмнө лац нь тайлагдах мэдлэгийн өсөлтийг илчилдэг бөгөөд тэрхүү мэдлэг нь “Даниелын эш үзүүллэгийн эцсийн өдрүүдэд хамаарах тэр хэсэг”-ээр дүрслэгддэг. Езекиелийн хоёр дахь эш үзүүллэгт лац нь тайлагдах гэрэл нь гурав дахь гай бөгөөд энэ нь яснуудад амьсгалан амь өгч, тэднийг хүчирхэг их цэрэг мэт босгон зогсоход шалтгаанаар нөлөөлдөг зүүн салхины мэдээ юм. Даниелд илчлэгддэг гэрэл нь арван нэгдүгээр бүлэгт умардын хаанаар дүрслэгдсэн гэрэл мөн. Езекиел ба Даниел хамтдаа “Даниелын эш үзүүллэгийн эцсийн өдрүүдэд хамаарах тэр хэсэг”-ийг төлөөлдөг бөгөөд энэ нь (зүүн) салхи болон (умард)-ын хааны мэдээ юм.</w:t>
      </w:r>
    </w:p>
    <w:p>
      <w:pPr>
        <w:pStyle w:val="ArticleScripture"/>
        <w:jc w:val="left"/>
      </w:pPr>
      <w:r>
        <w:rPr>
          <w:rFonts w:ascii="Times New Roman" w:hAnsi="Times New Roman" w:eastAsia="Times New Roman" w:cs="Times New Roman"/>
        </w:rPr>
        <w:t>Гэвч зүүнээс болон хойноос ирэх мэдээ түүнийг түгшээх тул тэрээр олон хүнийг сүйтгэж, бүрмөсөн устгахаар их хилэнтэйгээр гарч одно. Даниел 11:44.</w:t>
      </w:r>
    </w:p>
    <w:p>
      <w:pPr>
        <w:pStyle w:val="ArticleBody"/>
        <w:jc w:val="left"/>
      </w:pPr>
      <w:r>
        <w:rPr>
          <w:rFonts w:ascii="Times New Roman" w:hAnsi="Times New Roman" w:eastAsia="Times New Roman" w:cs="Times New Roman"/>
        </w:rPr>
        <w:t>1856 онд Эзэн Өөрийн ард түмэнд тамга тавих ажлаа дуусгахаар зорьсон боловч тэд тэрслэв. Тэднийг Лаодикейн байдлаас нь гарган авчрахын тулд Түүний хэрэглэхээр төлөвлөсөн мэдээ нь Левит хорин зургаад буй “долоон удаа” байсан юм. 2023 оны долдугаар сард Эзэн Өөрийн ард түмнийг цуглуулж эхлэхдээ, Тэр тэдэнд “долоон удаа”-гийн мэдээг дахин толилуулсан бөгөөд, бусад зүйлсийн хамт, дүрт Эвлэрүүллийн Өдөрт Ойн баярын бүрээ дуугарах ёстойг, мөн тэр үед долоо дахь бүрээ ч бас дуугарах ёстойг тодорхойлсон. Ойн баярын бүрээ нь “долоон удаа”-гийн бэлгэдэл бөгөөд, долоо дахь бүрээ нь гурав дахь гай юм. Даниелын аравдугаар бүлэгт Михаил бууж ирэх үед, Даниел Левит хорин зургаагийн залбирлыг залбирдаг хүмүүсийн туршлагыг олж авдаг хүмүүсийг, мөн Даниелын хоёрдугаар бүлгийн эш үзүүллэгийн нууцыг ойлгохыг эрэлхийлдэг хүмүүсийг төлөөлж байв.</w:t>
      </w:r>
    </w:p>
    <w:p>
      <w:pPr>
        <w:pStyle w:val="ArticleBody"/>
        <w:jc w:val="left"/>
      </w:pPr>
      <w:r>
        <w:rPr>
          <w:rFonts w:ascii="Times New Roman" w:hAnsi="Times New Roman" w:eastAsia="Times New Roman" w:cs="Times New Roman"/>
        </w:rPr>
        <w:t>Даниел нь Бурханы дуу хоолойгоор цуглуулагдсан, улмаар дорнод ба умардын мэдээг тунхаглахаар хүчирхэгжиж хөл дээрээ боссон хүмүүсийг төлөөлдөг. Тэд удахгүй гарах Ням гаргийн хуулийг хүртэл тэрхүү мэдээг тунхагладаг. Тэр армийг босгон байгуулах үйл явц нь эш үзүүлгийн маш нарийвчилсан сэдэв бөгөөд нэг зуун дөчин дөрвөн мянгыг лацдах үйлстэй нийцүүлэн Тэнгэрлэг чанар хүн төрөлхтөнтэй нэгдэж эхлэх тэр мөч нь Даниел 11-ийн арван нэгдүгээр эшлэлд дүрслэгдсэн түүхэнд эхэлсэн юм. Даниел 11-ийн нэгдүгээр эшлэлээс арван зургадугаар эшлэл хүртэл дүрслэгдсэн түүх нь дөчдүгээр эшлэлийн далд түүхийг, өөрөөр хэлбэл “сүүлийн өдрүүдтэй холбоотой Даниелын эш үзүүлгийн тэр хэсгийг” бүрдүүлдэг.</w:t>
      </w:r>
    </w:p>
    <w:p>
      <w:pPr>
        <w:pStyle w:val="ArticleBody"/>
        <w:jc w:val="left"/>
      </w:pPr>
      <w:r>
        <w:rPr>
          <w:rFonts w:ascii="Times New Roman" w:hAnsi="Times New Roman" w:eastAsia="Times New Roman" w:cs="Times New Roman"/>
        </w:rPr>
        <w:t>МЭӨ 200 онд болсон Паниумын тулалдаанаар анх биелсэн Даниел арван нэгдүгээр бүлгийн арван гуравнаас арван тавдугаар эшлэлийг авч үзэж эхлэхдээ, эдгээр эшлэлийн ач холбогдлыг ойлгох нь нэн чухал юм. Паниум бол гуравхан итгэмжлэгдсэн дайны гурав дахь нь юм. Эхний тулалдаан 1989 онд папын засаглал болон түүний итгэмжлэгдсэн арми болох Америкийн Нэгдсэн Улсын ялалтаар төгссөн. Дараагийн тулалдаан нь арван нэг, арван хоёрдугаар эшлэлээр дүрслэгдсэн бөгөөд Рафиагийн тулалдаанаар биелсэн энэ тулалдаанд өмнөдийн хаан (Орос) хойд зүгийн хаан болон түүний итгэмжлэгдсэн армийг Украинд ялан дийлэх болно. Гурав дахь тулалдаан нь эхнийхийн адил, папын засаглал (хойд зүгийн хаан) өөрийн итгэмжлэгдсэн арми (Америкийн Нэгдсэн Улс)-ын хамт коммунизмыг (Нэгдсэн Үндэстний Байгууллага) дийлэн гарахаар байх болно. Гэвч Паниумын тулалдаан болох энэхүү гурав дахь итгэмжлэгдсэн дайн мөн Дэлхийн III дайныг эхлүүлэх болно.</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“Херубуудын далавчин доорх гарын удирдлагад дугуй мэт нарийн төвөгтэй зүйлс байсанчлан, хүний үйл явдлуудын ээдрээтэй өрнөл ч мөн адил тэнгэрлэг хяналтын дор байдаг. Үндэстнүүдийн тэмцэл, үймээн самууны дунд, херубуудын дээр залардаг Тэрээр газрын хэргийг өнөө хэр удирдсаар байна.</w:t>
      </w:r>
    </w:p>
    <w:p>
      <w:pPr>
        <w:pStyle w:val="ArticleScripture"/>
        <w:jc w:val="left"/>
      </w:pPr>
      <w:r>
        <w:rPr>
          <w:rFonts w:ascii="Times New Roman" w:hAnsi="Times New Roman" w:eastAsia="Times New Roman" w:cs="Times New Roman"/>
        </w:rPr>
        <w:t>Нэг нэгээрээ өөрсдөд нь оногдсон цаг үе, байр суурийг эзлэн гарч ирсэн үндэстнүүдийн түүх нь, өөрсдөө утгыг нь үл мэдэх тэр үнэний тухай ухамсаргүйгээр гэрчлэн, бидэнд өгүүлдэг. Өнөө цагийн үндэстэн бүрд, хувь хүн бүрд Бурхан Өөрийн агуу төлөвлөгөөн дотор байр суурь оноосон байна. Өнөөдөр хүмүүс болон үндэстнүүд нь алдаа үл гаргагч Нэгэний гарт буй дүүжин утсаар хэмжигдэж байна. Бүгд өөрсдийн сонголтоор хувь заяагаа шийдэж байгаа бөгөөд Бурхан Өөрийн зорилгуудыг биелүүлэхийн төлөө бүхнийг захиран удирдаж байна.</w:t>
      </w:r>
    </w:p>
    <w:p>
      <w:pPr>
        <w:pStyle w:val="ArticleScripture"/>
        <w:jc w:val="left"/>
      </w:pPr>
      <w:r>
        <w:rPr>
          <w:rFonts w:ascii="Times New Roman" w:hAnsi="Times New Roman" w:eastAsia="Times New Roman" w:cs="Times New Roman"/>
        </w:rPr>
        <w:t>“Агуу БИ БАЙНА хэмээгч Өөрийн үгэндээ тогтоон тэмдэглэсэн түүх—өнгөрсөн мөнхөөс ирээдүйн мөнх хүртэл эш үзүүллэгийн гинжин хэлхээнд холбоосыг холбоосын араас нэгтгэн холбосон тэр түүх—өнөөдөр бид эрин үеүүдийн цуваанд хаана явааг, мөн ирэх цагт юуг хүлээж болохыг бидэнд өгүүлдэг. Эш үзүүллэг өнөөг хүртэл биелнэ хэмээн урьдчилан хэлсэн бүхэн түүхийн хуудсанд мөрөө үлдээсэн бөгөөд цаашид ирэхээр байгаа бүхэн ч өөр өөрийн дарааллаар биелнэ гэдэгт бид итгэлтэй байж болно.”</w:t>
      </w:r>
    </w:p>
    <w:p>
      <w:pPr>
        <w:pStyle w:val="ArticleScripture"/>
        <w:jc w:val="left"/>
      </w:pPr>
      <w:r>
        <w:rPr>
          <w:rFonts w:ascii="Times New Roman" w:hAnsi="Times New Roman" w:eastAsia="Times New Roman" w:cs="Times New Roman"/>
        </w:rPr>
        <w:t>“Газар дэлхийн бүх ноёрхлуудын эцсийн уналт үнэн үгийн дотор тодорхойгоор зөгнөгдсөн байдаг. Израилийн сүүлчийн хаанд Бурханаас ял оноон тунхаглагдах үед хэлэгдсэн эш үзүүллэгт дараах мэдээ өгөгдсөн байдаг:</w:t>
      </w:r>
    </w:p>
    <w:p>
      <w:pPr>
        <w:pStyle w:val="ArticleScripture"/>
        <w:jc w:val="left"/>
      </w:pPr>
      <w:r>
        <w:rPr>
          <w:rFonts w:ascii="Times New Roman" w:hAnsi="Times New Roman" w:eastAsia="Times New Roman" w:cs="Times New Roman"/>
        </w:rPr>
        <w:t>“‘Эзэн БУРХАН ийнхүү айлдаж байна; Титмийг авч хая, титмийг нь буулга: … дорд нэгнийг өргөмжилж, өндөрт нэгнийг дорд болго. Би үүнийг эргүүлнэ, эргүүлнэ, эргүүлнэ: мөн эрх нь Түүнийх болох Нэгэн иртэл энэ нь байхаа болино; тэгээд Би үүнийг Түүнд өгнө.’ Езекиел 21:26, 27.”</w:t>
      </w:r>
    </w:p>
    <w:p>
      <w:pPr>
        <w:pStyle w:val="ArticleScripture"/>
        <w:jc w:val="left"/>
      </w:pPr>
      <w:r>
        <w:rPr>
          <w:rFonts w:ascii="Times New Roman" w:hAnsi="Times New Roman" w:eastAsia="Times New Roman" w:cs="Times New Roman"/>
        </w:rPr>
        <w:t>“Израилиас авсан титэм нь дараалан Вавилон, Мидо-Перс, Грек, Ромын хаант улсуудад шилжсэн юм. Бурхан, ‘Эрх нь Түүнд байдаг Нэгэн иртэл энэ нь дахин байхгүй болно; тэгээд Би үүнийг Түүнд өгнө’ гэж айлдаж байна.”</w:t>
      </w:r>
    </w:p>
    <w:p>
      <w:pPr>
        <w:pStyle w:val="ArticleScripture"/>
        <w:jc w:val="left"/>
      </w:pPr>
      <w:r>
        <w:rPr>
          <w:rFonts w:ascii="Times New Roman" w:hAnsi="Times New Roman" w:eastAsia="Times New Roman" w:cs="Times New Roman"/>
        </w:rPr>
        <w:t>“Тэр цаг ойртон иржээ. Өнөөдөр цаг үеийн шинж тэмдгүүд бид агуу бөгөөд сүр жавхлант үйл явдлуудын босгон дээр зогсож байгааг тунхаглаж байна. Манай дэлхий дээрх бүх зүйл хөдөлгөөн үймээн самуун дунд байна. Бидний нүдний өмнө Түүний ирэлтийг урьдаас тохиох үйл явдлуудын талаар Аврагчийн эш үзүүллэг биелж байна: ‘Та нар дайнууд болон дайны цуурхлуудыг сонсох болно…. Үндэстэн үндэстний эсрэг, хаант улс хаант улсын эсрэг босно; мөн янз бүрийн газруудад өлсгөлөн, тахал, газар хөдлөлтүүд болно.’ Матай 24:6, 7.”</w:t>
      </w:r>
    </w:p>
    <w:p>
      <w:pPr>
        <w:pStyle w:val="ArticleScripture"/>
        <w:jc w:val="left"/>
      </w:pPr>
      <w:r>
        <w:rPr>
          <w:rFonts w:ascii="Times New Roman" w:hAnsi="Times New Roman" w:eastAsia="Times New Roman" w:cs="Times New Roman"/>
        </w:rPr>
        <w:t>“Одоо цаг үе нь амьд буй бүх хүнд үлэмж их сонирхол татахуйц үе мөн. Захирагчид ба төрийн зүтгэлтнүүд, итгэл хүлээсэн эрх мэдэл бүхий албан тушаал эрхэлдэг хүмүүс, бүх давхаргын бодлогошрон тунгаагч эрэгтэйчүүд ба эмэгтэйчүүд анхаарлаа бидний эргэн тойронд болж буй үйл явдлуудад төвлөрүүлж байна. Тэд үндэстнүүдийн дунд оршин буй хурцадмал, тогтворгүй харилцааг ажиглаж байна. Тэд газар дэлхийн бүх хүчин зүйлийг эзэмдэн авч буй тэрхүү ширүүсэлтийг харж, агуу бөгөөд шийдвэрлэх үйл явдал тохиох гэж буйг, өөрөөр хэлбэл дэлхий асар их хямралын ирмэг дээр байгааг ухаарч байна.”</w:t>
      </w:r>
    </w:p>
    <w:p>
      <w:pPr>
        <w:pStyle w:val="ArticleScripture"/>
        <w:jc w:val="left"/>
      </w:pPr>
      <w:r>
        <w:rPr>
          <w:rFonts w:ascii="Times New Roman" w:hAnsi="Times New Roman" w:eastAsia="Times New Roman" w:cs="Times New Roman"/>
        </w:rPr>
        <w:t>“Тэнгэрэлчүүд одоо тэмцлийн салхинуудыг тогтоон барьж байна. Энэ нь дэлхий ирж буй сүйрлийнхээ талаар сэрэмжлүүлэгдэх хүртэл тэдгээр нь үлээхгүй байхын тулд юм. Гэвч дэлхий дээр асгарахад бэлэн нэгэн шуурга хуралдан бүрэлдэж байна; харин Бурхан Өөрийн тэнгэрэлчүүдэд салхинуудыг тавьж явуулахыг тушаах үед, ямар ч үзэг дүрслэн гаргаж үл чадах тийм тэмцлийн дүр зураг бий болно.”</w:t>
      </w:r>
    </w:p>
    <w:p>
      <w:pPr>
        <w:pStyle w:val="ArticleScripture"/>
        <w:jc w:val="left"/>
      </w:pPr>
      <w:r>
        <w:rPr>
          <w:rFonts w:ascii="Times New Roman" w:hAnsi="Times New Roman" w:eastAsia="Times New Roman" w:cs="Times New Roman"/>
        </w:rPr>
        <w:t>“Эдгээр зүйлсийн талаар зөв үзлийг Библи, зөвхөн Библи л өгдөг. Энд манай дэлхийн түүхийн агуу эцсийн үзэгдлүүд, аль хэдийнээ сүүдрээ урьдчилан тусгаж буй үйл явдлууд илчлэгдсэн бөгөөд тэдгээрийн ойртон ирэх чимээ нь дэлхийг чичрүүлж, хүмүүсийн зүрхийг айдсаар мохож байна.</w:t>
      </w:r>
    </w:p>
    <w:p>
      <w:pPr>
        <w:pStyle w:val="ArticleScripture"/>
        <w:jc w:val="left"/>
      </w:pPr>
      <w:r>
        <w:rPr>
          <w:rFonts w:ascii="Times New Roman" w:hAnsi="Times New Roman" w:eastAsia="Times New Roman" w:cs="Times New Roman"/>
        </w:rPr>
        <w:t>“‘“Харагтун, ЭЗЭН газрыг хоосруулж, эзгүйрүүлэн, түүнийг орвонгоор нь эргүүлж, оршин суугчдыг нь тараан бутраана. … Тэд хуулиудыг зөрчиж, тогтоолыг өөрчилж, мөнхийн гэрээг эвдэв. Тиймийн тул хараал газрыг залгиж, түүн дээр оршин суугчид сүйрэн хоцров. … Бөмбөрийн баясал зогсож, хөөрөн баясагчдын шуугиан төгсөж, ятгын баяр баясал тасарна.’ Исаиа 24:1–18.</w:t>
      </w:r>
    </w:p>
    <w:p>
      <w:pPr>
        <w:pStyle w:val="ArticleScripture"/>
        <w:jc w:val="left"/>
      </w:pPr>
      <w:r>
        <w:rPr>
          <w:rFonts w:ascii="Times New Roman" w:hAnsi="Times New Roman" w:eastAsia="Times New Roman" w:cs="Times New Roman"/>
        </w:rPr>
        <w:t>“‘“Тэр өдөр халагтайяа! Учир нь ЭЗЭНий өдөр ойрхон байна, мөн Төгс Хүчит Нэгэнээс ирэх сүйрэл мэтээр тэр ирнэ…. Үр нь бөөн шороон доороо ялзарчээ, агуулахууд эзгүйрч, амбаарууд нуржээ; учир нь тариа хатжээ. Адгуус амьтад хичнээн ёолно вэ! Бэлчээргүй тул үхэр сүрэг будилан байна; тийм ээ, хонин сүрэг ч мөн сүйдэв.’ ‘Усан үзмийн мод хатаж, инжрийн мод гандаж байна; анар мод, бас дал мод, алимны мод, тэр байтугай хээр талын бүх мод хатжээ; учир нь хүний хөвгүүдээс баяр хөөр хатан оджээ.’ Иоел 1:15–18, 12.”</w:t>
      </w:r>
    </w:p>
    <w:p>
      <w:pPr>
        <w:pStyle w:val="ArticleScripture"/>
        <w:jc w:val="left"/>
      </w:pPr>
      <w:r>
        <w:rPr>
          <w:rFonts w:ascii="Times New Roman" w:hAnsi="Times New Roman" w:eastAsia="Times New Roman" w:cs="Times New Roman"/>
        </w:rPr>
        <w:t>“‘Зүрхний минь гүнд би шаналж байна; … Би дуугүй байж үл чадна. Учир нь, ай сэтгэл минь, чи бүрээний дуу, дайны түгшүүрийн дохиог сонсов. Сүйрэл дээр сүйрэл хашхирагдаж байна; учир нь бүх газар нутаг хоосрон сүйдэв.’</w:t>
      </w:r>
    </w:p>
    <w:p>
      <w:pPr>
        <w:pStyle w:val="ArticleScripture"/>
        <w:jc w:val="left"/>
      </w:pPr>
      <w:r>
        <w:rPr>
          <w:rFonts w:ascii="Times New Roman" w:hAnsi="Times New Roman" w:eastAsia="Times New Roman" w:cs="Times New Roman"/>
        </w:rPr>
        <w:t>“‘Би газрыг үзтэл, болзошгүй, тэр нь хэлбэр дүрсгүй бөгөөд хоосон байв; мөн тэнгэрүүдийг үзтэл, тэдэнд гэрэл байсангүй. Би уулсуудыг үзтэл, болзошгүй, тэд чичирч, бүх толгод хөдөлж байв. Би үзтэл, болзошгүй, хүн нэг ч байсангүй, мөн тэнгэрийн бүх шувууд дүрвэн оджээ. Би үзтэл, болзошгүй, үржил шимт нутаг нь цөл болон хувирч, түүний бүх хотууд нураан сүйтгэгджээ.’ Иеремиа 4:19, 20, 23–26.”</w:t>
      </w:r>
    </w:p>
    <w:p>
      <w:pPr>
        <w:pStyle w:val="ArticleScripture"/>
        <w:jc w:val="left"/>
      </w:pPr>
      <w:r>
        <w:rPr>
          <w:rFonts w:ascii="Times New Roman" w:hAnsi="Times New Roman" w:eastAsia="Times New Roman" w:cs="Times New Roman"/>
        </w:rPr>
        <w:t>“‘Халаг! Учир нь тэр өдөр агуу бөгөөд түүнтэй адил нь үгүй; энэ нь Иаковын зовлонгийн цаг мөн; харин тэр үүнээс аврагдах болно.’ Иеремиа 30:7.” Боловсрол,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 Долоо</dc:title>
  <dc:subject>144,000 хүний тамгалагдал: Даниелын үзэгдэл ба эш үзүүллэгийн бэлгэдлээс авах ойлголтууд</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