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Наян Нэг</w:t>
      </w:r>
    </w:p>
    <w:p>
      <w:pPr>
        <w:pStyle w:val="ArticleSubtitle"/>
        <w:jc w:val="left"/>
      </w:pPr>
      <w:r>
        <w:rPr>
          <w:rFonts w:ascii="Arial" w:hAnsi="Arial" w:eastAsia="Arial" w:cs="Arial"/>
        </w:rPr>
        <w:t>Шөнийн дундын хашхираан ба Ромын эш үзүүллэгийн үүрэг: Даниелын ном дахь эцсийн өдрүүдийг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Даниелын арван нэгдүгээр бүлэгт тухайн бүлгийн сүүлчийн зургаан эшлэлтэй бүгд таарах хэд хэдэн эш үзүүллэгийн мөр бий. 1989 онд эхэлсэн төгсгөлийн цаг үеэс дөчдүгээр эшлэлийн түүхтэй, дөчин нэгдүгээр эшлэл дэх Ням гаргийн хууль хүртэл нийцэн очих энэ хэсэг нь эцсийн өдрүүд хүртэл лацдан хаалттай байсан эш үзүүллэгийн хэсэг юм. Энэ нь сорилтын хугацаа хаагдахын яг өмнө лац нь тайлагддаг Есүс Христийн Илчлэлд харгалдах Даниелын нөхвөр юм. Хоёрдугаар эшлэл нь Бүгд Найрамдах Намын сүүлчийн ерөнхийлөгч, сүүлчийн ерөнхийлөгч, долоогийн дундаас гарсан найм дахь нь болох ерөнхийлөгч Трампыг танилцуулдаг бөгөөд тэрээр 2015 онд нэрээ дэвшүүлснээ зарлахдаа глобалистуудыг хөдөлгөөнд оруулж эхэлсэн хамгийн баян ерөнхийлөгч байсан. Аравдугаар эшлэл нь 1989 оныг зааж, арван нэгдүгээр болон арван хоёрдугаар эшлэлүүд нь 2014 онд эхэлсэн Украйны дайныг, Путины ялалт болон түүнээс хойших мөхлийг заадаг.</w:t>
      </w:r>
    </w:p>
    <w:p>
      <w:pPr>
        <w:pStyle w:val="ArticleBody"/>
        <w:jc w:val="left"/>
      </w:pPr>
      <w:r>
        <w:rPr>
          <w:rFonts w:ascii="Times New Roman" w:hAnsi="Times New Roman" w:eastAsia="Times New Roman" w:cs="Times New Roman"/>
        </w:rPr>
        <w:t>Арван гуравдугаар ишлэлээс арван тавдугаар ишлэл хүртэлх хэсэгт, дөчдүгээр ишлэлийн гурван тулалдааны гурав дахь нь дүрслэгдсэн байдаг. Энэ нь 1989 онд Зөвлөлт Холбоот Улс нуран унаснаар эхэлж, дараа нь Украины дайн үргэлжилж, улмаар Паниумын тулалдаагаар залгамжилдаг бөгөөд энэ нь АНУ дахь урвасан протестантизмын дэлхийн глобалистуудын эсрэг явуулж буй гадаад тэмцлийг төлөөлдөг.</w:t>
      </w:r>
    </w:p>
    <w:p>
      <w:pPr>
        <w:pStyle w:val="ArticleBody"/>
        <w:jc w:val="left"/>
      </w:pPr>
      <w:r>
        <w:rPr>
          <w:rFonts w:ascii="Times New Roman" w:hAnsi="Times New Roman" w:eastAsia="Times New Roman" w:cs="Times New Roman"/>
        </w:rPr>
        <w:t>Урвагч протестантизм давамгайлж, удахгүй гарах Ням гаргийн хуулиар хэрэгжих гурвалсан холбооны шаталсан харилцааг тогтооно. Араатан нь католицизм бөгөөд Иезабел болон бусад олон бэлгэдлээр дүрслэгддэг тэр эмэгтэй эдгээр гурван хүчний тэргүүн мөн. Тэр бол араатныг унан, түүний дээр ноёрхон захирдаг янхан мөн.</w:t>
      </w:r>
    </w:p>
    <w:p>
      <w:pPr>
        <w:pStyle w:val="ArticleBody"/>
        <w:jc w:val="left"/>
      </w:pPr>
      <w:r>
        <w:rPr>
          <w:rFonts w:ascii="Times New Roman" w:hAnsi="Times New Roman" w:eastAsia="Times New Roman" w:cs="Times New Roman"/>
        </w:rPr>
        <w:t>Хуурамч эш үзүүлэгч нь АНУ бөгөөд түүнийг луугийн арав нугархай хаанчлалын тэргүүн болох нөхөр Ахабаар нь төлөөлүүлсэн байдаг. МЭӨ 200 онд болсон Паниумын тулалдаан нь дэлхийчлэл ба тэрслүү Протестантизмын хоорондох гадаад тэмцлийг хэв шинжээр илэрхийлдэг. Дотоод тэмцлийг МЭӨ 167 оны бослогоор төлөөлүүлж, түүний дараа МЭӨ 164 онд Ханукаар дурсагддаг сүмийн дахин ариусгал болсон бөгөөд үүний дараа МЭӨ 161 оноос МЭӨ 158 он хүртэлх үе өрнөсөн нь АНУ “гэрээ”-гээр төлөөлөгдсөн Католик шашны сүм ба төрийн нэгдлийн дүрийг босгон байгуулдаг үеийг хэв шинжээр илэрхийлдэг.</w:t>
      </w:r>
    </w:p>
    <w:p>
      <w:pPr>
        <w:pStyle w:val="ArticleBody"/>
        <w:jc w:val="left"/>
      </w:pPr>
      <w:r>
        <w:rPr>
          <w:rFonts w:ascii="Times New Roman" w:hAnsi="Times New Roman" w:eastAsia="Times New Roman" w:cs="Times New Roman"/>
        </w:rPr>
        <w:t>Арван гуравдугаар зүйлд Урия Смит бидэнд Рафиагийн тулалдаанаас арван дөрвөн жилийн дараа Птолемей “тэвчээргүй завхрал, садар самуунаас болж” нас барж, түүний дараа тухайн үед дөнгөж дөрөв, таван настай хүүхэд байсан хүү Птолемей Эпифан залгамжилсныг мэдэгддэг. “Антиох мөн энэ хугацаанд өөрийн хаант улсад гарсан бослогыг дарж, дорнод мужуудыг эрхшээлдээ оруулан төвхнүүлсний дараа, залуу Эпифан Египетийн хаан ширээнд суух үед ямар ч аян хэрэгжүүлэхэд чөлөөтэй болсон байв.” Путины богино наст ялалт төгсмөгц, Трамп Египетийн шинэ нялх хаантай харьцахад бэлэн байх болно. Үүнээс өмнө тэрээр АНУ-ын дотор гарсан нэгэн “бослогыг дарсан” байх болно.</w:t>
      </w:r>
    </w:p>
    <w:p>
      <w:pPr>
        <w:pStyle w:val="ArticleBody"/>
        <w:jc w:val="left"/>
      </w:pPr>
      <w:r>
        <w:rPr>
          <w:rFonts w:ascii="Times New Roman" w:hAnsi="Times New Roman" w:eastAsia="Times New Roman" w:cs="Times New Roman"/>
        </w:rPr>
        <w:t>Трамп сонгогдох үедээ 1798 оны “Гадаадынхан ба өдөөн турхиралтын тухай хуулиуд”-аар дүрслэгдсэн хууль тогтоомжийг хэрэгжүүлэх бөгөөд, Иргэний дайнд хариу үзүүлэхдээ анхны Бүгд Найрамдах намын ерөнхийлөгчийн хийсэнчлэн “habeas corpus”-ыг түдгэлзүүлэх болно. Түүний үйлдлүүд мөн Ерөнхийлөгч Грант Ку Клукс Клантай тэмцэн харьцсан үеийн үйлдлүүдээр, Ф. Д. Рузвельт Дэлхийн хоёрдугаар дайны үед япончууд болон бусдыг хорьж саатуулсан явдлаар, мөн сүүлчийн Жорж Бушийн “Patriot Act”-аар дүрслэгдэж ирсэн юм.</w:t>
      </w:r>
    </w:p>
    <w:p>
      <w:pPr>
        <w:pStyle w:val="ArticleBody"/>
        <w:jc w:val="left"/>
      </w:pPr>
      <w:r>
        <w:rPr>
          <w:rFonts w:ascii="Times New Roman" w:hAnsi="Times New Roman" w:eastAsia="Times New Roman" w:cs="Times New Roman"/>
        </w:rPr>
        <w:t>Тэрээр Селевкийн адил Америкийн Нэгдсэн Улс дахь бослогыг дарж, дараа нь Египетийн “хүүхэд хаан” руу анхаарлаа хандуулна. Ингэхдээ тэрээр Македонийн Филиптэй холбоо байгуулна. Учир нь Смит ийн тэмдэглэсэн байдаг: “Үүнтэй нэгэн зэрэг Македонийн хаан Филип Антиохтой гэрээ байгуулж, Птолемейн ноёрхлыг хоорондоо хуваахаар тохиролцов. Тэд тус бүр өөрт нь хамгийн ойр бөгөөд хамгийн тохиромжтой хэсгийг авахаар зорьж байв. Энд өмнөдийн хааны эсрэг эш үзүүллэгийг биелүүлэхэд хангалттайгаар босон ирэлт байсан бөгөөд энэ нь, эргэлзээгүй, эш үзүүллэгийн зорьсон тэрхүү үйл явдлууд мөн байлаа.”</w:t>
      </w:r>
    </w:p>
    <w:p>
      <w:pPr>
        <w:pStyle w:val="ArticleBody"/>
        <w:jc w:val="left"/>
      </w:pPr>
      <w:r>
        <w:rPr>
          <w:rFonts w:ascii="Times New Roman" w:hAnsi="Times New Roman" w:eastAsia="Times New Roman" w:cs="Times New Roman"/>
        </w:rPr>
        <w:t>Трамп НАТО-гийн үндэстнүүдтэй (Нэгдсэн Үндэстний Байгууллага) бат бэх холбоо байгуулж, Оросын асуудал болон Путины нуран уналтын үр дагаврыг шийдвэрлэхэд холбогдох ээдрээ төвөгтэй байдлыг авч үзэх болно. Тэр үед, арван дөрөвдүгээр эшлэлийн болон Смитийн тайлбарын дагуу, “шинэ эрх мэдэл гарч ирдэг.” Папын засаглал Орос болон түүний дагуул улсуудыг НАТО болон Америкийн Нэгдсэн Улсын эрх мэдлээс хамгаалахын тулд зуучлан оролцох болно. Эсвэл Смитийн тайлбарт иш татсанаар, “Ром үг хэлсэн; тэгэхэд Сири ба Македони удалгүй өөрсдийн мөрөөдлийн дүр төрхөнд өөрчлөлт ирж буйг олж мэдэв. Ромчууд Египетийн залуу хааны талд оролцож, түүнийг Антиох болон Филиппийн төлөвлөсөн сүйрлээс хамгаалагдах ёстой хэмээн шийдвэрлэв. Энэ нь МЭӨ 200 он байсан бөгөөд Сири ба Египетийн хэрэг явдалд ромчуудын хийсэн анхны чухал оролцоонуудын нэг байв.”</w:t>
      </w:r>
    </w:p>
    <w:p>
      <w:pPr>
        <w:pStyle w:val="ArticleBody"/>
        <w:jc w:val="left"/>
      </w:pPr>
      <w:r>
        <w:rPr>
          <w:rFonts w:ascii="Times New Roman" w:hAnsi="Times New Roman" w:eastAsia="Times New Roman" w:cs="Times New Roman"/>
        </w:rPr>
        <w:t>Тэгээд Тирийн янхан болох Ром, ердөө хоёрхон эшлэлийн дараа газар дэлхийн хаад түүнд бүрэн дуулгавартай болж ирэхээс өмнө, дуугаа дуулж, газар дэлхийн хаадтай завхайрч эхэлдэг. Яг тэр үед Паниумын тулалдаан болсон. МЭӨ 200 он нь Тирийн янхан дуулж эхэлснийг заадаг бөгөөд тэрээр АНУ ба Нэгдсэн Үндэстний Байгууллага өөрсдийн харилцан ашиг тусын төлөө саяхан хуваан авахаар зөвшилцсөн Оросыг хамгаалахтай холбоотойгоор тийнхүү үйлддэг. Янхан тэдний хоёуланг нь дийлдэг, харин дараа нь Паниумын “тулалдаан” болж, АНУ Нэгдсэн Үндэстний Байгууллагыг дийлдэг.</w:t>
      </w:r>
    </w:p>
    <w:p>
      <w:pPr>
        <w:pStyle w:val="ArticleBody"/>
        <w:jc w:val="left"/>
      </w:pPr>
      <w:r>
        <w:rPr>
          <w:rFonts w:ascii="Times New Roman" w:hAnsi="Times New Roman" w:eastAsia="Times New Roman" w:cs="Times New Roman"/>
        </w:rPr>
        <w:t>Бэлгэдлийн утгаар, гучин гурван жилийн дараа Модеины бослого Америкийн Нэгдсэн Улсад эхэлдэг. Бэлгэдлийн утгаар, түүнээс хойш гурван жилийн дараа, Хануккагаар төлөөлөгдөх протестантизм хэмээгдэгч болон Үндсэн хуульт Бүгд Найрамдах Улсын дахин ариусган зориулалт тогтоогдоно. Бэлгэдлийн утгаар, түүнээс хойш гурван жилийн дараа, иудейчүүдийн Ромтой байгуулсан холбоогоор төлөөлөгдөх үе эхэлдэг.</w:t>
      </w:r>
    </w:p>
    <w:p>
      <w:pPr>
        <w:pStyle w:val="ArticleBody"/>
        <w:jc w:val="left"/>
      </w:pPr>
      <w:r>
        <w:rPr>
          <w:rFonts w:ascii="Times New Roman" w:hAnsi="Times New Roman" w:eastAsia="Times New Roman" w:cs="Times New Roman"/>
        </w:rPr>
        <w:t>Эцсийн хөдөлгөөнүүд түргэн шуурхай байх тул эшлэлүүдэд дөчин найман жилээр дүрслэгдсэн түүх нь эш үзүүллэгт 1989 онд төгсгөлийн цагт эхлэхээр онцгойлон тодорхойлогдсон түргэн үйл явдлуудын дарааллыг өгүүлж байна; үүний дараа арван нэг, арван хоёрдугаар эшлэлүүдийн хоёр дахь тулаан 2014 онд, түүнчлэн 2015 он, Трамп өөрийн ерөнхийлөгчид нэр дэвшихээ зарлаж, улмаар глобализмыг өдөөх өөрийн эш үзүүллэгийн ажлаа эхлүүлсэн үе дагалдана. Иргэний дайн аль хэдийн эхэлсэн байгаа түүнийг дарах ажлыг Трамп эхлүүлмэгцээ, тэрээр Нэгдсэн Үндэстний Байгууллагатай (НАТО—Македоны Филипп) холбоо байгуулахыг оролдох бөгөөд Ром дуулж эхэлнэ. Энэхүү оролдсон холбоо нь Паниумын тулалдаанаар дүрслэгдсэн хоёр хүчний хоорондын ноёрхлын төлөөх тэмцэл болон хувирна.</w:t>
      </w:r>
    </w:p>
    <w:p>
      <w:pPr>
        <w:pStyle w:val="ArticleBody"/>
        <w:jc w:val="left"/>
      </w:pPr>
      <w:r>
        <w:rPr>
          <w:rFonts w:ascii="Times New Roman" w:hAnsi="Times New Roman" w:eastAsia="Times New Roman" w:cs="Times New Roman"/>
        </w:rPr>
        <w:t>Тэгэхээр Паниум нь арван гуравдугаар эшлэлийн замын тэмдэг бөгөөд Ням гаргийн хуулиас өмнөх төгсгөлийн түргэн хөдөлгөөнүүд тэндээс эхэлдэг. Бүх эш үзүүлэгчид өөрсдийн амьдарч байсан цаг үеэсээ илүүтэйгээр ертөнцийн төгсгөлийн тухай өгүүлсэн бөгөөд Есүс, мэдээж, тэдгээрийн дундах хамгийн агуу Эш үзүүлэгч байсан. Загалмайн өмнөхөн, Ням гаргийн хуулийг бэлгэддэг тэр үйл явдал буюу арван зургаадугаар эшлэлээр дүрслэгдсэн цагт, Есүс шавь нартайгаа Паниум уруу аялсан. Түүний тэнд байсан хугацаа, мөн тэнд Түүний тавьж өгсөн сургамжууд нь удахгүй ирэх Паниумын Тулаантай нийцдэг. Түүхийн туршид Паниум хэд хэдэн нэртэй байсан бөгөөд Христийн үед Паниумын нэр нь Кесари Филипп байв.</w:t>
      </w:r>
    </w:p>
    <w:p>
      <w:pPr>
        <w:pStyle w:val="ArticleScripture"/>
        <w:jc w:val="left"/>
      </w:pPr>
      <w:r>
        <w:rPr>
          <w:rFonts w:ascii="Times New Roman" w:hAnsi="Times New Roman" w:eastAsia="Times New Roman" w:cs="Times New Roman"/>
        </w:rPr>
        <w:t>Есүс ба Түүний шавь нар эдүгээ Кесари Филиппийн орчмын нэгэн хотод хүрч ирэв. Тэд Галилын хил хязгаараас гарч, шүтээн шүтлэг давамгайлсан нутагт байлаа. Энд шавь нар Иудейн шашны захирч байсан нөлөөллөөс түр ангид болж, харь үндэстнүүдийн шүтлэгтэй илүү ойр харьцав. Тэдний эргэн тойронд дэлхийн бүх хэсэгт оршиж байсан мухар сүсгийн янз бүрийн хэлбэрүүд илэрхийлэгдэн байв. Есүс эдгээрийг үзэх нь тэдэнд харь үндэстнүүдийн өмнө хүлээх өөрсдийн хариуцлагыг мэдрүүлэхэд хүргэнэ гэж хүсжээ. Тэр энэ нутагт байх хугацаандаа ард олонд сургахаас зайлан, Өөрийгөө илүү бүрэн дүүрэн шавь нартаа зориулахыг чармайж байв.</w:t>
      </w:r>
    </w:p>
    <w:p>
      <w:pPr>
        <w:pStyle w:val="ArticleScripture"/>
        <w:jc w:val="left"/>
      </w:pPr>
      <w:r>
        <w:rPr>
          <w:rFonts w:ascii="Times New Roman" w:hAnsi="Times New Roman" w:eastAsia="Times New Roman" w:cs="Times New Roman"/>
        </w:rPr>
        <w:t>“Тэр Өөрийг нь хүлээж буй зовлонгийн тухай тэдэнд айлдах гэж байв. Гэвч эхлээд Тэр ганцаараа холдон явж, тэдний зүрх сэтгэл Өөрийнх нь үгийг хүлээн авахад бэлтгэгдээсэй хэмээн залбирлаа. Тэдэнтэй дахин нийлсний дараа Тэр дамжуулахыг хүссэн зүйлээ тэр даруй мэдэгдсэнгүй. Үүнийг хийхээсээ өмнө Тэр тэдэнд Өөрт нь итгэх итгэлээ хүлээн зөвшөөрөх боломж олгосон бөгөөд ингэснээр тэд ирэх сорилтод бэхжих байлаа. Тэр, ‘Хүний Хүү Би хэн гэж хүмүүс хэлдэг вэ?’ гэж асуулаа.”</w:t>
      </w:r>
    </w:p>
    <w:p>
      <w:pPr>
        <w:pStyle w:val="ArticleScripture"/>
        <w:jc w:val="left"/>
      </w:pPr>
      <w:r>
        <w:rPr>
          <w:rFonts w:ascii="Times New Roman" w:hAnsi="Times New Roman" w:eastAsia="Times New Roman" w:cs="Times New Roman"/>
        </w:rPr>
        <w:t>Харамсалтай нь шавь нар Израиль өөрсдийн Мессиаг танин мэдэж чадалгүй өнгөрснийг хүлээн зөвшөөрөхөөс өөр аргагүй болов. Үнэхээр зарим нь Түүний үйлдсэн гайхамшгуудыг хараад Түүнийг Давидын Хүү хэмээн тунхагласан билээ. Бетсайдад хооллогдсон олон түмэн Түүнийг Израилийн хаан болгон өргөмжлөхийг хүсэж байв. Олон хүн Түүнийг эш үзүүлэгч хэмээн хүлээн авахад бэлэн байсан; харин Түүнийг Мессиа мөн гэж итгээгүй юм.</w:t>
      </w:r>
    </w:p>
    <w:p>
      <w:pPr>
        <w:pStyle w:val="ArticleScripture"/>
        <w:jc w:val="left"/>
      </w:pPr>
      <w:r>
        <w:rPr>
          <w:rFonts w:ascii="Times New Roman" w:hAnsi="Times New Roman" w:eastAsia="Times New Roman" w:cs="Times New Roman"/>
        </w:rPr>
        <w:t>Есүс одоо шавь нарт нь өөрсдөд нь хамаарах хоёр дахь асуултыг тавив: «Харин та нар Намайг хэн гэж хэлдэг вэ?» Петр хариуд нь, «Та бол Христ, амьд Бурханы Хүү мөн» гэв.</w:t>
      </w:r>
    </w:p>
    <w:p>
      <w:pPr>
        <w:pStyle w:val="ArticleScripture"/>
        <w:jc w:val="left"/>
      </w:pPr>
      <w:r>
        <w:rPr>
          <w:rFonts w:ascii="Times New Roman" w:hAnsi="Times New Roman" w:eastAsia="Times New Roman" w:cs="Times New Roman"/>
        </w:rPr>
        <w:t>“Эхнээсээ л Петр Есүсийг Мессиа мөн гэж итгэсэн байв. Иохан Баптистын номлолоор яллагдан, Христийг хүлээн авсан олон бусад хүн Иоханы үйлчлэлийн талаар, түүнийг шоронд хорьж улмаар цаазаар авсны дараа эргэлзэж эхэлсэн; тэд мөн өөрсдийн өчнөөн удаан хүсэн хүлээсэн Нэгэн болох Есүс үнэхээр Мессиа мөн эсэхэд эргэлзэх болов. Есүс Давидын сэнтийд залрахыг халуун хүсэлтэйгээр хүлээж байсан олон шавь Түүнд тийм санаа байгаагүйг мэдмэгцээ Түүнийг орхин явсан. Харин Петр болон түүний нөхөд үнэнч байдлаасаа няцаагүй. Өчигдөр магтаж, өнөөдөр буруушаадаг хүмүүсийн хувирамтгай явдал Аврагчийн жинхэнэ дагалдагчийн итгэлийг сүйтгэсэнгүй. Петр: ‘Та бол Христ, амьд Бурханы Хүү мөн’ гэж тунхагласан. Тэрээр Эзэнээ хаадын алдар хүндээр титэмлэгдэхийг хүлээгээгүй, харин Түүнийг доромжлогдсон байдалд нь хүлээн авсан.”</w:t>
      </w:r>
    </w:p>
    <w:p>
      <w:pPr>
        <w:pStyle w:val="ArticleScripture"/>
        <w:jc w:val="left"/>
      </w:pPr>
      <w:r>
        <w:rPr>
          <w:rFonts w:ascii="Times New Roman" w:hAnsi="Times New Roman" w:eastAsia="Times New Roman" w:cs="Times New Roman"/>
        </w:rPr>
        <w:t>“Петр тэр арван хоёрын итгэлийг илэрхийлсэн билээ. Гэвч шавь нар Христийн эрхэм зорилгыг ойлгохоос хараахан хол байв. Тахилчид ба захирагчдын эсэргүүцэл, мөн буруу тайлбарлан гуйвуулалт нь тэднийг Христээс нүүр буруулахад хүргэж чадаагүй боловч тэднийг үлэмжхэн төөрөгдөлд оруулсаар байлаа. Тэд замаа тодорхой харж чадсангүй. Эртний сургамж хүмүүжлийнх нь нөлөө, раввинуудын сургаал, уламжлалын хүч нь үнэний талаарх тэдний харааг мөн л халхалсаар байв. Есүсээс үнэт гэрлийн туяа үе үе тэдэн дээр тусаж байсан ч, тэд олонтаа сүүдэр дунд тэмтчин яваа хүмүүс мэт байлаа. Харин энэ өдөр, итгэлийнх нь агуу сорилттой нүүр тулгарахаас өмнө, Ариун Сүнс хүч чадлаар тэдний дээр буув. Хэсэгхэн хугацаанд тэдний нүд ‘үзэгдэгч юмс’-аас холдон, ‘үл үзэгдэгч юмс’-ыг харахаар чиглэв. 2 Коринт 4:18. Хүний махбодын дүрийн дор тэд Бурханы Хүүгийн алдрыг ялган харсан юм.”</w:t>
      </w:r>
    </w:p>
    <w:p>
      <w:pPr>
        <w:pStyle w:val="ArticleScripture"/>
        <w:jc w:val="left"/>
      </w:pPr>
      <w:r>
        <w:rPr>
          <w:rFonts w:ascii="Times New Roman" w:hAnsi="Times New Roman" w:eastAsia="Times New Roman" w:cs="Times New Roman"/>
        </w:rPr>
        <w:t>Есүс Петрт хариулан айлдахдаа, “Симон Бар-Иона аа, чи ерөөлтэй еэ. Учир нь махбод ба цус үүнийг чамд илчилсэнгүй, харин тэнгэрт буй Миний Эцэг илчилсэн юм” гэв.</w:t>
      </w:r>
    </w:p>
    <w:p>
      <w:pPr>
        <w:pStyle w:val="ArticleScripture"/>
        <w:jc w:val="left"/>
      </w:pPr>
      <w:r>
        <w:rPr>
          <w:rFonts w:ascii="Times New Roman" w:hAnsi="Times New Roman" w:eastAsia="Times New Roman" w:cs="Times New Roman"/>
        </w:rPr>
        <w:t>“Петрийн хүлээн зөвшөөрсөн тэр үнэн нь итгэгчийн итгэлийн суурь мөн. Энэ бол Христ Өөрөө мөнх амь хэмээн тунхагласан зүйл юм. Гэвч энэ мэдлэгийг эзэмшсэн нь өөрийгөө алдаршуулах үндэс огтхон ч биш байв. Энэ нь Петрт өөрийнх нь ямар ч мэргэн ухаан, эсвэл сайн чанарын улмаас илчлэгдээгүй юм. Хүн төрөлхтөн өөрөөсөө, өөрийн хүчээр, Бурханы тухай мэдлэгт хэзээ ч хүрч чаддаггүй. ‘Энэ нь тэнгэрээс өндөр; чи юу хийж чадах билээ? Тамаас гүн; чи юу мэдэж чадах билээ?’ Иов 11:8. Зөвхөн үрчлэлтийн Сүнс л бидэнд Бурханы гүн зүйлсийг, ‘нүд үзээгүй, чих сонсоогүй, хүний зүрхэнд ч орж ирээгүй’ зүйлсийг илчилж чадна. ‘Харин Бурхан тэдгээрийг Өөрийн Сүнсээр бидэнд илчилсэн; учир нь Сүнс бүхнийг, тийм ээ, Бурханы гүн зүйлсийг хүртэл шинжин мэддэг.’ 1 Коринт 2:9, 10. ‘ЭЗЭНий нууц нь Түүнээс эмээгчидтэй хамт байдаг;’ мөн Петр Христийн алдрыг ялган таньсан явдал нь түүнийг ‘Бурханаар заалгасан’ байсны нотолгоо байв. Дуулал 25:14; Иохан 6:45. Аа, үнэхээр, ‘Симон Бар-иона, чи ерөөлтэй еэ: учир нь үүнийг мах ба цус чамд илчлээгүй.’”</w:t>
      </w:r>
    </w:p>
    <w:p>
      <w:pPr>
        <w:pStyle w:val="ArticleScripture"/>
        <w:jc w:val="left"/>
      </w:pPr>
      <w:r>
        <w:rPr>
          <w:rFonts w:ascii="Times New Roman" w:hAnsi="Times New Roman" w:eastAsia="Times New Roman" w:cs="Times New Roman"/>
        </w:rPr>
        <w:t>Есүс үргэлжлүүлэн: «Би чамд мөн хэлье: чи бол Петр мөн; энэ хад чулуун дээр Би Өөрийн сүмийг байгуулна, тамын үүднүүд түүнийг дийлэхгүй» хэмээв. Петр гэдэг үг нь чулуу, өөрөөр хэлбэл өнхрөх чулуу гэсэн утгатай. Петр бол сүмийн суурь тавигдсан тэр хад чулуу байгаагүй. Тэрээр Эзэнээ харааж, тангараглан үгүйсгэх үед тамын үүднүүд түүний дээр үнэхээр дийлсэн юм. Сүм нь тамын үүднүүд дийлж үл чадах Нэгэний дээр байгуулагдсан билээ.</w:t>
      </w:r>
    </w:p>
    <w:p>
      <w:pPr>
        <w:pStyle w:val="ArticleScripture"/>
        <w:jc w:val="left"/>
      </w:pPr>
      <w:r>
        <w:rPr>
          <w:rFonts w:ascii="Times New Roman" w:hAnsi="Times New Roman" w:eastAsia="Times New Roman" w:cs="Times New Roman"/>
        </w:rPr>
        <w:t>“Аврагчийн ирэхээс хэдэн зуун жилийн өмнө Мосе Израилийн авралын Хад руу заасан билээ. Дуулалч ‘миний хүчний хад’ хэмээн дуулсан. Исаиа: ‘Эзэн БУРХАН ийнхүү айлдаж байна: Харагтун, Би Сионд суурь болгон нэгэн чулуу, шалгагдсан чулуу, үнэт булангийн тулгуур чулуу, бат суурийг тавьж байна’ хэмээн бичжээ. Дэд хууль 32:4; Дуулал 62:7; Исаиа 28:16. Петр өөрөө, онгодоор бичихдээ, энэ эш үзүүллэгийг Есүст хамааруулан хэрэглэсэн. Тэрээр: ‘Хэрэв та нар Эзэн энэрэнгүй болохыг амссан бол, хүмүүсийн зүгээс үнэхээр гологдсон боловч Бурханы өмнө сонгогдсон, эрхэм нэгэн амьд чулуу болох Түүн уруу ирж, та нар ч мөн амьд чулуунуудын адил сүнслэг өргөө болон баригдаж байна’ гэжээ.” 1 Петр 2:3–5, R. V.</w:t>
      </w:r>
    </w:p>
    <w:p>
      <w:pPr>
        <w:pStyle w:val="ArticleScripture"/>
        <w:jc w:val="left"/>
      </w:pPr>
      <w:r>
        <w:rPr>
          <w:rFonts w:ascii="Times New Roman" w:hAnsi="Times New Roman" w:eastAsia="Times New Roman" w:cs="Times New Roman"/>
        </w:rPr>
        <w:t>“‘Тавигдсанаас өөр суурийг хэн ч тавьж чадахгүй; тэр суурь нь Есүс Христ мөн.’ 1 Коринт 3:11. ‘Энэ хадан дээр,’ гэж Есүс айлдахдаа, ‘Би Өөрийн чуулганыг байгуулна.’ Бурханы өмнө, мөн тэнгэрийн бүх оюунлаг оршигчдын өмнө, үзэгдэшгүй тамын цэргийн өмнө Христ Өөрийн чуулганыг амьд Хадан дээр үндэслэн байгуулсан юм. Тэр Хад бол Өөрөө мөн,—бидний төлөө хугалагдаж, няцлагдсан Түүний Өөрийн бие мөн. Энэ суурин дээр байгуулагдсан чуулганы эсрэг тамын хаалгууд дийлэхгүй.”</w:t>
      </w:r>
    </w:p>
    <w:p>
      <w:pPr>
        <w:pStyle w:val="ArticleScripture"/>
        <w:jc w:val="left"/>
      </w:pPr>
      <w:r>
        <w:rPr>
          <w:rFonts w:ascii="Times New Roman" w:hAnsi="Times New Roman" w:eastAsia="Times New Roman" w:cs="Times New Roman"/>
        </w:rPr>
        <w:t>Христ эдгээр үгийг айлдах үед сүм хэчнээн доройхон харагдаж байсан гээч! Бүх чөтгөрүүдийн болон хорон муу хүмүүсийн хүч тэдний эсрэг чиглэгдэх атал итгэгчид цөөхөн хэдхэн байв; гэвч Христийн дагалдагчид айх ёсгүй байлаа. Өөрсдийн хүч чадлын Хадан дээр байгуулагдсан тул тэднийг мөхөөж үл чадна.</w:t>
      </w:r>
    </w:p>
    <w:p>
      <w:pPr>
        <w:pStyle w:val="ArticleScripture"/>
        <w:jc w:val="left"/>
      </w:pPr>
      <w:r>
        <w:rPr>
          <w:rFonts w:ascii="Times New Roman" w:hAnsi="Times New Roman" w:eastAsia="Times New Roman" w:cs="Times New Roman"/>
        </w:rPr>
        <w:t>“Зургаан мянган жилийн турш итгэл Христ дээр байгуулагдсаар ирсэн. Зургаан мянган жилийн турш Сатаны хилэнгийн үер, шуурга бидний авралын Хад руу цохисоор ирсэн; гэвч Тэр хөдөлшгүй хэвээр байна.</w:t>
      </w:r>
    </w:p>
    <w:p>
      <w:pPr>
        <w:pStyle w:val="ArticleScripture"/>
        <w:jc w:val="left"/>
      </w:pPr>
      <w:r>
        <w:rPr>
          <w:rFonts w:ascii="Times New Roman" w:hAnsi="Times New Roman" w:eastAsia="Times New Roman" w:cs="Times New Roman"/>
        </w:rPr>
        <w:t>“Петр сүмийн итгэлийн суурь болсон үнэнийг илэрхийлсэн бөгөөд Есүс одоо түүнийг бүх итгэгчдийн хамтын биеийн төлөөлөгчийн хувьд хүндэтгэв. Тэрээр: ‘Тэнгэрийн хаанчлалын түлхүүрүүдийг Би чамд өгнө. Чиний газар дээр хүлэх юу бүхэн тэнгэрт хүлээтэй байх болно. Чиний газар дээр тайлах юу бүхэн тэнгэрт тайлагдсан байх болно’ гэж айлдав.”</w:t>
      </w:r>
    </w:p>
    <w:p>
      <w:pPr>
        <w:pStyle w:val="ArticleScripture"/>
        <w:jc w:val="left"/>
      </w:pPr>
      <w:r>
        <w:rPr>
          <w:rFonts w:ascii="Times New Roman" w:hAnsi="Times New Roman" w:eastAsia="Times New Roman" w:cs="Times New Roman"/>
        </w:rPr>
        <w:t>“‘Тэнгэрийн хаанчлалын түлхүүрүүд’ бол Христийн үгс мөн. Ариун Судрын бүх үгс Түүнийх бөгөөд энд үүнд хамрагдана. Эдгээр үгс тэнгэрийг нээх, хаах хүчтэй. Тэдгээр нь хүмүүс ямар нөхцлөөр хүлээн авагдах эсвэл няцаагдахыг тунхагладаг. Иймээс Бурханы үгийг тунхаглагчдын үйл хэрэг нь амь руу хөтлөх амийн анхилуун үнэр, эсвэл үхэл рүү хөтлөх үхлийн анхилуун үнэр болдог. Тэднийх мөнхийн үр дагавраар жинлэгдсэн эрхэм зорилго юм.”</w:t>
      </w:r>
    </w:p>
    <w:p>
      <w:pPr>
        <w:pStyle w:val="ArticleScripture"/>
        <w:jc w:val="left"/>
      </w:pPr>
      <w:r>
        <w:rPr>
          <w:rFonts w:ascii="Times New Roman" w:hAnsi="Times New Roman" w:eastAsia="Times New Roman" w:cs="Times New Roman"/>
        </w:rPr>
        <w:t>“Аврагч сайн мэдээний ажлыг зөвхөн Петрт дангаар нь даатгаагүй. Дараа нь, Петрт хэлсэн үгсээ дахин давтан, Тэр тэдгээрийг шууд сүмд хамааруулан хэрэглэсэн. Мөн мөн чанарын хувьд адилхан зүйл итгэгчдийн биеийг төлөөлөгчид болох арван хоёрт ч хэлэгдсэн. Хэрэв Есүс шавь нарын нэгэнд бусдаас дээгүүр ямар нэгэн онцгой эрх мэдэл шилжүүлэн өгсөнсөн бол, хэн нь хамгийн агуу байх талаар тэднийг тийм олонтаа маргалдаж байсныг бид харахгүй байх байсан. Тэд Эзнийхээ хүслийг дагаж, Түүний сонгосон нэгнийг хүндэтгэх байсан.”</w:t>
      </w:r>
    </w:p>
    <w:p>
      <w:pPr>
        <w:pStyle w:val="ArticleScripture"/>
        <w:jc w:val="left"/>
      </w:pPr>
      <w:r>
        <w:rPr>
          <w:rFonts w:ascii="Times New Roman" w:hAnsi="Times New Roman" w:eastAsia="Times New Roman" w:cs="Times New Roman"/>
        </w:rPr>
        <w:t>“Тэдний тэргүүнээр нэгнийг томилохын оронд Христ шавь нартаа: «Та нар өөрсдийгөө Рабби гэж бүү нэрлүүл;» «мөн та нарыг багш хэмээн бүү нэрлүүлэгтүн: учир нь та нарын Багш нэгэн бөгөөд, тэр нь Христ мөн» хэмээн айлдсан.” Матай 23:8, 10.</w:t>
      </w:r>
    </w:p>
    <w:p>
      <w:pPr>
        <w:pStyle w:val="ArticleScripture"/>
        <w:jc w:val="left"/>
      </w:pPr>
      <w:r>
        <w:rPr>
          <w:rFonts w:ascii="Times New Roman" w:hAnsi="Times New Roman" w:eastAsia="Times New Roman" w:cs="Times New Roman"/>
        </w:rPr>
        <w:t>“‘Эрэгтэй хүн бүрийн тэргүүн нь Христ мөн.’ Аврагчийн хөл дор бүхнийг захируулсан Бурхан ‘бүх зүйлийн дээр Түүнийг чуулганы Тэргүүн болгож өгсөн бөгөөд чуулган нь Түүний бие, бүхнийг бүхэнд дүүргэгч Нэгэний дүүргэлт мөн.’ 1 Коринт 11:3; Ефес 1:22, 23. Чуулган нь сууриа Христ дээр тавин байгуулагдсан; тэр нь Тэргүүн болох Христэд дуулгавартай байх ёстой. Тэр нь хүнд найдрах ч ёсгүй, хүний хяналтад ч орох ёсгүй. Чуулган дахь итгэл хүлээсэн байр суурь өөрсдөд нь бусад хүмүүс юунд итгэх, юу хийхийг заан тушаах эрх мэдэл өгдөг хэмээн олон хүн шаарддаг. Ийм шаардлагыг Бурхан зөвшөөрдөггүй. Аврагч, ‘Та нар бүгд ах дүүс мөн’ хэмээн тунхагладаг. Бүгд сорилтод өртөмтгий бөгөөд алдаанд унах боломжтой. Удирдамжийн төлөө бид ямар ч хязгаарлагдмал оршихуйд найдаж үл болно. Итгэлийн Хад бол чуулган доторх Христийн амьд оршихуй мөн. Үүнд хамгийн сул дорой нэгэн ч найдаж болно, харин өөрсдийгөө хамгийн хүчтэй гэж бодогсод Христийг өөрсдийн хүч чадал болгохгүй аваас хамгийн сул дорой нь болох нь илэрхий болно. ‘Хүнд найддаг, махан биеийг өөрийн мутар болгодог хүн хараагдсан болтугай.’ Эзэн ‘бол Хад мөн, Түүний ажил төгс.’ ‘Түүнд найддаг бүхэн ерөөлтэй еэ.’ Иеремиа 17:5; Дэд хууль 32:4; Дуулал 2:12.”</w:t>
      </w:r>
    </w:p>
    <w:p>
      <w:pPr>
        <w:pStyle w:val="ArticleScripture"/>
        <w:jc w:val="left"/>
      </w:pPr>
      <w:r>
        <w:rPr>
          <w:rFonts w:ascii="Times New Roman" w:hAnsi="Times New Roman" w:eastAsia="Times New Roman" w:cs="Times New Roman"/>
        </w:rPr>
        <w:t>“Петрийн хүлээн зөвшөөрсний дараа Есүс шавь нартаа Өөрийг нь Христ мөн гэдгийг хэнд ч бүү хэл хэмээн тушаав. Энэхүү тушаал нь хуулийн багш нар болон фарисайчуудын шийдэмгий эсэргүүцлийн улмаас өгөгдсөн байв. Үүгээр ч үл барам, ард түмэн, тэр ч байтугай шавь нар хүртэл Мессиагийн талаар маш ташаа ойлголттой байсан тул Түүний тухай олон нийтэд зарлан тунхаглах нь Түүний зан чанар болон үйл хэргийн талаар тэдэнд ямар ч үнэн зөв ойлголт өгөхгүй байлаа. Харин Тэр өдөр өдрөөр тэдэнд Өөрийгөө Аврагчийн хувьд илчилж байсан бөгөөд ийнхүү Өөрийнхөө тухай, Мессиагийн хувьд, тэдэнд үнэн зөв ойлголт өгөхийг хүсэж байв.”</w:t>
      </w:r>
    </w:p>
    <w:p>
      <w:pPr>
        <w:pStyle w:val="ArticleScripture"/>
        <w:jc w:val="left"/>
      </w:pPr>
      <w:r>
        <w:rPr>
          <w:rFonts w:ascii="Times New Roman" w:hAnsi="Times New Roman" w:eastAsia="Times New Roman" w:cs="Times New Roman"/>
        </w:rPr>
        <w:t>“Шавь нар нь Христийг одоо ч гэсэн энэ дэлхийн ханхүү мэт хаанчилна гэж хүлээсээр байв. Тэр Өөрийн зорилгыг тийм удаан хугацаанд нуун далдалсан боловч, Тэр ямагт ядуурал ба бүдэг бараг байдалд үлдэхгүй гэж тэд итгэж байсан; Тэр Өөрийн хаанчлалыг тогтоох цаг ойртсон байлаа. Тахилчид ба рабби нарын үзэн ядалт хэзээ ч дийлдэхгүй, Христ Өөрийн үндэстнээр няцаагдаж, мэхлэгч хэмээн яллагдаж, гэмт хэрэгтэн мэт цовдлогдоно,—ийм бодлыг шавь нар нь хэзээ ч сэтгэлдээ тээж явсангүй. Гэвч харанхуйн хүчний цаг ойртож байсан бөгөөд Есүс Өөрийн шавь нарт өмнө нь буй тэмцлийг нээж өгөх ёстой байв. Тэр сорилтыг урьдчилан харж, гунигтай байлаа.” The Desire of Ages, 411-415.</w:t>
      </w:r>
    </w:p>
    <w:p>
      <w:pPr>
        <w:pStyle w:val="ArticleBody"/>
        <w:jc w:val="left"/>
      </w:pPr>
      <w:r>
        <w:rPr>
          <w:rFonts w:ascii="Times New Roman" w:hAnsi="Times New Roman" w:eastAsia="Times New Roman" w:cs="Times New Roman"/>
        </w:rPr>
        <w:t>Даниел арван нэгдүгээр бүлгийн арван зургаадугаар эшлэл нь Америкийн Нэгдсэн Улсад тун удахгүй гарах Ням гаргийн хуулийг төлөөлдөг. Тэрхүү “газар хөдлөлт”-ийн цагийн яг өмнөхөн нэг зуун дөчин дөрвөн мянгатын тоонд багтахыг эрмэлзэж буй нэр дэвшигчид нойрноосоо сэрнэ. Тэднийг сэрээдэг зүйл нь эш үзүүллэгийн мэдээ юм. Тэр үед хоёр ангилал илэрхий болдог бөгөөд арван охины тухай сургаалт зүйрлэлд дүрслэгдсэнчлэн, нэг ангилал нь савнууддаа тостой, нөгөө ангилал нь тосгүй байдаг. Даниел арван нэгдүгээр бүлгийн арван гуравдахаас арван тавдугаар эшлэлүүд нь Ням гаргийн хуулиас өмнөх эш үзүүллэгийн түүхийг төлөөлөөд зогсохгүй, мөн арван охины тухай сургаалт зүйрлэлийн хүрээнд мэргэн хүмүүс Бурханы тамгыг хүлээн авч, агуу газар хөдлөлтийн цагт туг тэмдэг болгон өргөгдөхийн тулд эзэмших ёстой “тос” болох “мэдээг” төлөөлдөг. Эдгээр өгүүллүүд одоо бүх өгүүллүүдийн оргилд хүрээд байна. Учир нь эдгээр эшлэлүүдэд дүрслэгдсэн мэдээ нь хоёр алтан хоолойгоор урсан буудаг алтан тос мөн юм.</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“Үнэн хэмээн итгэдгээ тунхаглагчид Сатанд үйлчилсээр байх хугацаанд түүний тамын сүүдэр Бурхан болон тэнгэрийн талаарх тэдний үзлийг халхлан тасалдуулна. Тэд анхны хайраа алдсан хүмүүс мэт байх болно. Тэд мөнхийн бодит зүйлсийг харж чадахгүй. Бурхан бидэнд бэлтгэсэн тэр зүйл Зехариа номын 3 ба 4-р бүлгүүд, мөн 4:12–14-т дүрслэгдсэн байдаг. ‘Тэгээд би дахин хариулж, түүнд хандан, Өөрсдөөсөө алтан тосыг хоёр алтан хоолойгоор юүлж гаргадаг энэ хоёр чидун мөчир юу вэ? гэж асуулаа. Тэр надад хариулан, Эдгээр нь юу болохыг чи мэдэхгүй гэж үү? гэв. Тэгэхэд нь би, Үгүй ээ, эзэн минь, гэж хэллээ. Тэгээд тэр, Эдгээр нь бүх дэлхийн Эзэний дэргэд зогсдог тослогдсон хоёр хүн мөн, гэв.’</w:t>
      </w:r>
    </w:p>
    <w:p>
      <w:pPr>
        <w:pStyle w:val="ArticleScripture"/>
        <w:jc w:val="left"/>
      </w:pPr>
      <w:r>
        <w:rPr>
          <w:rFonts w:ascii="Times New Roman" w:hAnsi="Times New Roman" w:eastAsia="Times New Roman" w:cs="Times New Roman"/>
        </w:rPr>
        <w:t>“Эзэн нөөцөөр дүүрэн. Түүнд хэрэгсэл, боломжийн ямар ч дутагдал үгүй. Бидний итгэлийн дутмаг байдал, ертөнцлөг чанар, хямдхан яриа, мөн бидний яриа хөөрөөнд илэрдэг үл итгэлээс болж л харанхуй сүүдрүүд бидний эргэн тойронд хуралддаг. Христ үгэнд ч, зан чанарт ч бүхэлдээ хайр татам Нэгэн, арван мянгын дундаас хамгийн эрхэм Нэгэн хэмээн илчлэгддэггүй. Сэтгэл хоосон юмс руу өөрийгөө өргөхдөө сэтгэл ханасан байвал, Эзэний Сүнс түүний төлөө багахан зүйлийг л хийж чадна. Бидний ойрын хараатай үзэл сүүдрийг хардаг атлаа, цаадах алдрыг харж чаддаггүй. Тэнгэрэлч нар дөрвөн салхийг тогтоон барьж байна. Тэдгээр нь уурссан морь уяагаа тасдан мултарч, бүхэл газрын нүүрэн дээгүүр давхин өнгөрч, зам мөрдөө сүйрэл ба үхлийг авч явахаар завдаж буй мэт дүрслэгдсэн байдаг.”</w:t>
      </w:r>
    </w:p>
    <w:p>
      <w:pPr>
        <w:pStyle w:val="ArticleScripture"/>
        <w:jc w:val="left"/>
      </w:pPr>
      <w:r>
        <w:rPr>
          <w:rFonts w:ascii="Times New Roman" w:hAnsi="Times New Roman" w:eastAsia="Times New Roman" w:cs="Times New Roman"/>
        </w:rPr>
        <w:t>“Бид мөнхийн ертөнцийн яг ирмэг дээр унтсаар байх гэж үү? Бид мохоо, хүйтэн, үхмэл байх гэж үү? Өө, Бурхан Өөрийн ард түмэнд Өөрийн Сүнс ба амийг үлээж, тэд хөл дээрээ босон амьдрахын тулд энэ нь манай чуулгануудад байгаасай. Бид зам нарийн, хаалга давчуу гэдгийг харах хэрэгтэй. Гэвч бид тэр давчуу хаалгаар нэвтрэн өнгөрөхөд түүний уудам нь хязгааргүй юм.” Manuscript Releases, volume 20, 217.</w:t>
      </w:r>
    </w:p>
    <w:p>
      <w:pPr>
        <w:pStyle w:val="ArticleScripture"/>
        <w:jc w:val="left"/>
      </w:pPr>
      <w:r>
        <w:rPr>
          <w:rFonts w:ascii="Times New Roman" w:hAnsi="Times New Roman" w:eastAsia="Times New Roman" w:cs="Times New Roman"/>
        </w:rPr>
        <w:t>“Бүх газрын Эзэний дэргэд зогсогч тослогдсон хүмүүс нь нэгэн цагт халхлагч херуб болсон Сатанд өгөгдсөн байр суурийг эзэлдэг. Өөрийн сэнтийг хүрээлэн буй ариун оршнолуудаар дамжуулан Эзэн газар дэлхийн оршин суугчидтай тасралтгүй харилцаа холбоог хадгалдаг. Алтан тос нь Бурхан итгэгчдийн дэнлүүг анивчин бөхөж унтрахгүй байлгахын тулд тэднийг хангаж байдаг нигүүлслийг төлөөлдөг. Хэрэв энэ ариун тос Бурханы Сүнсний мэдээнүүдээр дамжин тэнгэрээс асгардаггүйсэн бол, бузар муугийн хүчин зүйлс хүмүүсийг бүхэлд нь захирах байсан.”</w:t>
      </w:r>
    </w:p>
    <w:p>
      <w:pPr>
        <w:pStyle w:val="ArticleScripture"/>
        <w:jc w:val="left"/>
      </w:pPr>
      <w:r>
        <w:rPr>
          <w:rFonts w:ascii="Times New Roman" w:hAnsi="Times New Roman" w:eastAsia="Times New Roman" w:cs="Times New Roman"/>
        </w:rPr>
        <w:t>Бурхан бидэнд илгээдэг мэдээг нь хүлээн авдаггүй аваас Түүнийг үл хүндэтгэж буй хэрэг мөн. Ийнхүү бид Түүний харанхуйд буй хүмүүст дамжуулахын тулд бидний сэтгэлд юүлэхийг хүсдэг алтан тосыг няцаадаг. “Харагтун, хүргэн ирж байна; Түүнтэй уулзахаар гарцгаа” гэсэн дуудлага ирэх үед ариун тосыг хүлээн аваагүй, Христийн нигүүлслийг зүрхэндээ нандигнаагүй хүмүүс мэргэн бус охидын адил Эзэнтэйгээ уулзахад бэлэн биш байгаагаа мэдэх болно. Тэдэнд тосыг олж авах хүч өөрсдөд нь үгүй бөгөөд тэдний амьдрал сүйрэлд орно. Харин Бурханы Ариун Сүнсийг гуйж, Мосегийн адил “Надад Өөрийн алдрыг үзүүлээч” хэмээн гуйн залбирвал Бурханы хайр бидний зүрхэнд элбэгээр асгарна. Алтан хоолойгоор дамжин алтан тос бидэнд дамжуулагдах болно. “Хүчлээр ч биш, чадлаар ч биш, харин Миний Сүнсээр болно гэж Түмэн цэргийн ЭЗЭН айлдаж байна.” Зөвт байдлын Нарны хурц цацрагийг хүлээн авснаар Бурханы хүүхдүүд дэлхийд гэрлүүд мэт гэрэлтэнэ.”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Наян Нэг</dc:title>
  <dc:subject>Шөнийн дундын хашхираан ба Ромын эш үзүүллэгийн үүрэг: Даниелын ном дахь эцсийн өдрүүдийг илчлэх нь</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