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Нэг Зуун Наян Хоёрдугаар Хэсэг</w:t>
      </w:r>
    </w:p>
    <w:p>
      <w:pPr>
        <w:pStyle w:val="ArticleSubtitle"/>
        <w:jc w:val="left"/>
      </w:pPr>
      <w:r>
        <w:rPr>
          <w:rFonts w:ascii="Arial" w:hAnsi="Arial" w:eastAsia="Arial" w:cs="Arial"/>
        </w:rPr>
        <w:t>Зөгнөлийн холбоод ба тулалдаанууд: Эртний Селевкээс орчин үеийн геополитик хүртэл</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2024-04-12</w:t>
      </w:r>
    </w:p>
    <w:p>
      <w:pPr>
        <w:pStyle w:val="ArticleBody"/>
        <w:jc w:val="left"/>
      </w:pPr>
      <w:r>
        <w:rPr>
          <w:rFonts w:ascii="Times New Roman" w:hAnsi="Times New Roman" w:eastAsia="Times New Roman" w:cs="Times New Roman"/>
        </w:rPr>
        <w:t>Арван гурав ба арван дөрөвдүгээр эшлэлүүд нь Селевк болон Македоны Филипп холбоо байгуулж байсан нэгэн түүхийг зааж өгдөг бөгөөд тэд Ромын анхны төлөөлөгч цэрэг болох Америкийн Нэгдсэн Улсыг хэв шинжээр илэрхийлдэг, харин Македон (Грек) нь Нэгдсэн Үндэстний Байгууллагын бэлгэдэл юм. Тэрхүү эртний түүхэнд хойд зүгийн хаан (Селевк) ба Филиппийн (Грек) холбоо нь Паниумын тулалдаанд хүргэх түүхийг төлөөлдөг бөгөөд хоёр зууны дараа уг хотын нэр Паниумаас өөрчлөгдөн Кесари Филиппи хэмээх хот болсон юм. Хотын давхар нэр нь Селевк болон Македоны Филиппийн холбоог дурсгал болгон өгсөн хэрэг биш байв.</w:t>
      </w:r>
    </w:p>
    <w:p>
      <w:pPr>
        <w:pStyle w:val="ArticleBody"/>
        <w:jc w:val="left"/>
      </w:pPr>
      <w:r>
        <w:rPr>
          <w:rFonts w:ascii="Times New Roman" w:hAnsi="Times New Roman" w:eastAsia="Times New Roman" w:cs="Times New Roman"/>
        </w:rPr>
        <w:t>“Кесари Филипп” хэмээх нэр нь Панеас буюу Паниум гэж мэдэгдэж байсан эртний хотын түүхэн хувирал өөрчлөлтөөс үүдэн гарсан юм. Тус хот нь Грекийн бурхан Пан-д зориулсан нэр хүндтэй рашааны ойролцоо оршиж байсан тул анх Панеас хэмээн нэрлэгдэж байв. Эрт цагт шашны чухал газар байсан тэрхүү рашаан нь Иордан голд цутгадаг байжээ.</w:t>
      </w:r>
    </w:p>
    <w:p>
      <w:pPr>
        <w:pStyle w:val="ArticleBody"/>
        <w:jc w:val="left"/>
      </w:pPr>
      <w:r>
        <w:rPr>
          <w:rFonts w:ascii="Times New Roman" w:hAnsi="Times New Roman" w:eastAsia="Times New Roman" w:cs="Times New Roman"/>
        </w:rPr>
        <w:t>Их Херод хааны ноёрхлын үед, МЭӨ I зууны орчимд, уг хотод ихээхэн шинэчлэл, засвар хийгдэж, мөн өргөтгөн үзэсгэлэнтэй болгожээ. Кесари Филиппийг Их Херодын хүү Херод Филипп нэрлэсэн юм. Тэрээр уг хотыг Ромын эзэн хаан Цезарь Августыг хүндэтгэн Кесари хэмээн, мөн өөрийнхөө нэрээр Филиппи хэмээн нэрлэснээр Кесари Филиппи болсон ажээ. Иймээс “Кесари Филиппи” гэдэг нь Херодын Цезарь Августад өргөсөн хүндэтгэлийг илэрхийлэх “Кесари” болон Херод Филиппийг алдаршуулсан “Филиппи” гэдгийн нийлбэр болно.</w:t>
      </w:r>
    </w:p>
    <w:p>
      <w:pPr>
        <w:pStyle w:val="ArticleBody"/>
        <w:jc w:val="left"/>
      </w:pPr>
      <w:r>
        <w:rPr>
          <w:rFonts w:ascii="Times New Roman" w:hAnsi="Times New Roman" w:eastAsia="Times New Roman" w:cs="Times New Roman"/>
        </w:rPr>
        <w:t>Зөгнөлийн утгаар Панюм нь Селевк болон Македоны Филиппийн хоорондох холбоотон нэгдэлтэй, мөн Цезарь ба Херод Филиппийн хоорондын холбоотой холбогддог. Эдгээр хоёр холбоо нь Селевк ба Филиппээр дүрслэгдсэн Путины Орос нуран унасны дараа бий болох Америкийн Нэгдсэн Улс ба Нэгдсэн Үндэстний Байгууллагын хоорондын холбоог авч үздэг. Тэд мөн хоёулаа Ромын төлөөлөгчид байсан Цезарь ба Филиппээр дүрслэгдсэн, эх болох Папын засаглал болон охин болох Америкийн Нэгдсэн Улсын хоорондын холбоог төлөөлдөг. Эдгээрийг хамтатган үзвэл, Америкийн Нэгдсэн Улс “ангалыг даван Ромын хүчний гарыг атгах,” мөн “ёроолгүй ангал дээгүүр хүрч Сүнслэг үзэлтэй гар барилцах”-ыг тодорхойлж байна. Арван зургаадугаар эшлэлийн Ням гаргийн хуулиас өмнө энэхүү гуравласан нэгдэл аль хэдийн тогтоогдсон байдаг.</w:t>
      </w:r>
    </w:p>
    <w:p>
      <w:pPr>
        <w:pStyle w:val="ArticleBody"/>
        <w:jc w:val="left"/>
      </w:pPr>
      <w:r>
        <w:rPr>
          <w:rFonts w:ascii="Times New Roman" w:hAnsi="Times New Roman" w:eastAsia="Times New Roman" w:cs="Times New Roman"/>
        </w:rPr>
        <w:t>Паниум нь Грекийн бурхан Пан-д зориулсан шүтлэгийн төвийг төлөөлдөг. Грекийн бурхан Пан-д зориулсан тэрхүү ундаргыг тухайн үед мөн “Тамын хаалга” хэмээн мэддэг байсан бөгөөд Есүс тэнд очихдоо “Тамын хаалга”-ын тухай хэлсэн үг нь эцсийн өдрүүдэд өрнөх Грекийн (даяарчлалын) улс төр, шашны шинж чанарууд болон урвасан Протестантизмын хоорондын тэмцлийг тодорхойлдог. Энэ бол хоёрдугаар эшлэл дэх Грекийн ертөнцийг хөдөлгөөнд оруулсан баян ерөнхийлөгчийн анхлан өдөөсөн тулалдаан мөн. Энэ нь дэлхий даяарх гадаад тэмцэл төдийгүй, мөн Америкийн Нэгдсэн Улсын доторх дотоод тэмцэл юм.</w:t>
      </w:r>
    </w:p>
    <w:p>
      <w:pPr>
        <w:pStyle w:val="ArticleBody"/>
        <w:jc w:val="left"/>
      </w:pPr>
      <w:r>
        <w:rPr>
          <w:rFonts w:ascii="Times New Roman" w:hAnsi="Times New Roman" w:eastAsia="Times New Roman" w:cs="Times New Roman"/>
        </w:rPr>
        <w:t>Даяаршлын шашин бол луугийн шашин мөн бөгөөд энэ нь бидний орчин үеийн нөхцөлд woke-измын шашин юм. 2020 онд Илчлэл номын арван нэгдүгээр бүлэгт тодорхойлогдсон ёроолгүй ангалын араатан улс төрийн болон шашны хүч чадлаа илэрхийлэн, газрын араатны хоёр эврийг хоёуланг нь хөнөөв. Тэр ёроолгүй ангал нь, бусад зүйлсийн хамт, Иордан мөрнийг тэтгэдэг байсан “Паны булаг”-аар төлөөлөгдөнө.</w:t>
      </w:r>
    </w:p>
    <w:p>
      <w:pPr>
        <w:pStyle w:val="ArticleBody"/>
        <w:jc w:val="left"/>
      </w:pPr>
      <w:r>
        <w:rPr>
          <w:rFonts w:ascii="Times New Roman" w:hAnsi="Times New Roman" w:eastAsia="Times New Roman" w:cs="Times New Roman"/>
        </w:rPr>
        <w:t>Грекийн домог зүйд Пан нь байгаль, эзгүй зэлүүд нутаг, хөдөөгийн хөгжимтэй холбогддог байсан бөгөөд түүнд зориулсан булаг шандын оршихуй нь мөргөгчдийн хувьд шашны ач холбогдолтой байв. Пан бурхныг ихэвчлэн ямааны хөл, эвэр, чихтэйгээр дүрсэлдэг. Паныг хоньчид болон сүргийн бурхан хэмээн үздэг байсан бөгөөд ой мод, уулсаар наадан цэнгэдэг, тоглоомч зантай, сахилгагүй бурхны дүрээр олонтоо дүрслэн үзүүлдэг байв. Ямааны хөлтэй бурхны хувьд Паных нь дүрслэл нь Даниелын наймдугаар бүлэгтэй нийцдэг бөгөөд тэнд Грекийг эр ямаагаар төлөөлүүлсэн байдаг. Ямаа нь эртний Грекийн түгээмэл гэрийн тэжээвэр амьтан байсан бөгөөд Пан тэнүүчилдэг гэж үздэг уулархаг нутагт олонтоо тааралддаг байв. Энэхүү дүрслэл нь Паны дүрслэхүйн тод шинж болон тогтож, уг бурхныг харуулсан Грекийн урлаг, уран зохиолд, үндэсний мөнгөн тэмдэгтийг оролцуулан, үргэлжлэн хадгалагдсан юм.</w:t>
      </w:r>
    </w:p>
    <w:p>
      <w:pPr>
        <w:pStyle w:val="ArticleBody"/>
        <w:jc w:val="left"/>
      </w:pPr>
      <w:r>
        <w:rPr>
          <w:rFonts w:ascii="Times New Roman" w:hAnsi="Times New Roman" w:eastAsia="Times New Roman" w:cs="Times New Roman"/>
        </w:rPr>
        <w:t>Есүс Кесари Филиппид очихдоо, “тамын хаалга” сүмийн эсрэг дийлэхгүй гэдгийг тунхагласан. Петр Есүсийн асуултад хариулан хэлсэн зүйлийг Христийн шашны түүх, уламжлалд “Христийн итгэлийн тунхаг” хэмээн ойлгодог.</w:t>
      </w:r>
    </w:p>
    <w:p>
      <w:pPr>
        <w:pStyle w:val="ArticleScripture"/>
        <w:jc w:val="left"/>
      </w:pPr>
      <w:r>
        <w:rPr>
          <w:rFonts w:ascii="Times New Roman" w:hAnsi="Times New Roman" w:eastAsia="Times New Roman" w:cs="Times New Roman"/>
        </w:rPr>
        <w:t>Есүс Кесари Филиппийн нутагт ирээд, шавь нараасаа асуун, —Хүний Хүү намайг хүмүүс хэн гэж хэлдэг вэ? гэв. Тэд хариулахдаа, —Зарим нь Таныг Баптист Иохан гэдэг; зарим нь Елиа; бас бусад нь Иеремиа, эсвэл эш үзүүлэгчдийн нэг гэдэг гэв. Тэр тэдэнд, —Харин та нар Намайг хэн гэж хэлэх вэ? гэхэд, Симон Петр хариулан, —Та бол Христ, амьд Бурханы Хүү мөн гэв. Есүс түүнд хариулан, —Симон Бар-иона аа, чи ерөөлтэй еэ. Учир нь үүнийг чамд мах ба цус илчилсэнгүй, харин тэнгэр дэх Миний Эцэг илчилсэн юм. Би ч бас чамд хэлье: чи бол Петр, мөн энэ хад чулуун дээр Би Өөрийн чуулганыг байгуулна; тамын хаалганууд түүнийг дийлэхгүй. Би чамд тэнгэрийн хаанчлалын түлхүүрүүдийг өгнө. Чиний газар дээр хүлэх юу ч тэнгэрт хүлэгдсэн байх болно; мөн чиний газар дээр тайлах юу ч тэнгэрт тайлагдсан байх болно гэв. Тэгээд Тэр Өөрийгөө Есүс Христ мөн гэдгийг хэнд ч бүү хэл гэж шавь нартаа тушаав. Матай 16:13–20.</w:t>
      </w:r>
    </w:p>
    <w:p>
      <w:pPr>
        <w:pStyle w:val="ArticleBody"/>
        <w:jc w:val="left"/>
      </w:pPr>
      <w:r>
        <w:rPr>
          <w:rFonts w:ascii="Times New Roman" w:hAnsi="Times New Roman" w:eastAsia="Times New Roman" w:cs="Times New Roman"/>
        </w:rPr>
        <w:t>Энэ хэсэг нь Есүсийн үйлчлэл болон Христийн шашны теологийн хөгжил дэх шийдвэрлэх мөчийг илэрхийлдэг учраас онцгой ач холбогдолтой. Амьд Бурханы Хүү, Мессиа хэмээн Есүсийг Петр хүлээн зөвшөөрсөн нь Христийн итгэлийн суурь, мөн чуулган байгуулагдах тулгын чулуу гэж үзэгддэг. “Энэ чулуун дээр Би Өөрийн чуулганыг байгуулна” гэсэн хэллэгийг Католик уламжлалд Петрийн өөрийнх нь тухай өгүүлсэн гэж тайлбарладаг бөгөөд Есүс түүнийг чуулган байгуулагдах “хад” хэмээн тодорхойлсон гэж үздэг. Энэхүү тайлбар нь Католик теологи дахь папын дээд эрх болон эрх мэдлийн үндэс болдог.</w:t>
      </w:r>
    </w:p>
    <w:p>
      <w:pPr>
        <w:pStyle w:val="ArticleBody"/>
        <w:jc w:val="left"/>
      </w:pPr>
      <w:r>
        <w:rPr>
          <w:rFonts w:ascii="Times New Roman" w:hAnsi="Times New Roman" w:eastAsia="Times New Roman" w:cs="Times New Roman"/>
        </w:rPr>
        <w:t>Протестантын теологид “хад” хэмээх үгийг Петр өөрт нь бус, харин Есүсийг Мессиа бөгөөд Бурханы Хүү мөн хэмээн Петрийн илэрхийлсэн итгэлийн хүлээн зөвшөөрөлтөд хамааруулан ойлгодог. Энэ үзлийн дагуу чуулганы суурь нь Петр бус, харин Есүс бол Христ бөгөөд Бурханы Хүү мөн гэсэн хүлээн зөвшөөрөлт юм. Теологийн тайлбар ямар байхаас үл хамааран, Матай 16:13–20 дахь Петрийн хүлээн зөвшөөрөлт нь Христийн шашны итгэл дэх төв бөгөөд суурь эшлэлд тооцогдож, Есүсийн Мессиа бөгөөд Бурханы Хүү болох мөн чанарыг онцлон тэмдэглэж, мөн чуулганы эрхэм зорилго ба зориулалтыг батлан нотолдог.</w:t>
      </w:r>
    </w:p>
    <w:p>
      <w:pPr>
        <w:pStyle w:val="ArticleBody"/>
        <w:jc w:val="left"/>
      </w:pPr>
      <w:r>
        <w:rPr>
          <w:rFonts w:ascii="Times New Roman" w:hAnsi="Times New Roman" w:eastAsia="Times New Roman" w:cs="Times New Roman"/>
        </w:rPr>
        <w:t>Өмнөх өгүүлэлд бид Эллен Уайтын *The Desire of Ages* номоос Христийн Кесари Филиппид хийсэн айлчлалтай холбоотой зарим асуудлыг тодорхойлсон нэгэн эшлэлийг толилуулсан. Түүний тэмдэглэсэн зүйлсийн нэг нь, Христ Кесари Филиппийн сургамжуудыг айлдан тунхаглах зорилгоор шавь нараа иудейчүүдийн нөлөөнөөс зайлуулсан явдал юм.</w:t>
      </w:r>
    </w:p>
    <w:p>
      <w:pPr>
        <w:pStyle w:val="ArticleScripture"/>
        <w:jc w:val="left"/>
      </w:pPr>
      <w:r>
        <w:rPr>
          <w:rFonts w:ascii="Times New Roman" w:hAnsi="Times New Roman" w:eastAsia="Times New Roman" w:cs="Times New Roman"/>
        </w:rPr>
        <w:t>“Есүс болон Түүний шавь нар одоо Кесари Филиппийн орчмын хотуудын нэгэнд ирсэн байв. Тэд Галилын хил хязгаараас цааш, шүтээн шүтлэг ноёрхож байсан нутагт байлаа. Энд шавь нар Иудейн шашны захирах нөлөөнөөс холдуулж, харийн мөргөлийн орчинтой илүү ойр харьцуулахад хүргэгдэв. Тэдний эргэн тойронд дэлхийн бүх хэсэгт оршиж байсан мухар сүсгийн хэлбэрүүд илэрхийлэгдэж байлаа. Есүс эдгээрийг харах нь тэдэнд харь үндэстнүүдийн өмнө хүлээсэн хариуцлагаа мэдрүүлэхэд хүргэнэ хэмээн хүсжээ. Тэр энэ нутагт байх хугацаандаа ард олонд заахаас өөрийгөө аль болох татгалзуулж, Өөрийгөө шавь нартаа илүү бүрэн зориулахыг чармайсан юм.” Хүсэл Тэмүүллийн Эрин, 411.</w:t>
      </w:r>
    </w:p>
    <w:p>
      <w:pPr>
        <w:pStyle w:val="ArticleBody"/>
        <w:jc w:val="left"/>
      </w:pPr>
      <w:r>
        <w:rPr>
          <w:rFonts w:ascii="Times New Roman" w:hAnsi="Times New Roman" w:eastAsia="Times New Roman" w:cs="Times New Roman"/>
        </w:rPr>
        <w:t>2020 оны 7 дугаар сарын 18-нд Христ 2001 оны 9 дүгээр сарын 11-ний шавь нарыг Лаодикийн Адвентизмийн нөлөөллөөс зайлуулсан. Арван онгон бүсгүйн тухай сургаалт зүйрлэл дэх анхны урам хугаралт нь өнгөрөгдөн орхигдож байсан дооглогчдын чуулганаас хөдөлгөөнийг тусгаарлах байдлыг бий болгосон. Энэ үнэн Миллерчүүдийн түүхэнд 1844 оны 4 дүгээр сарын 19-нд, мөн дахин 2020 оны 7 дугаар сарын 18-нд биелсэн. Тэгээд саатлын хугацааны түүх эхэлсэн бөгөөд энэ нь эхний болон гурав дахь тэнгэрэлчийн хөдөлгөөн аль алинд нь “Үнэн”-ий гарын үсгийг агуулдаг.</w:t>
      </w:r>
    </w:p>
    <w:p>
      <w:pPr>
        <w:pStyle w:val="ArticleBody"/>
        <w:jc w:val="left"/>
      </w:pPr>
      <w:r>
        <w:rPr>
          <w:rFonts w:ascii="Times New Roman" w:hAnsi="Times New Roman" w:eastAsia="Times New Roman" w:cs="Times New Roman"/>
        </w:rPr>
        <w:t>Эхний урам хугаралт нь гурван замын тэмдгийн эхнийх бөгөөд энэ түүх 1844 оны аравдугаар сарын 22-ны Их Урам Хугаралтаар төгсөнө; энэ нь Илчлэл номын арван нэгдүгээр бүлгийн “их газар хөдлөлт”-ийг бэлгэдэн төлөөлдөг. Еврей цагаан толгойн эхний үсэг болох эхлэл нь урам хугарлыг илэрхийлдэг бөгөөд төгсгөл болох хорин хоёр дахь үсэг нь мөн урам хугарлыг илэрхийлдэг. Бослогыг төлөөлдөг арван гурав дахь үсэг нь шөнө дунд өгөгдсөн дуудлага хямралд хэн бэлтгэсэн, хэн бэлтгээгүйг ил тод болгосноор өөрсдийн алдсан байдлыг илчилдэг мунхаг онгон охидын урам хугарлыг заана. Еврей цагаан толгойн хорин хоёр үсэг нь тэрхүү түүхийн дотор биелэн хэрэгждэг Бурханлаг чанар ба хүн төрөлхтний нэгдлийн бэлгэ тэмдгийг илэрхийлдэг бөгөөд Миллерчүүдийн түүх нь эхний Кадешийг, харин өнөөгийн бидний түүх нь сүүлчийн Кадешийг төлөөлдөг.</w:t>
      </w:r>
    </w:p>
    <w:p>
      <w:pPr>
        <w:pStyle w:val="ArticleBody"/>
        <w:jc w:val="left"/>
      </w:pPr>
      <w:r>
        <w:rPr>
          <w:rFonts w:ascii="Times New Roman" w:hAnsi="Times New Roman" w:eastAsia="Times New Roman" w:cs="Times New Roman"/>
        </w:rPr>
        <w:t>Хоёр шугам нь зэрэгцээ боловч нэг нь Бурханы ард түмний бүтэлгүйтлийг, нөгөө нь Бурханы ард түмний ялалтыг төлөөлдөг. Загалмайгаас яг өмнөхөн Есүс Өөрийн шавь нарыг Паниумд авчирсанчлан, мөн Тэрээр эцсийн өдрүүдийн Өөрийн шавь нарыг Паниумд авчирсан бөгөөд үүгээрээ Матай арван зургаадугаар бүлгийн түүхэнд “Иудей шашин”-аар дүрслэгдсэн Лаодикийн Адвентизмын “хянах нөлөө”-нөөс эцсийн өдрүүдийн Өөрийн шавь нарыг нэгэн урам хугаралтаар зайлуулсан юм. Үүнийг үйлдэхдээ Тэр мөн нэгэн зэрэг Өөрийн шавь нарыг харь шашинтантай илүү ойр харилцаанд оруулсан бөгөөд ингэснээр бүх дэлхийг араатны тамгыг хүлээн авахад хүргэхийн тулд ашиглагдаж буй орчин үеийн холбоо харилцааны тогтолцоогоор төлөөлөгдсөн сатаны хүчний бүрэн дэлгэрсэн илрэл дунд эдүгээ амьдарч буй эцсийн өдрүүдийн Өөрийн шавь нарын ажлын орчныг дүрслэн харуулсан юм.</w:t>
      </w:r>
    </w:p>
    <w:p>
      <w:pPr>
        <w:pStyle w:val="ArticleBody"/>
        <w:jc w:val="left"/>
      </w:pPr>
      <w:r>
        <w:rPr>
          <w:rFonts w:ascii="Times New Roman" w:hAnsi="Times New Roman" w:eastAsia="Times New Roman" w:cs="Times New Roman"/>
        </w:rPr>
        <w:t>Кесари Филиппийн түүх нь Паниумын тулалдааны түүхтэй, мөн арван гуравдугаар эшлэлээс арван тавдугаар эшлэлтэй уялдан нийцдэг. Христ болон Түүний шавь нар загалмайн сүүдэр дор зогсож байсан нь эцсийн өдрүүд дэх Түүний шавь нар Ням гаргийн хуулийн сүүдэр дор зогсож буйг бэлгэдэж байв. Тэнд, арван гуравдугаар эшлэлээс арван тавдугаар эшлэлд, өөрөөр хэлбэл Кесари Филиппид, мөн Паниумын тулалдаан болсон газарт—энэ нь өнөөдөр бидний зогсож буй газар мөн—Христ арван зургадугаар эшлэлд болох гэж байсан зүйлийн талаар шавь нартаа сургаж эхэлсэн юм.</w:t>
      </w:r>
    </w:p>
    <w:p>
      <w:pPr>
        <w:pStyle w:val="ArticleScripture"/>
        <w:jc w:val="left"/>
      </w:pPr>
      <w:r>
        <w:rPr>
          <w:rFonts w:ascii="Times New Roman" w:hAnsi="Times New Roman" w:eastAsia="Times New Roman" w:cs="Times New Roman"/>
        </w:rPr>
        <w:t>“Тэр Өөрийг нь хүлээж буй зовлонгийн тухай тэдэнд айлдах гэж байв. Гэвч эхлээд Тэр ганцаараа холдон явж, Өөрийнх нь үгсийг хүлээн авахад тэдний зүрх сэтгэл бэлтгэгдсэн байхын төлөө залбирав.” The Desire of Ages, 411.</w:t>
      </w:r>
    </w:p>
    <w:p>
      <w:pPr>
        <w:pStyle w:val="ArticleBody"/>
        <w:jc w:val="left"/>
      </w:pPr>
      <w:r>
        <w:rPr>
          <w:rFonts w:ascii="Times New Roman" w:hAnsi="Times New Roman" w:eastAsia="Times New Roman" w:cs="Times New Roman"/>
        </w:rPr>
        <w:t>Христос шавь нартаа загалмайн тухай хэлэхээсээ өмнө эхлээд явж одсон, өөрөөр хэлбэл удав; ингэснээр Тэрээр үлгэрт өгүүлсэн саатлын хугацаа болон 2020 оны 7-р сарын 18-наас 2023 оны 7-р сар хүртэлх түүхэн хугацааг тэмдэглэсэн юм.</w:t>
      </w:r>
    </w:p>
    <w:p>
      <w:pPr>
        <w:pStyle w:val="ArticleScripture"/>
        <w:jc w:val="left"/>
      </w:pPr>
      <w:r>
        <w:rPr>
          <w:rFonts w:ascii="Times New Roman" w:hAnsi="Times New Roman" w:eastAsia="Times New Roman" w:cs="Times New Roman"/>
        </w:rPr>
        <w:t>“Тэдэнтэй нэгдэн очоод, Тэрээр дамжуулахыг хүссэн зүйлээ даруйхан хэлсэнгүй. Үүнийг хийхээсээ өмнө, ирэх сорилтод бэхжихийн тулд Түүнд итгэх итгэлээ хүлээн зөвшөөрөх боломжийг Тэр тэдэнд өгсөн.” Үе үеийн Хүсэл, 411.</w:t>
      </w:r>
    </w:p>
    <w:p>
      <w:pPr>
        <w:pStyle w:val="ArticleBody"/>
        <w:jc w:val="left"/>
      </w:pPr>
      <w:r>
        <w:rPr>
          <w:rFonts w:ascii="Times New Roman" w:hAnsi="Times New Roman" w:eastAsia="Times New Roman" w:cs="Times New Roman"/>
        </w:rPr>
        <w:t>2023 оны долдугаар сард Эзэн урам хугаралтай холбоотой байсан хүмүүст өөрсдийн итгэлийг илэрхийлэх боломжийг олгож эхэлсэн. Тэрээр Езекиел гучин долоодугаар бүлгийн мэдээг нээж өгснөөр үүнийг үйлдсэн бөгөөд энэ нь 2001 оны 9 дүгээр сарын 11-ний өдрийн мэдээний баталгаа байсан юм. Энэ нь 2001 оны 9 дүгээр сарын 11-нээс эхэлсэн лацдах үеийг удахгүй ирэх Ням гаргийн хуультай холбон зангидсан утас болсон. Энэ нь 2020 оны 7 дугаар сарын 18-ны урам хугарлыг үнэний бүтцэд байрлуулснаар ийнхүү үйлдсэн юм. Учир нь харахад бэлэн байсан хүмүүс шинэчлэлийн хөдөлгөөн бүр өөрийн өвөрмөц ариун түүхийн турш үргэлжилдэг нэгэн сэдэвтэй байдгийг таньж чадна.</w:t>
      </w:r>
    </w:p>
    <w:p>
      <w:pPr>
        <w:pStyle w:val="ArticleBody"/>
        <w:jc w:val="left"/>
      </w:pPr>
      <w:r>
        <w:rPr>
          <w:rFonts w:ascii="Times New Roman" w:hAnsi="Times New Roman" w:eastAsia="Times New Roman" w:cs="Times New Roman"/>
        </w:rPr>
        <w:t>Эцсийн өдрүүдэд гурав дахь гайгийн мэдээ 2001 оны 9 дүгээр сарын 11-нд ирсэн бөгөөд дараа нь урам хугарал төрүүлсэн гурав дахь гайгийн хуурамч мэдээ тунхаглагдсан; харин тэднийг үхсэн, хуурай, тархан бутарсан яснууд мэт байсан гурван өдөр хагасын дараа дахин амилуулсан мэдээ нь дөрвөн салхины тухай мэдээ байсан бөгөөд тэр нь мөн гурав дахь гай юм.</w:t>
      </w:r>
    </w:p>
    <w:p>
      <w:pPr>
        <w:pStyle w:val="ArticleBody"/>
        <w:jc w:val="left"/>
      </w:pPr>
      <w:r>
        <w:rPr>
          <w:rFonts w:ascii="Times New Roman" w:hAnsi="Times New Roman" w:eastAsia="Times New Roman" w:cs="Times New Roman"/>
        </w:rPr>
        <w:t>Эцсийн өдрийн шавь нар, хэрэв тэд харахаар сонговол, нэг зуун дөчин дөрвөн мянгын лацадалтын гурван тэмдэгт үе шат бүрдээ нэгэн ижил сэдэв байгааг, мөн хоёр дахь шатанд еврей цагаан толгойн арван гурав дахь үсгээр төлөөлөгдсөн тэрсэлдэл нь уг мэдээг “Үнэн” хэмээн баталсныг харж чадна. Эзэний өгсөн хоёр дахь гэрч нь өмнөх шинэчлэлийн хөдөлгөөнүүдийн анхны урам хугаралт нь Бурханы илэрхийлсэн хүслийн эсрэг тэрсэлдэл дээр үндэслэж байсан явдал байв. Тэр нь Мосе хүүгээ хөвч хөндөөгүй байсан эсэх, эсвэл Узза гэрээний авдарт хүрсэн эсэх, эсвэл Марта, Мариа хоёр Лазарын үхлийн талаар Есүсийн үгэнд эргэлзсэн эсэхээс үл хамааран адил байлаа. Анхны урам хугаралт нь дуулгаваргүй байдал дээр үндэслэж байсан гэдгийг батлан бариагүй цорын ганц шинэчлэлийн шугам нь Миллерчүүдийн шинэчлэлийн хөдөлгөөн байсан. Гэвч мөн тэр үед Миллерчүүдийн түүх нь долоогийн нэг болох найм дахьгийн үнэний дээр үндэслэсэн дотоод тэмдэгтүүдийг агуулж байсныг бас харуулсан юм.</w:t>
      </w:r>
    </w:p>
    <w:p>
      <w:pPr>
        <w:pStyle w:val="ArticleBody"/>
        <w:jc w:val="left"/>
      </w:pPr>
      <w:r>
        <w:rPr>
          <w:rFonts w:ascii="Times New Roman" w:hAnsi="Times New Roman" w:eastAsia="Times New Roman" w:cs="Times New Roman"/>
        </w:rPr>
        <w:t>Наймынх нь долоогийнх мөн гэдэг баримт нь эдүгээ лац нь тайлагдаж буй Есүс Христийн Илчлэлийн нэгэн гол бүрэлдэхүүн бөгөөд Филадельфийн Миллерит хөдөлгөөнөөс Лаодикеагийн сүм рүү шилжсэн шилжилт нь гурав дахь тэнгэрэлчийн Лаодикеагийн хөдөлгөөн хэзээ нэг зуун дөчин дөрвөн мянгын Филадельфийн хөдөлгөөн рүү шилжихийг тодорхойлсон нэгэн замын тэмдэг байсан юм. Иймээс анхны Миллерит урам хугаралт нь тэдний хөдөлгөөн дуулгаваргүй байдал илэрхийлэлгүйгээр биелэгдсэн явдал нь эцсийн өдрүүд дэх мөнөөх адил замын тэмдгийн эсрэгцүүллийг өгсөн бөгөөд тэр үед гурав дахь тэнгэрэлчийн Лаодикеагийн хөдөлгөөн дуулгаваргүйтэж, урам хугаралтыг бий болгох бөгөөд тийнхүү Миллерит замын тэмдэгтэй нийцэн, нэг зуун дөчин дөрвөн мянгын хөдөлгөөн бол долоогоос гарсан найм дахь нь мөн гэдгийг харах логикийг бий болгоно.</w:t>
      </w:r>
    </w:p>
    <w:p>
      <w:pPr>
        <w:pStyle w:val="ArticleBody"/>
        <w:jc w:val="left"/>
      </w:pPr>
      <w:r>
        <w:rPr>
          <w:rFonts w:ascii="Times New Roman" w:hAnsi="Times New Roman" w:eastAsia="Times New Roman" w:cs="Times New Roman"/>
        </w:rPr>
        <w:t>2023 оны 7-р сард Эзэн Ням гаргийн хуулийн хямралд Өөрийн эцсийн өдрүүдийн ардыг бэлтгэхийн тулд “цөл дэх дуу хоолой”-г босгов. Тэгээд Тэр залбиралд саатсанаасаа шавь нар уруу эргэн ирэхдээ тэдэнд итгэлээ илэрхийлэх боломжийг өгсөн. Христийн өдрүүдэд энэ мэдээ нь Түүний баптисм байсан бөгөөд энэ нь Есүс Есүс Христ болсон цэг байлаа. Тэрхүү тэмдэгт зам 2001 оны 9-р сарын 11-тэй нийцдэг бөгөөд Түүний шавь нараас хүмүүс юу гэж бодож байгааг асуусан, дараа нь Христийн тухай шавь нар өөрсдөө юу гэж бодож байгааг асуусан.</w:t>
      </w:r>
    </w:p>
    <w:p>
      <w:pPr>
        <w:pStyle w:val="ArticleScripture"/>
        <w:jc w:val="left"/>
      </w:pPr>
      <w:r>
        <w:rPr>
          <w:rFonts w:ascii="Times New Roman" w:hAnsi="Times New Roman" w:eastAsia="Times New Roman" w:cs="Times New Roman"/>
        </w:rPr>
        <w:t>“Тэдэнтэй нийлснийхээ дараа Тэрээр өгөхөөр хүссэн зүйлээ тэр даруйд нь айлдсангүй. Үүнийг хийхээсээ өмнө, ирэх сорилтод бэхжихийн тулд Өөрт нь итгэх итгэлээ тэдэнд хүлээн зөвшөөрөн илэрхийлэх боломжийг өгсөн. Тэрээр, ‘Хүний Хүү Би хэн гэж хүмүүс ярьдаг вэ?’ гэж асуулаа.”</w:t>
      </w:r>
    </w:p>
    <w:p>
      <w:pPr>
        <w:pStyle w:val="ArticleScripture"/>
        <w:jc w:val="left"/>
      </w:pPr>
      <w:r>
        <w:rPr>
          <w:rFonts w:ascii="Times New Roman" w:hAnsi="Times New Roman" w:eastAsia="Times New Roman" w:cs="Times New Roman"/>
        </w:rPr>
        <w:t>“Харамсалтай нь, шавь нар Израильчууд өөрсдийн Мессиаг танин мэдэж чадаагүйг хүлээн зөвшөөрөхөд хүрсэн юм. Зарим нь үнэхээр Түүний гайхамшгуудыг хараад, Түүнийг Давидын Хүү хэмээн тунхагласан байв. Бетсайдад хооллогдсон олон түмэн Түүнийг Израилийн хаан болгон тунхаглахыг хүсэж байлаа. Олон хүн Түүнийг эш үзүүлэгч хэмээн хүлээн авахад бэлэн байсан; гэвч тэд Түүнийг Мессиа мөн гэдэгт итгээгүй.” The Desire of Ages, 411.</w:t>
      </w:r>
    </w:p>
    <w:p>
      <w:pPr>
        <w:pStyle w:val="ArticleBody"/>
        <w:jc w:val="left"/>
      </w:pPr>
      <w:r>
        <w:rPr>
          <w:rFonts w:ascii="Times New Roman" w:hAnsi="Times New Roman" w:eastAsia="Times New Roman" w:cs="Times New Roman"/>
        </w:rPr>
        <w:t>Адвентизмын дийлэнх олонх нь 2001 оны 9 дүгээр сарын 11-ний гурав дахь гайг итгээгүй. Тэд хөдөлгөөний хүрээнд танилцуулагдсан эш үзүүллэгийн Үгийн зарим гайхамшгийг итгэсэн бөгөөд зарим нь 2001 оны 9 дүгээр сарын 11-ний мэдээнд үнэний зарим элемент байсныг ойлгосон, гэвч тэд 2001 оны 9 дүгээр сарын 11-ний тухай мэдэгдлүүдэд үнэхээр итгээгүй.</w:t>
      </w:r>
    </w:p>
    <w:p>
      <w:pPr>
        <w:pStyle w:val="ArticleBody"/>
        <w:jc w:val="left"/>
      </w:pPr>
      <w:r>
        <w:rPr>
          <w:rFonts w:ascii="Times New Roman" w:hAnsi="Times New Roman" w:eastAsia="Times New Roman" w:cs="Times New Roman"/>
        </w:rPr>
        <w:t>2001 оны 9 дүгээр сарын 11-ний нэхэмжлэлийг 1840 оны 8 дугаар сарын 11-ний нэхэмжлэлээр хэв шинжлэн үзүүлсэн байсан бөгөөд 1840 оны 8 дугаар сарын 11-ний биелэлтийн талаар тайлбарлахдаа Уайт эгч тэрхүү нэхэмжлэлийг илэрхийлсэн юм. Тэрээр ийнхүү өгүүлжээ:</w:t>
      </w:r>
    </w:p>
    <w:p>
      <w:pPr>
        <w:pStyle w:val="ArticleScripture"/>
        <w:jc w:val="left"/>
      </w:pPr>
      <w:r>
        <w:rPr>
          <w:rFonts w:ascii="Times New Roman" w:hAnsi="Times New Roman" w:eastAsia="Times New Roman" w:cs="Times New Roman"/>
        </w:rPr>
        <w:t>“Яг заасан тэр цагт Турк улс өөрийн элчин төлөөлөгчдөөр дамжуулан Европын холбоот гүрнүүдийн хамгаалалтыг хүлээн авч, ийнхүү өөрийгөө Христийн шашинт үндэстнүүдийн хяналтад оруулсан юм. Энэ үйл явдал зөгнөлийг яг таг биелүүлсэн билээ. Энэ нь мэдэгдмэгц, олноороо хүмүүс Миллер болон түүний хамтрагчдын баримталсан эш үзүүллэгийг тайлбарлах зарчмуудын зөв болохыг хүлээн зөвшөөрч, Адвентийн хөдөлгөөнд гайхамшигт түлхэц өгөгдөв. Эрдэм боловсролтой, нийгэмд байр суурьтай хүмүүс Миллертэй нэгдэн, түүний үзэл санааг номлон тунхаглахын зэрэгцээ хэвлэн нийтлэх ажилд оролцсон бөгөөд 1840-өөс 1844 он хүртэл уг ажил хурдацтай өргөжин тэлсэн.” Агуу тэмцэл, 334, 335.</w:t>
      </w:r>
    </w:p>
    <w:p>
      <w:pPr>
        <w:pStyle w:val="ArticleBody"/>
        <w:jc w:val="left"/>
      </w:pPr>
      <w:r>
        <w:rPr>
          <w:rFonts w:ascii="Times New Roman" w:hAnsi="Times New Roman" w:eastAsia="Times New Roman" w:cs="Times New Roman"/>
        </w:rPr>
        <w:t>1840 оны 8 дугаар сарын 11-нд батлагдсан зүйл нь Миллерийн эш үзүүллэгийн талаарх үзэл зөв байсан явдал бөгөөд 2001 оны 9 дүгээр сарын 11-ний тухай мэдэгдэл нь Future for America-гийн эш үзүүллэгийн талаарх үзэл зөв болохын баталгаа юм. 2023 оны 7 дугаар сард гэмшээгүй олон түмэн Христээр зохион бүтээгдэж, Future for America-д даатгагдсан аргачлал нь үнэндээ хожмын борооны аргачлал мөн гэсэн үндэслэлийг хүлээн авч чадаагүй, мөн хүлээн авахыг ч хүсээгүй. Гэвч дараа нь Христ Өөрийн шавь нараас, олон түмэн юу гэж бодож байгааг бус, харин тэд өөрсдөө юу гэж бодож байгааг асуусан.</w:t>
      </w:r>
    </w:p>
    <w:p>
      <w:pPr>
        <w:pStyle w:val="ArticleScripture"/>
        <w:jc w:val="left"/>
      </w:pPr>
      <w:r>
        <w:rPr>
          <w:rFonts w:ascii="Times New Roman" w:hAnsi="Times New Roman" w:eastAsia="Times New Roman" w:cs="Times New Roman"/>
        </w:rPr>
        <w:t>Есүс энэ удаа шавь нарт нь хамаарах хоёр дахь асуултыг тавив: «Харин та нар Намайг хэн гэж хэлнэ вэ?» Петр хариуд нь: «Та бол Христ, амьд Бурханы Хүү мөн» гэв.</w:t>
      </w:r>
    </w:p>
    <w:p>
      <w:pPr>
        <w:pStyle w:val="ArticleScripture"/>
        <w:jc w:val="left"/>
      </w:pPr>
      <w:r>
        <w:rPr>
          <w:rFonts w:ascii="Times New Roman" w:hAnsi="Times New Roman" w:eastAsia="Times New Roman" w:cs="Times New Roman"/>
        </w:rPr>
        <w:t>“Анхнаасаа эхлэн Петр Есүсийг Мессиа хэмээн итгэж байв. Иохан Баптистын номлолоор гэмшилд хүрч, Христийг хүлээн авсан бусад олон хүн Иоханыг шоронд хорьж, улмаар цаазалсны дараа түүний үйлчлэлийн талаар эргэлзэж эхэлсэн; мөн тэд одоо өөрсдийн олон удаан хүсэн хүлээсэн Нэгэн болох Есүс үнэхээр Мессиа мөн эсэхэд эргэлзэх болов. Есүс Давидын сэнтийд Сууж, Өөрийн байр суурийг эзэлнэ хэмээн халуунаар найдаж байсан шавь нарын олонх нь Түүнд тийм санаа огт байгааг ойлгох үед Түүнийг орхин явжээ. Харин Петр болон түүний хамтрагчид үнэнч байдлаасаа няцаагүй. Өчигдөр магтаж, өнөөдөр буруутгадаг хүмүүсийн хувирамтгай байдал Аврагчийн жинхэнэ дагалдагчийн итгэлийг мөхөөсөнгүй. Петр: ‘Та бол Христ, амьд Бурханы Хүү мөн’ хэмээн тунхаглав. Тэрээр Эзэнийхээ толгой дээр хаадын алдрыг өргөхийг хүлээгээгүй, харин Түүнийг доромжлол дунд нь хүлээн авсан юм.”</w:t>
      </w:r>
    </w:p>
    <w:p>
      <w:pPr>
        <w:pStyle w:val="ArticleScripture"/>
        <w:jc w:val="left"/>
      </w:pPr>
      <w:r>
        <w:rPr>
          <w:rFonts w:ascii="Times New Roman" w:hAnsi="Times New Roman" w:eastAsia="Times New Roman" w:cs="Times New Roman"/>
        </w:rPr>
        <w:t>“Петр арван хоёрын итгэлийг илэрхийлсэн билээ. Гэвч шавь нар Христийн эрхэм зорилгыг ойлгохоос хараахан хол байв. Тахилчид болон удирдагчдын эсэргүүцэл, гуйвуулалт нь тэднийг Христээс холдуулж чадаагүй боловч тэдэнд ихээхэн төөрөгдөл учруулсаар байлаа. Тэд замаа тодорхой харж чадсангүй. Тэдний анхны хүмүүжлийн нөлөө, раввинуудын сургаал, уламжлалын хүч нь үнэний талаарх тэдний харааг мөн л халхалж байв. Есүсээс үнэт гэрлийн туяа үе үе тэдэн дээр тусаж байсан ч тэд олонтаа сүүдрийн дунд тэмтчин яваа хүмүүс мэт байв. Харин энэ өдөр, тэдний итгэлийн агуу сорилттой нүүр тулгарахаас өмнө, Ариун Сүнс хүч чадлаар тэдний дээр буусан юм. Хэсэг хугацаанд тэдний нүд ‘үзэгдэгч юмс’-аас зайлуулагдан, ‘үл үзэгдэгч юмс’-ыг харахад чиглэв. 2 Коринт 4:18. Хүн чанарын өнгөн дор тэд Бурханы Хүүгийн алдрыг ялган харсан билээ.”</w:t>
      </w:r>
    </w:p>
    <w:p>
      <w:pPr>
        <w:pStyle w:val="ArticleScripture"/>
        <w:jc w:val="left"/>
      </w:pPr>
      <w:r>
        <w:rPr>
          <w:rFonts w:ascii="Times New Roman" w:hAnsi="Times New Roman" w:eastAsia="Times New Roman" w:cs="Times New Roman"/>
        </w:rPr>
        <w:t>“Есүс Петрт хариулан айлдахдаа, ‘Симон Бар-Иона аа, чи ерөөлтэй еэ. Учир нь үүнийг чамд мах ба цус илчлээгүй, харин тэнгэр дэх Миний Эцэг илчилсэн юм’ гэв.” Эрин үеийн хүсэл, 412.</w:t>
      </w:r>
    </w:p>
    <w:p>
      <w:pPr>
        <w:pStyle w:val="ArticleBody"/>
        <w:jc w:val="left"/>
      </w:pPr>
      <w:r>
        <w:rPr>
          <w:rFonts w:ascii="Times New Roman" w:hAnsi="Times New Roman" w:eastAsia="Times New Roman" w:cs="Times New Roman"/>
        </w:rPr>
        <w:t>Петр Христосыг Бурханы Хүү мөн хэмээн хүлээн зөвшөөрсөн нь тэрхүү түүхийн шалгах асуултад шууд хариулсан юм. Бурханы эш үзүүллэгийн Үгээр тогтоогдсоны дагуу Мессиа үзэгдэх цаг ирсэн бөгөөд тэр үнэнийг хүлээн авсан хүмүүс л Петрийн мэдүүлгээр төлөөлөгдсөн хүмүүсийн дотор багтах байв. Петр 2001 оны 9 дүгээр сарын 11-нд тогтоогдсон мэдээг хүлээн авч, Есүсийг Бурханы Хүү мөн хэмээн хүлээн зөвшөөрдөг хүмүүсийг төлөөлдөг. “Петр арван хоёрын итгэлийг илэрхийлсэн” бөгөөд түүний төлөөлсөн арван хоёр нь нэг зуун дөчин дөрвөн мянга байв. Ийм учраас Христ уг хэсэгт Петрийн нэрийг Симон Бар-ионагаас Петр болгон өөрчилсөн юм.</w:t>
      </w:r>
    </w:p>
    <w:p>
      <w:pPr>
        <w:pStyle w:val="ArticleBody"/>
        <w:jc w:val="left"/>
      </w:pPr>
      <w:r>
        <w:rPr>
          <w:rFonts w:ascii="Times New Roman" w:hAnsi="Times New Roman" w:eastAsia="Times New Roman" w:cs="Times New Roman"/>
        </w:rPr>
        <w:t>“Симон” гэдэг нь “сонсдог нэгэн” гэсэн утгатай, “бар” гэдэг нь “-ын хүү” гэсэн утгатай, харин Иона гэдэг нь “тагтаа” гэсэн утгатай. Симон нь тагтааны мэдээг сонссон хүмүүсийг төлөөлж байсан бөгөөд тэрхүү тагтаа нь Есүс Христ болж, хүчээр тослогдох үед нь, Ариун Сүнс тагтааны дүрээр бууж ирснээр бэлгэдэн илэрхийлэгдсэнчлэн, Есүсийн баптисмтай холбоотой үнэнүүдийг төлөөлж байв.</w:t>
      </w:r>
    </w:p>
    <w:p>
      <w:pPr>
        <w:pStyle w:val="ArticleBody"/>
        <w:jc w:val="left"/>
      </w:pPr>
      <w:r>
        <w:rPr>
          <w:rFonts w:ascii="Times New Roman" w:hAnsi="Times New Roman" w:eastAsia="Times New Roman" w:cs="Times New Roman"/>
        </w:rPr>
        <w:t>Шинэчлэлийн шугамууд хоорондоо зэрэгцэн нийцдэг бөгөөд 1840 оны 8 дугаар сарын 11-нд бяцхан номыг идсэн Миллерчүүдийг Иохан төлөөлдөг. Иеремиа тэр үйл явдалтай дүйцэн нийцдэг бөгөөд тэрээр бяцхан номыг идэхэд Бурханы нэрээр дуудагдсан юм.</w:t>
      </w:r>
    </w:p>
    <w:p>
      <w:pPr>
        <w:pStyle w:val="ArticleScripture"/>
        <w:jc w:val="left"/>
      </w:pPr>
      <w:r>
        <w:rPr>
          <w:rFonts w:ascii="Times New Roman" w:hAnsi="Times New Roman" w:eastAsia="Times New Roman" w:cs="Times New Roman"/>
        </w:rPr>
        <w:t>Таны үгс олдсон тул би тэдгээрийг идсэн бөлгөө; Таны үг миний зүрхний баяр хөөр, цэнгэл болсон юм. Учир нь түмэн цэргийн Бурхан ЭЗЭН, би Таны нэрээр нэрлэгддэг билээ. Иеремиа 15:16.</w:t>
      </w:r>
    </w:p>
    <w:p>
      <w:pPr>
        <w:pStyle w:val="ArticleBody"/>
        <w:jc w:val="left"/>
      </w:pPr>
      <w:r>
        <w:rPr>
          <w:rFonts w:ascii="Times New Roman" w:hAnsi="Times New Roman" w:eastAsia="Times New Roman" w:cs="Times New Roman"/>
        </w:rPr>
        <w:t>Эзэн Абрамтай гэрээ байгуулахдаа, Сарай болон Иаковын нэрийг өөрчилсөнчлөн, түүний нэрийг Абрахам болгон өөрчилсөн. Нэрийг өөрчлөх нь гэрээний харилцааг илэрхийлдэг бөгөөд Тэнгэрлэг бэлгэдэл доош буух тэрхүү тэмдэгт цаг үед Бурханы ард түмэн захиасыг хүртэн хүлээн авч, гэрээнд орж, улмаар нэр нь өөрчлөгдөнө. Христийн үеийн шавь нарыг төлөөлөгчийн хувьд Симон Бар-иона “тагтаа”-ны захиасыг “сонссон” хүмүүсийг төлөөлж байв.</w:t>
      </w:r>
    </w:p>
    <w:p>
      <w:pPr>
        <w:pStyle w:val="ArticleBody"/>
        <w:jc w:val="left"/>
      </w:pPr>
      <w:r>
        <w:rPr>
          <w:rFonts w:ascii="Times New Roman" w:hAnsi="Times New Roman" w:eastAsia="Times New Roman" w:cs="Times New Roman"/>
        </w:rPr>
        <w:t>Тэрээр тэрхүү зааг тэмдэг дээр Есүс Христ болсон бөгөөд Тэр Бурханы Хүү мөн гэдгийг, мөн үүнээс урган гарах бүхнийг хүлээн зөвшөөрснөө гэрчлэн илэрхийлэхэд, Христ дараа нь түүний нэрийг Петр болгон өөрчилсөн. Тэрээр уг түүхэн үеийн Христийн гэрээний ард түмний хүлээн авсан мэдээг илэрхийлсэн бөгөөд ингэснээрээ тэрээр мөн эцсийн өдрүүдийн нэг зуун дөчин дөрвөн мянгыг бэлгэдэн төлөөлсөн юм.</w:t>
      </w:r>
    </w:p>
    <w:p>
      <w:pPr>
        <w:pStyle w:val="ArticleBody"/>
        <w:jc w:val="left"/>
      </w:pPr>
      <w:r>
        <w:rPr>
          <w:rFonts w:ascii="Times New Roman" w:hAnsi="Times New Roman" w:eastAsia="Times New Roman" w:cs="Times New Roman"/>
        </w:rPr>
        <w:t>“P” үсэг нь англи цагаан толгойн арван зургаа дахь үсэг бөгөөд “E” үсэг нь цагаан толгойн тав дахь үсэг, “T” үсэг нь хорь дахь үсэг, “E” үсэг давтагдаж, нэр нь арван найм дахь үсэг болох “R” үсгээр төгсдөг. Арван зургааг “үржих” тав, “үржих” хорь, “үржих” тав, “үржих” арван найм нь нэг зуун дөчин дөрвөн мянгатай тэнцэнэ. Гайхамшигт Хэлзүйч Петртэй еврей хэлээр ярьсан бөгөөд Шинэ Гэрээ грек хэлээр бичигдсэн, мөн Хаан Жеймсийн Хувилбарыг орчуулагчид Шинэ Гэрээг англи хэлээр бүтээсэн.</w:t>
      </w:r>
    </w:p>
    <w:p>
      <w:pPr>
        <w:pStyle w:val="ArticleBody"/>
        <w:jc w:val="left"/>
      </w:pPr>
      <w:r>
        <w:rPr>
          <w:rFonts w:ascii="Times New Roman" w:hAnsi="Times New Roman" w:eastAsia="Times New Roman" w:cs="Times New Roman"/>
        </w:rPr>
        <w:t>Хэлүүдийн ялгарал хэмээх гурван алхам байсан хэдий ч, Бурханы Хүү, Гайхамшигт Хэл Шинжээч, Гайхамшигт Тоологч болох Христ Матай арван зургаадугаар бүлэгт, Паниумын тулалдаан болон Түүний Кесари Филиппт айлчлалтай нийцэх, нэг зуун дөчин дөрвөн мянгыг лацдах тухай нэгэн дүрслэлийг байрлуулсан. Тэрээр үүнийг хэл ба тооны дээрх Өөрийн ноёрхлыг ашиглан үйлдсэн юм. Учир нь Тэр бол Палмони (Гайхамшигт Тоологч) мөн Үг (Гайхамшигт Хэл Шинжээч) билээ.</w:t>
      </w:r>
    </w:p>
    <w:p>
      <w:pPr>
        <w:pStyle w:val="ArticleBody"/>
        <w:jc w:val="left"/>
      </w:pPr>
      <w:r>
        <w:rPr>
          <w:rFonts w:ascii="Times New Roman" w:hAnsi="Times New Roman" w:eastAsia="Times New Roman" w:cs="Times New Roman"/>
        </w:rPr>
        <w:t>Бид энэ судалгааг дараагийн өгүүлэлд үргэлжлүүлэх болно.</w:t>
      </w:r>
    </w:p>
    <w:p>
      <w:pPr>
        <w:pStyle w:val="ArticleScripture"/>
        <w:jc w:val="left"/>
      </w:pPr>
      <w:r>
        <w:rPr>
          <w:rFonts w:ascii="Times New Roman" w:hAnsi="Times New Roman" w:eastAsia="Times New Roman" w:cs="Times New Roman"/>
        </w:rPr>
        <w:t>“Бараг хоёр мянган жилийн өмнө тэнгэрт, Бурханы сэнтийнээс, нууцлаг утга агуулсан нэгэн дуу хоолой сонсогдсон нь: ‘Харагтун, Би ирлээ’ гэсэн юм. ‘Та тахил ба өргөлийг хүсээгүй, харин Надад бие бэлтгэсэн билээ…. Харагтун, Би ирлээ (Намайг тухай Номын хуйлмалд бичигдсэн байдаг,) ай Бурхан, Таны хүслийг үйлдэхээр.’ Еврей 10:5–7. Эдгээр үгээр мөнхийн үеэс нуугдаж байсан зорилгын биелэлт тунхаглагдсан юм. Христ манай дэлхийд ирж, махбод болох гэж байсан билээ. Тэрээр, ‘Надад бие бэлтгэсэн билээ’ гэж айлддаг. Хэрэв Тэр ертөнц бий болохоос өмнө Эцэгтэй хамт Өөрт нь байсан тэр алдраар илэрсэнсэн бол бид Түүний оршихуйн гэрлийг тэсвэрлэж чадахгүй байх байсан. Бид үүнийг харж, мөхөлгүй байхын тулд Түүний алдрын илрэл халхлагдсан юм. Түүний бурханлаг чанар хүн чанараар хучигдсан,—үл үзэгдэх алдар нь харагдах хүний дүрээр бүрхэгдсэн байлаа.”</w:t>
      </w:r>
    </w:p>
    <w:p>
      <w:pPr>
        <w:pStyle w:val="ArticleScripture"/>
        <w:jc w:val="left"/>
      </w:pPr>
      <w:r>
        <w:rPr>
          <w:rFonts w:ascii="Times New Roman" w:hAnsi="Times New Roman" w:eastAsia="Times New Roman" w:cs="Times New Roman"/>
        </w:rPr>
        <w:t>“Энэхүү агуу зорилго хэв шинжүүд болон бэлгэдлүүдээр урьдчилан дүрслэгдсэн байв. Христ Мосед үзэгдсэн шатаж буй бут Бурханыг илчилсэн юм. Бурханыг төлөөлүүлэхээр сонгогдсон бэлгэдэл нь, үзэмж татах юмгүй мэт санагдах, дордхон нэгэн сөөг байлаа. Түүний дотор Хязгааргүй Нэгэн оршиж байв. Бүхнийг өршөөгч Бурхан Өөрийн алдрыг хамгийн даруу нэгэн хэв шинжийн дор халхалсан нь, Мосе түүн рүү харж амьд үлдэж чадахын тулд байв. Тийнхүү өдөр үүлэн баганаар, шөнө галан баганаар Бурхан Израильтай харилцаж, хүмүүст Өөрийн хүслийг илчилж, тэдэнд Өөрийн нигүүлслийг хүртээж байв. Бурханы алдар зөөлрүүлэгдэж, Түүний сүр жавхлан халхлагдсан нь, төгс бус хүмүүсийн сулхан хараа түүнийг харж чадахын тулд байлаа. Тийнхүү Христ ‘бидний дорд байдлын биеэр’ (Филиппой 3:21, R. V.), ‘хүмүүсийн дүртэйгээр’ ирэх учиртай байв. Ертөнцийн нүдэнд Түүнд тэднийг Өөрийг нь хүсэмжлүүлэх гоо үзэсгэлэн байсангүй; гэвч Тэрбээр бие махбодтой болсон Бурхан, тэнгэр ба газрын гэрэл мөн байв. Түүний алдар халхлагдаж, Түүний агуу байдал ба сүр жавхлан нуугдсан нь, Тэр уй гашууд автсан, соригдсон хүмүүст ойртон ирж чаддаг байхын тулд байлаа.</w:t>
      </w:r>
    </w:p>
    <w:p>
      <w:pPr>
        <w:pStyle w:val="ArticleScripture"/>
        <w:jc w:val="left"/>
      </w:pPr>
      <w:r>
        <w:rPr>
          <w:rFonts w:ascii="Times New Roman" w:hAnsi="Times New Roman" w:eastAsia="Times New Roman" w:cs="Times New Roman"/>
        </w:rPr>
        <w:t>“Бурхан Израилийн төлөө Мосед тушаан, ‘Тэд Надад зориулан ариун газрыг байгуулсугай; тэгвэл Би тэдний дунд оршин сууна’ (Египетээс гарсан нь 25:8) хэмээсэн бөгөөд Тэр Өөрийн ард түмний дунд, ариун газарт оршин байв. Цөлийн турш тэдний туулсан бүх эцээлтэй хэрэн хэсэлтийн үед Түүний оршихуйн бэлгэдэл тэдэнтэй хамт байлаа. Үүнчлэн Христ Өөрийн асрыг бидний хүний буудалласан хүрээний дунд босгов. Тэр бидний дунд оршин сууж, биднийг Өөрийн тэнгэрлэг зан чанар ба амьдралтай танил болгохын тулд хүмүүсийн асруудын хажууд Өөрийн майхныг барив. ‘Үг махбод болж, бидний дунд асарч байв (мөн бид Түүний алдрыг, Эцгээс ирсэн Цорын Ганцынх мэт алдрыг харсан), нигүүлсэл ба үнэнээр дүүрэн байлаа.’ Иохан 1:14, R. V., захын тайлбар.”</w:t>
      </w:r>
    </w:p>
    <w:p>
      <w:pPr>
        <w:pStyle w:val="ArticleScripture"/>
        <w:jc w:val="left"/>
      </w:pPr>
      <w:r>
        <w:rPr>
          <w:rFonts w:ascii="Times New Roman" w:hAnsi="Times New Roman" w:eastAsia="Times New Roman" w:cs="Times New Roman"/>
        </w:rPr>
        <w:t>“Есүс бидэнтэй хамт оршин суухаар ирсэн тул Бурхан бидний сорилтуудыг мэддэг бөгөөд бидний уй гашууд энэрэнгүйгээр хамтран шаналдгийг бид мэднэ. Адамын хүү, охин бүр бидний Бүтээгч нүгэлтнүүдийн анд мөн гэдгийг ойлгож чадна. Учир нь нигүүлслийн сургаал бүрд, баяр хөөрийн амлалт бүрд, хайр энэрлийн үйлс бүрд, Аврагчийн газар дээрх амьдралд илэрхийлэгдсэн тэнгэрлэг таталцал бүрд бид “Бурхан бидэнтэй хамт” хэмээх үнэнийг хардаг.”</w:t>
      </w:r>
    </w:p>
    <w:p>
      <w:pPr>
        <w:pStyle w:val="ArticleScripture"/>
        <w:jc w:val="left"/>
      </w:pPr>
      <w:r>
        <w:rPr>
          <w:rFonts w:ascii="Times New Roman" w:hAnsi="Times New Roman" w:eastAsia="Times New Roman" w:cs="Times New Roman"/>
        </w:rPr>
        <w:t>“Сатан Бурханы хайрын хуулийг хувиа хичээсэн хэм хэмжээ мэтээр дүрслэн үзүүлдэг. Тэр бидэнд түүний тушаалуудыг дагах нь боломжгүй гэж тунхагладаг. Бидний анхны эцэг эхийн уналт, түүнээс улбаалан гарсан бүх гай зовлонг тэр Бүтээгчид тохож, хүмүүсийг Бурханыг нүгэл, зовлон, үхлийн эх сурвалж хэмээн харахад хүргэдэг. Есүс энэ мэхлэлтийг илчлэх ёстой байсан. Бидний нэгэн адил Тэр дуулгаварт байдлын жишээг үзүүлэх ёстой байв. Үүний тулд Тэр бидний мөн чанарыг Өөртөө авч, бидний туулдаг зүйлсээр дамжин өнгөрсөн. ‘Бүх юманд Тэр ах дүү нартайгаа адил болох нь зохистой байлаа.’ Еврей 2:17. Хэрэв Есүсийн тэвчээгүй ямар нэг зүйлийг бид туулах ёстой байсан бол, яг энэ талаар Сатан Бурханы хүчийг бидэнд хүрэлцээгүй хэмээн дүрслэх байсан. Тиймээс Есүс ‘бүх талаар бидэнтэй адил соригдсон.’ Еврей 4:15. Тэр бидний өртдөг сорилт бүрийг тэвчсэн. Мөн Тэр Өөрийнхөө төлөө бидэнд чөлөөтэй санал болгогдоогүй ямар ч хүчийг хэрэглээгүй. Хүн болж, Тэр уруу таталттай тулж, Бурханаас Өөрт нь өгөгдсөн хүчээр ялсан. Тэр, ‘Миний Бурхан аа, Таны хүслийг биелүүлэхэд би баярладаг; тийм ээ, Таны хууль Миний зүрхэнд байна’ гэж айлддаг. Дуулал 40:8. Тэр сайн үйл хийж, Сатанд зовогсдыг бүгдийг эдгээж явахдаа, Бурханы хуулийн мөн чанар болон Түүнд үйлчлэхийн жинхэнэ чанарыг хүмүүст тодорхой харуулсан. Түүний амьдрал Бурханы хуулийг бид ч мөн сахиж чадна гэдгийг гэрчилдэг.”</w:t>
      </w:r>
    </w:p>
    <w:p>
      <w:pPr>
        <w:pStyle w:val="ArticleScripture"/>
        <w:jc w:val="left"/>
      </w:pPr>
      <w:r>
        <w:rPr>
          <w:rFonts w:ascii="Times New Roman" w:hAnsi="Times New Roman" w:eastAsia="Times New Roman" w:cs="Times New Roman"/>
        </w:rPr>
        <w:t>“Өөрийн хүн чанараараа Христ хүн төрөлхтөнд хүрсэн; Өөрийн бурханлаг чанараараа Тэр Бурханы сэнтийг атгадаг. Хүний Хүүгийн хувьд Тэр бидэнд дуулгавартай байдлын үлгэр жишээг өгсөн; Бурханы Хүүгийн хувьд Тэр бидэнд дуулгавартай байх хүчийг өгдөг. Хореб уулан дахь шатаж буй бутнаас Мосед хандан: ‘БИ БАЙДАГ НЬ БИ БАЙДАГ…. Израилийн хөвгүүдэд ийнхүү хэлэгтүн, БИ БАЙДАГ НЬ намайг та нар уруу илгээв’ хэмээн айлдсан нь Христ мөн байсан. Египетээс гарсан нь 3:14. Энэ нь Израилийн чөлөөлөлтийн баталгаа байв. Иймээс Тэр ‘хүний дүртэйгээр’ ирэхдээ Өөрийгөө БИ БАЙДАГ НЬ хэмээн тунхагласан. Бетлехемийн Хүүхэд, дөлгөөн бөгөөд даруу Аврагч бол ‘махан биед илэрсэн’ Бурхан мөн. 1 Тимот 3:16. Тэгээд Тэр бидэнд ийн айлддаг: ‘БИ бол Сайн Хоньчин.’ ‘БИ бол амьд Талх.’ ‘БИ бол Зам, Үнэн, амь мөн.’ ‘Тэнгэрт болон газарт буй бүх эрх мэдэл Надад өгөгдсөн.’ Иохан 10:11; 6:51; 14:6; Матай 28:18. БИ БАЙДАГ НЬ бол амлалт бүрийн баталгаа юм. БИ БАЙДАГ НЬ; бүү ай. ‘Бидэнтэй хамт Бурхан’ гэдэг нь нүглээс аврагдах бидний чөлөөлөлтийн барьцаа, мөн тэнгэрийн хуулийг дуулгавартай дагах хүч чадлын маань баталгаа юм.” Хүсэл болсон эрин үе, 23, 24.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Нэг Зуун Наян Хоёрдугаар Хэсэг</dc:title>
  <dc:subject>Зөгнөлийн холбоод ба тулалдаанууд: Эртний Селевкээс орчин үеийн геополитик хүртэл</dc:subject>
  <dc:creator>Jeff Pippenger</dc:creator>
  <cp:keywords/>
  <dc:description>Generated by ArticleDigger from daniel\182_daniel.json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