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Наян Гурав</w:t>
      </w:r>
    </w:p>
    <w:p>
      <w:pPr>
        <w:pStyle w:val="ArticleSubtitle"/>
        <w:jc w:val="left"/>
      </w:pPr>
      <w:r>
        <w:rPr>
          <w:rFonts w:ascii="Arial" w:hAnsi="Arial" w:eastAsia="Arial" w:cs="Arial"/>
        </w:rPr>
        <w:t>Мөнхийн Суурь: Зөгнөлийн түүхэн дэх Христ ба Итгэгчийн Итгэл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2024-04-13</w:t>
      </w:r>
    </w:p>
    <w:p>
      <w:pPr>
        <w:pStyle w:val="ArticleBody"/>
        <w:jc w:val="left"/>
      </w:pPr>
      <w:r>
        <w:rPr>
          <w:rFonts w:ascii="Times New Roman" w:hAnsi="Times New Roman" w:eastAsia="Times New Roman" w:cs="Times New Roman"/>
        </w:rPr>
        <w:t>Петрийн хүлээн зөвшөөрсөн тэрхүү “үнэн” нь итгэгчийн итгэлийн суурь мөн. Энэ нь Христ Өөрөө мөнх амь мөн хэмээн тунхагласан зүйл юм. Тэрхүү “үнэн” нь Христийн хоёр талыг тодорхойлсон. Нэгдүгээрт, Христ бол эш үзүүллэгийн түүхийн нэгэн бүрэлдэхүүн хэсэг юм. Эш үзүүллэгийн түүхийн үйл явдлуудыг төлөөлдөг тэмдэгтүүд нь Христийг төлөөлдөг. Түүний эдгээр үйл явдлуудтай холбогдсон байдал нь эш үзүүллэгийн ариун тэмдэгтүүдийн ариун чанарыг илтгэж, мөн Эгч Уайт яагаад бид тэмдэгтүүдийг хамгаалах ёстой гэж маш олонтаа хэлсэн болохын учрыг өгдөг; учир нь тэдгээр тэмдэгтүүд нь Есүс Христийг төлөөлдөг. Христийн цаг үед сорилтын сэдвийг төлөөлсөн тэмдэгт нь Түүний баптисм байсан бөгөөд энэ нь ариун шинэчлэлийн шугамууд дахь Бурханы бэлгэ тэмдгийн буултаар ялгардаг бусад үйл явдлуудтай нийцэж байсан юм.</w:t>
      </w:r>
    </w:p>
    <w:p>
      <w:pPr>
        <w:pStyle w:val="ArticleBody"/>
        <w:jc w:val="left"/>
      </w:pPr>
      <w:r>
        <w:rPr>
          <w:rFonts w:ascii="Times New Roman" w:hAnsi="Times New Roman" w:eastAsia="Times New Roman" w:cs="Times New Roman"/>
        </w:rPr>
        <w:t>Мосегийн шинэчлэлийн шугамд Бурханлаг чанар бүтээгч нь бүтээлтэйгээ нэгдсэний бэлгэдэл болсон шатаж буй бутанд бууж ирэн оршсон. Дал жилийн төгсгөл дэх шинэчлэлийн шугамд Михаил эхний зарлигийг урагшлуулахын тулд Кирусыг хүчирхэгжүүлэхээр бууж ирсэн бөгөөд үүнтэй зэрэгцэн Даниел Христийн дүр төрхөд өөрчлөгдсөн. Христийн шинэчлэлийн шугамд Ариун Сүнс Бурханы Хүүг тослохын тулд тагтааны хэлбэрээр бууж ирсэн нь Бурханлаг чанар хүн төрөлхтөнтэй нэгдсэний бэлгэдэл байв. Миллеритуудын түүхэнд 1840 оны 8 дугаар сарын 11-нд бууж ирсэн тэнгэрэлч нь “Есүс Христээс өөр дутуугүй нэгэн” байсан бөгөөд идэгдэх ёстой бяцхан номтойгоор бууж ирсэн, мөн Тэр Өөрөө тэрхүү бяцхан ном байв. Тэнд Тэрээр Тэнгэрийн Талхны мах ба цусыг идэж ууснаар Бурханлаг чанар хүн төрөлхтөнтэй нэгдэх явдал биелдгийг харуулсан.</w:t>
      </w:r>
    </w:p>
    <w:p>
      <w:pPr>
        <w:pStyle w:val="ArticleBody"/>
        <w:jc w:val="left"/>
      </w:pPr>
      <w:r>
        <w:rPr>
          <w:rFonts w:ascii="Times New Roman" w:hAnsi="Times New Roman" w:eastAsia="Times New Roman" w:cs="Times New Roman"/>
        </w:rPr>
        <w:t>Ариун түүх нь Христийн оршихуйгаар биежсэн учраас ариун юм. Ирээдүйн үйл явдлуудыг тодорхойлдог Бурханы Үгийн эш үзүүллэгүүд нь Есүс Христ мөн, учир нь Тэр бол “Үг” юм. Тэдгээр эш үзүүллэг түүхэнд биелэх үед, тэрхүү үйл явдлууд нь Түүний Үгийн биелэлтийг илэрхийлдэг бөгөөд Түүний Үг бол Үнэн мөн. Эш үзүүллэгийг дэвшүүлдэг нь Түүний Үг бөгөөд үйл явдал тохиоход биелдэг нь мөн Түүний Үг тул эхэнд ч, төгсгөлд ч Есүс Христ байдаг; учир нь Тэр бол Альфа ба Омега мөн. Иймээс Петр Есүсийг Христ бөгөөд амьд Бурханы Хүү хэмээн тунхаглахдаа, Есүс Христ байсан нэгэн замын тэмдгийг, мөн эцсийн өдрүүдэд төгс биеллээ олох замын тэмдгийг зааж байсан юм. 2001 оны 9 дүгээр сарын 11 нь Христийн төгс биелэлт байсан юм.</w:t>
      </w:r>
    </w:p>
    <w:p>
      <w:pPr>
        <w:pStyle w:val="ArticleBody"/>
        <w:jc w:val="left"/>
      </w:pPr>
      <w:r>
        <w:rPr>
          <w:rFonts w:ascii="Times New Roman" w:hAnsi="Times New Roman" w:eastAsia="Times New Roman" w:cs="Times New Roman"/>
        </w:rPr>
        <w:t>2001 оны 9 дүгээр сарын 11-ний эш үзүүллэгийн биеллийг үгүйсгэнэ гэдэг нь амьд Бурханы Хүү Христийг үгүйсгэж буй хэрэг юм. Петрийн илэрхийлсэн тэрхүү үнэн нь “итгэгчийн итгэлийн суурь” байсан бөгөөд 2001 оны 9 дүгээр сарын 11-нд Христ Өөрийн эцсийн өдрүүдийн ард түмнийг Иеремиагийн “эртний жимүүд” уруу дахин удирдсан ба тэдгээр нь эхний болон гурав дахь тэнгэрэлчийн мэдээнүүдийн хөдөлгөөний “суурь”-ийг төлөөлдөг. Петр нь дөрвөн тэнгэрэлч дөрвөн салхийг тогтоон барьж байх хугацаанд лацдуулагддаг нэг зуун дөчин дөрвөн мянгыг төлөөлсөн. Лацдах хугацаа нь эш үзүүллэгийн тодорхой нэгэн үе бөгөөд 2001 оны 9 дүгээр сарын 11-нээс эхлэн удахгүй ирэх Ням гаргийн хууль хүртэл үргэлжилнэ. Есүс аливаа зүйлийн төгсгөлийг үргэлж тухайн зүйлийн эхлэлээр дүрслэн үзүүлдэг.</w:t>
      </w:r>
    </w:p>
    <w:p>
      <w:pPr>
        <w:pStyle w:val="ArticleBody"/>
        <w:jc w:val="left"/>
      </w:pPr>
      <w:r>
        <w:rPr>
          <w:rFonts w:ascii="Times New Roman" w:hAnsi="Times New Roman" w:eastAsia="Times New Roman" w:cs="Times New Roman"/>
        </w:rPr>
        <w:t>Битүүмжлэх цагийн эхэнд Илчлэлт арван наймын тэнгэрэлч баптисмын үеэр Ариун Сүнс бууж ирсэнчлэн бууж ирсэн бөгөөд тэрхүү тэнгэрэлч нь “Есүс Христээс дутуугүй нэгэн бие хүн” байсан. Учир нь Миллерийн хөдөлгөөний түүхэнд Өөрийн алдраар дэлхийг гэрэлтүүлэхээр бууж ирсэн тэнгэрэлч нь “Есүс Христээс дутуугүй нэгэн бие хүн” байсан юм. Удахгүй ирэх Ням гаргийн хуулийн үед “Есүс Христээс дутуугүй нэгэн бие хүн” дахин бууж ирж, Өөрийн нөгөө хонин сүргийг Вавилоноос дуудахдаа Илчлэлт арван наймын хоёр мэдээний хоёр дахийг толилуулна. Битүүмжлэх цагийн үеийн дунд үед нэгэн тэнгэрэлч бууж ирсэн нь Миллерийн хөдөлгөөний анхны урам хугарлын үеэр, 1844 оны 4 дүгээр сарын 19-нд хоёр дахь тэнгэрэлч бууж ирсэнтэй адил байв.</w:t>
      </w:r>
    </w:p>
    <w:p>
      <w:pPr>
        <w:pStyle w:val="ArticleBody"/>
        <w:jc w:val="left"/>
      </w:pPr>
      <w:r>
        <w:rPr>
          <w:rFonts w:ascii="Times New Roman" w:hAnsi="Times New Roman" w:eastAsia="Times New Roman" w:cs="Times New Roman"/>
        </w:rPr>
        <w:t>Тэр хоёр дахь тэнгэрэлчийн ирэлт болон 1844 оны 10-р сарын 22-нд гурав дахь тэнгэрэлчийн ирэлтийн хооронд, Шөнө дундын Хашхирааны мэдээ ирэх үед хоёр дахь тэнгэрэлчид хүч нэмэхээр олон тэнгэрэлч илгээгдсэн юм. Эдгээр тэнгэрэлч Миллерийн хөдөлгөөний түүхэнд ирсэн үеийн талаар өгүүлэхдээ, Эгч Уайт эдгээр мэдээг няцаасан хүмүүс Христийг цовдолсон иудейчүүдийн адил, яг үнэхээр Христийг цовдолсон хэмээн бидэнд мэдэгдүүлдэг.</w:t>
      </w:r>
    </w:p>
    <w:p>
      <w:pPr>
        <w:pStyle w:val="ArticleScripture"/>
        <w:jc w:val="left"/>
      </w:pPr>
      <w:r>
        <w:rPr>
          <w:rFonts w:ascii="Times New Roman" w:hAnsi="Times New Roman" w:eastAsia="Times New Roman" w:cs="Times New Roman"/>
        </w:rPr>
        <w:t>“Иудейчүүд Есүсийг цовдолсонтой адил, нэр төдий сүмүүд эдгээр мэдээг цовдолсныг би харсан; тиймээс тэд Нэн Ариун Газарт орох замын талаар ямар ч мэдлэггүй бөгөөд тэнд явагдах Есүсийн зуучлалаас тэд ашиг хүртэж чадахгүй.” Early Writings, 261.</w:t>
      </w:r>
    </w:p>
    <w:p>
      <w:pPr>
        <w:pStyle w:val="ArticleBody"/>
        <w:jc w:val="left"/>
      </w:pPr>
      <w:r>
        <w:rPr>
          <w:rFonts w:ascii="Times New Roman" w:hAnsi="Times New Roman" w:eastAsia="Times New Roman" w:cs="Times New Roman"/>
        </w:rPr>
        <w:t>Тэнгэрэлчүүдээр төлөөлүүлсэн мэдээнүүдийг няцаах үед энэ нь Христийг цовдолсныг илэрхийлдэг. Учир нь Тэр Өөрөө тэдгээр мэдээ болон тэдгээрийн түүхэн биеллийг биечлэн илэрхийлдэг. 2020 оны 7-р сарын 18-нд “Есүс Христээс дутахгүй нэгэн Бодгаль” бууж ирсэн нь анхны урам хугарал болон саатлын цагийн эхлэлийг тэмдэглэв. Гудамжинд алагдсан Түүний эцсийн өдрүүдийн ард түмний үхмэл хуурай яснууд хүмүүсийг амьдралд эргүүлэн авчирч чадах цорын ганц Дуу хоолойг сонссоноор сэрээгдэх ёстой байв.</w:t>
      </w:r>
    </w:p>
    <w:p>
      <w:pPr>
        <w:pStyle w:val="ArticleScripture"/>
        <w:jc w:val="left"/>
      </w:pPr>
      <w:r>
        <w:rPr>
          <w:rFonts w:ascii="Times New Roman" w:hAnsi="Times New Roman" w:eastAsia="Times New Roman" w:cs="Times New Roman"/>
        </w:rPr>
        <w:t>Үнэнээр, үнэнээр Би та нарт хэлье, цаг ирж байна, бүр эдүгээ ч ирсэн байна: үхэгсэд Бурханы Хүүгийн дуу хоолойг сонсох бөгөөд, сонсогсод нь амьдрах болно. Учир нь Эцэг Өөртөө амьтай байдгийн адил, Хүүд ч мөн Өөртөө амьтай байхыг өгсөн юм; мөн Тэр хүний Хүү учраас шүүлт үйлдэх эрх мэдлийг Түүнд өгсөн юм. Үүнд бүү гайх; учир нь булшинд буй бүхэн Түүний дуу хоолойг сонсох цаг ирж байна. Тэгээд тэд гарч ирнэ; сайныг үйлдсэн нь амийн амилалтад, мууг үйлдсэн нь ял шийтгэлийн амилалтад хүрнэ. Иохан 5:25–29.</w:t>
      </w:r>
    </w:p>
    <w:p>
      <w:pPr>
        <w:pStyle w:val="ArticleBody"/>
        <w:jc w:val="left"/>
      </w:pPr>
      <w:r>
        <w:rPr>
          <w:rFonts w:ascii="Times New Roman" w:hAnsi="Times New Roman" w:eastAsia="Times New Roman" w:cs="Times New Roman"/>
        </w:rPr>
        <w:t>2023 оны 7-р сард Түүний дуу хоолой үхсэн хуурай ясыг амилуулсан бөгөөд үүний дараа Альфа ба Омега лацдах цагийн эхлэлийг дахин давтсан юм. Учир нь 2023 оны 7-р сар лацдах цагийн төгсгөлийн үеийг тэмдэглэж байна. Тэгээд Түүний ард түмэн Иеремиагийн эртний замууд руу, Миллеритүүдийн түүхийн суурь үндсүүд рүү дахин дуудагдсан. Миллеритүүдийн эхлэл ба төгсгөлийн суурь мэдээ нь Миллеритүүдийн түүхийн эхний ба сүүлчийн мэдээнүүд байсан бөгөөд тэр нь Левит номын хорин зургаадугаар бүлгийн “долоон цаг” байв.</w:t>
      </w:r>
    </w:p>
    <w:p>
      <w:pPr>
        <w:pStyle w:val="ArticleBody"/>
        <w:jc w:val="left"/>
      </w:pPr>
      <w:r>
        <w:rPr>
          <w:rFonts w:ascii="Times New Roman" w:hAnsi="Times New Roman" w:eastAsia="Times New Roman" w:cs="Times New Roman"/>
        </w:rPr>
        <w:t>2023 оны долоодугаар сард Бурханы эцсийн өдрийн ард түмэнд бяцхан номыг авч идэхийг дахин тушаав. Тэд бяцхан номыг идэхдээ, Илчлэлт номын есдүгээр бүлгийн гурав дахь Гайгийн мэдээг (зүүнээс ирэх мэдээ) болон Даниел номын арван нэгдүгээр бүлгийн мэдээг (хойноос ирэх мэдээ) хүлээн зөвшөөрөх эсэх нь тэднээр шалгагдана. Энэхүү шалгалтын үйл явц нь тэднийг Даниел номын арван нэгдүгээр бүлгийн арван гуравнаас арван тавдугаар эшлэлүүдэд хүргэдэг бөгөөд энэ нь Паниумын тулалдаан, өөрөөр хэлбэл Кесари Филипп бөгөөд Түүний дуу хоолойг сонссон хоёр ангилал илэрхийлэгдэх Шөнө дундын Хашхирааны мэдээ юм. Нэг ангилал нь “сайныг үйлдсэн нь амийн амилалтад; харин мууг үйлдсэн нь ял шийтгэлийн амилалтад” хүрнэ.</w:t>
      </w:r>
    </w:p>
    <w:p>
      <w:pPr>
        <w:pStyle w:val="ArticleBody"/>
        <w:jc w:val="left"/>
      </w:pPr>
      <w:r>
        <w:rPr>
          <w:rFonts w:ascii="Times New Roman" w:hAnsi="Times New Roman" w:eastAsia="Times New Roman" w:cs="Times New Roman"/>
        </w:rPr>
        <w:t>Нэг зуун дөчин дөрвөн мянгыг лацдах үед гурван дуу хоолой байдаг бөгөөд тэдгээр нь бүгдээрээ “Есүс Христээс өөр хэн ч биш Нэгэний дуу хоолой” юм. Илчлэл арван наймдугаар бүлгийн эхний дуу хоолой Бурханы нэгэн хүрэлтээр Нью-Йорк хотын агуу барилгууд нураан унагагдах үед сонсогдов. Хоёр дахь дуу хоолой нь үхэгсдийг булшнаас нь дуудан гаргадаг тэргүүн тэнгэрэлч Михаелын дуу хоолой юм. Гурав дахь дуу хоолой нь Илчлэл арван наймдугаар бүлгийн хоёр дахь дуу хоолой бөгөөд Илчлэл арван нэгдүгээр бүлгийн “агуу газар хөдлөлт”-ийн цагт Түүний өөр хоньдыг Вавилоноос дуудан гаргадаг. Петрийн Кесари Филиппид хийсэн хүлээн зөвшөөрлийн төгс биелэл нь Христ Өөрийн эцсийн өдрүүдийн ард түмнийг “сүүлчийн өдрүүдэд хамаарах Даниелын эш үзүүллэгийн тэр хэсэг” рүү удирдах үед хийгдэнэ.</w:t>
      </w:r>
    </w:p>
    <w:p>
      <w:pPr>
        <w:pStyle w:val="ArticleBody"/>
        <w:jc w:val="left"/>
      </w:pPr>
      <w:r>
        <w:rPr>
          <w:rFonts w:ascii="Times New Roman" w:hAnsi="Times New Roman" w:eastAsia="Times New Roman" w:cs="Times New Roman"/>
        </w:rPr>
        <w:t>Даниел 11-ийн арван гуравдахаас арван тавдугаар ишлэл хүртэлх Паниум нь Шөнө дундын Хашхирааны мэдээг тодорхойлон илтгэдэг, лацлагдан битүүмжлэгдсэн Даниелын эш үзүүллэгийн “хэсэг” мөн. Паниум бол 1844 оны наймдугаар сард болсон Эксетерийн хуарангийн цуглаан бөгөөд Дональд Трампын хоёр дахь бүрэн эрхийн хугацаанд биелэх түүх мөн, түүнчлэн нэг зуун дөчин дөрвөн мянгын духан дээр Бурханы тамгыг дардаг эш үзүүллэгийн мэдээ юм. Бидний одоо судалж буй эдгээр ишлэлүүд бол маш ариун газар мөн.</w:t>
      </w:r>
    </w:p>
    <w:p>
      <w:pPr>
        <w:pStyle w:val="ArticleScripture"/>
        <w:jc w:val="left"/>
      </w:pPr>
      <w:r>
        <w:rPr>
          <w:rFonts w:ascii="Times New Roman" w:hAnsi="Times New Roman" w:eastAsia="Times New Roman" w:cs="Times New Roman"/>
        </w:rPr>
        <w:t>“Петрын хүлээн зөвшөөрсөн тэр үнэн нь итгэгчийн итгэлийн суурь мөн. Энэ нь Христ Өөрөө мөнх амь гэж тунхагласан зүйл юм. Гэвч энэ мэдлэгийг эзэмшсэн явдал нь өөрийгөө алдаршуулах үндэс огтхон ч биш байв. Энэ нь Петрт өөрийнх нь ямар ч мэргэн ухаан, эсвэл сайн чанарын улмаас илчлэгдээгүй юм. Хүн төрөлхтөн өөрөөсөө, өөрийн хүчээр, Бурханы тухай мэдлэгт хэзээ ч хүрч үл чадна. ‘Тэр нь тэнгэрээс өндөр; чи юу хийж чадах билээ? Үхэгсдийн орноос гүн; чи юу мэдэж чадах билээ?’ Иов 11:8. Зөвхөн үрчлэлийн Сүнс л бидэнд Бурханы гүн зүйлсийг илчилж чадна. Тэр зүйлсийг ‘нүд үзээгүй, чих сонсоогүй, хүний зүрхэнд ч орж байгаагүй.’ ‘Харин Бурхан тэдгээрийг Өөрийн Сүнсээр дамжуулан бидэнд илчилсэн; учир нь Сүнс бүхнийг, бүр Бурханы гүн зүйлсийг ч нэвт шинжилдэг.’ 1 Коринт 2:9, 10. ‘ЭЗЭНий нууц нь Түүнээс эмээгчидтэй хамт байдаг;’ мөн Петр Христийн алдрыг танин мэдсэн явдал нь түүнийг ‘Бурханаар заалгасан’ байсны гэрч юм. Дуулал 25:14; Иохан 6:45. Аа, үнэхээр, ‘Ерөөлтэй еэ, Симон Бар-Иона; учир нь мах ба цус үүнийг чамд илчилсэнгүй.’”</w:t>
      </w:r>
    </w:p>
    <w:p>
      <w:pPr>
        <w:pStyle w:val="ArticleScripture"/>
        <w:jc w:val="left"/>
      </w:pPr>
      <w:r>
        <w:rPr>
          <w:rFonts w:ascii="Times New Roman" w:hAnsi="Times New Roman" w:eastAsia="Times New Roman" w:cs="Times New Roman"/>
        </w:rPr>
        <w:t>“Есүс цааш нь: ‘Би чамд мөн хэлье, чи бол Петр, энэ хад чулуун дээр Би Өөрийн чуулганыг байгуулна; тамын үүднүүд түүнийг дийлэхгүй’ гэж айлдав. Петр гэдэг үг нь чулуу, өөрөөр хэлбэл өнхөрдөг чулуу гэсэн утгатай. Петр бол чуулган үндэслэгдсэн тэр хад чулуу байгаагүй. Тэрээр Эзэнээ харааж, тангараглан үгүйсгэхэд тамын үүднүүд түүний эсрэг үнэхээр дийлсэн билээ. Чуулган нь тамын үүднүүд дийлж чадшгүй Нэгэн дээр байгуулагдсан юм.” The Desire of Ages, 413</w:t>
      </w:r>
    </w:p>
    <w:p>
      <w:pPr>
        <w:pStyle w:val="ArticleBody"/>
        <w:jc w:val="left"/>
      </w:pPr>
      <w:r>
        <w:rPr>
          <w:rFonts w:ascii="Times New Roman" w:hAnsi="Times New Roman" w:eastAsia="Times New Roman" w:cs="Times New Roman"/>
        </w:rPr>
        <w:t>Христийн Кесари Филиппид Өөрийн шавь нарт толилуулж байсан мэдээ нь Шөнө дундын Хашхирааны мэдээ байсан бөгөөд мөн тийм хэвээр байдаг; энэ нь сүнслэг дайны нөхцөл дунд байрладаг бөгөөд тэрхүү дайн нь сүмийг нь “тамын хаалга” хэмээн нэрлэдэг байсан Грекийн бурхан Пан болон газрын араатны урвагч хоёр эвэрийн хооронд өрнөдөг. Маккабичууд нь Бурханы урвасан ард түмэн байсан бөгөөд тэд Грекийн шашны эсрэг дайтаж байхдаа өөрсдийгөө Бурханы сүмийн хамгаалагчид хэмээн тунхаглаж байв. Тэд өөрсдийгөө шашны ч, улс төрийн ч удирдагчид хэмээн тодорхойлж байлаа. Тэдгээр нь одоо АНУ-ын засгийн газартай хамтран араатны дүрийг байгуулж, глобалистуудын wokе-изм болон Эх Дэлхийн шашны эсрэг дайтаж буй унасан тэрхүү сүмүүдийн урвасан Протестантизмыг төлөөлдөг. Урвагч эвэрүүд глобализмын шашин, улс төрийн бүрэлдэхүүнүүдтэй хийх тэмцэлдээ дийлдэг бөгөөд үүнтэй нэгэн зэрэг жинхэнэ Протестант эвэр нь тэнэг онгон охидын эцсийн үлдэгдлийг зайлуулснаар ариусгагдаж, удахгүй ирэх Ням гарагийн хуулийн “их газар хөдлөлт”-ийн үед туг тэмдэг болгон өргөгдөхийн өмнө бэлтгэгдэж байна.</w:t>
      </w:r>
    </w:p>
    <w:p>
      <w:pPr>
        <w:pStyle w:val="ArticleBody"/>
        <w:jc w:val="left"/>
      </w:pPr>
      <w:r>
        <w:rPr>
          <w:rFonts w:ascii="Times New Roman" w:hAnsi="Times New Roman" w:eastAsia="Times New Roman" w:cs="Times New Roman"/>
        </w:rPr>
        <w:t>Эцсийн өдрүүдэд хамаарах Даниелын номын эш үзүүллэгийн тэр хэсэг нь, мөн Есүс Христийн Илчлэлт бөгөөд, Шөнө дундын Хашхирааны мэдээ мөн бөгөөд, Иуда овгийн Арслангаар Кесаре Филиппид, өөрөөр хэлбэл Паниумд, лац нь тайлагддаг. Энэ нь 2015 онд тэр араатныг хөдөлгөж эхэлсэн Бүгд Найрамдах үзлийн эвэр болон ёроолгүй ангалын атейст араатны хоорондын дайны дунд, мөн эдүгээ хүчирхэг цэрэг мэт дахин амилж буй Протестантизмын жинхэнэ эвэрийн эсрэг өрнөж буй тэмцлийн дунд тайлагддаг.</w:t>
      </w:r>
    </w:p>
    <w:p>
      <w:pPr>
        <w:pStyle w:val="ArticleBody"/>
        <w:jc w:val="left"/>
      </w:pPr>
      <w:r>
        <w:rPr>
          <w:rFonts w:ascii="Times New Roman" w:hAnsi="Times New Roman" w:eastAsia="Times New Roman" w:cs="Times New Roman"/>
        </w:rPr>
        <w:t>Петрын хүлээн зөвшөөрсөн үнэн нь 2001 оны 9 дүгээр сарын 11-ний тэмдэглэл цэгийг төлөөлдөг бөгөөд мөн түүнчлэн Христ бол амьд Бурханы Хүү мөн гэсэн үнэнийг илэрхийлдэг. Есүс Бурханы Хүү байсан явдлаар төлөөлөгдөх үнэн нь, Петрын өдрүүдэд Есүс Мессиа мөн эсэх тухай асуудал шалгах үнэн байсан шиг, мөн адил шалгах үнэн мөн. Есүс бол Бурханы Хүү хэмээн тунхаглах нь Хүү хэн болох талаар илчлэгдсэн бүхнийг төлөөлдөг. Энэ нь Тэр Бурханы Хүү байсан гэдгийг төдийгүй, мөн Тэр хүний Хүү байсныг ч төлөөлдөг. Энэ нь Тэнгэрлэг чанар хүн төрөлхтөнд биечлэн орсон тухай үнэнийг илэрхийлдэг бөгөөд энэ нь нэг зуун дөчин дөрвөн мянгын лацдагдах цаг үед гүйцэлддэг яг тэр ажил мөн. “Биечлэн оролт”-ын тухай үнэн нь төгсгөл үеийн үнэн бөгөөд энэ нь эхэн үед “Амралтын өдөр”-ийн үнэний дүрслэлээр төлөөлөгдсөн билээ.</w:t>
      </w:r>
    </w:p>
    <w:p>
      <w:pPr>
        <w:pStyle w:val="ArticleBody"/>
        <w:jc w:val="left"/>
      </w:pPr>
      <w:r>
        <w:rPr>
          <w:rFonts w:ascii="Times New Roman" w:hAnsi="Times New Roman" w:eastAsia="Times New Roman" w:cs="Times New Roman"/>
        </w:rPr>
        <w:t>1844 оны 10 дугаар сарын 22 нь гурав дахь тэнгэрэлчийн ирэлтийг тэмдэглэв. Тэнгэрэлч ирэх үед, үнэний лац тайлагдах тухайн цаг үед зохицсон онцгой нэгэн үнэн Иуда овгийн Арслангаар нээгддэг бөгөөд тэрхүү үнэн дараа нь уг үнэн нээгдсэн тэр үеийн үеийг сорьдог. 1844 оны 10 дугаар сарын 22-нд, 1798 оноос 1844 он хүртэлх дөчин зургаан жилийн хугацаанд Өөрийн босгосон сүмдээ гэнэт ирсэн Христийн ажлын тухай үнэнүүд илчлэгдсэн юм. Христийн шүүлтийн ажил, Бурханы хууль, Түүний Тэргүүн Тахилчийн үүрэг, араатны тэмдгийн асуудал, мөн нэг зуун дөчин дөрвөн мянгын тамгалагдалт зэрэг нь бүгд нээгдсэн. Эгч Уайт эдгээр үнэнүүдийн дундаас Альфа ба Омега онцгой гэрэлд тодруулан заасан нэгэн үнэн байсныг үзүүлэгдсэн юм.</w:t>
      </w:r>
    </w:p>
    <w:p>
      <w:pPr>
        <w:pStyle w:val="ArticleScripture"/>
        <w:jc w:val="left"/>
      </w:pPr>
      <w:r>
        <w:rPr>
          <w:rFonts w:ascii="Times New Roman" w:hAnsi="Times New Roman" w:eastAsia="Times New Roman" w:cs="Times New Roman"/>
        </w:rPr>
        <w:t>“Арван тушаалын яг төвд, түүнийг зөөлөн гэрлийн титэм хүрээлсэн байхад нь би дөрөв дэх тушаалыг хараад гайхан биширсэн. Тэнгэрэлч ийн хэлэв: ‘Энэ нь арвын дундаас тэнгэр, газрыг болон тэдгээрийн доторх бүхнийг бүтээсэн амьд Бурханыг тодорхойлон заадаг цорын ганц нь юм. Газрын сууриуд тавигдах үед Амралтын өдрийн ч суурь мөн тавигдсан билээ.’” Testimonies, volume 1, 75.</w:t>
      </w:r>
    </w:p>
    <w:p>
      <w:pPr>
        <w:pStyle w:val="ArticleBody"/>
        <w:jc w:val="left"/>
      </w:pPr>
      <w:r>
        <w:rPr>
          <w:rFonts w:ascii="Times New Roman" w:hAnsi="Times New Roman" w:eastAsia="Times New Roman" w:cs="Times New Roman"/>
        </w:rPr>
        <w:t>Нэг зуун дөчин дөрвөн мянгын лацдах цаг ирсэн байсан боловч 1863 оны тэрслүү бослогоос болж тэр нь хойшлогдох ёстой байв. 2001 оны 9 дүгээр сарын 11-нд лацдах үйл явц эхэлсэн бөгөөд тэр үед Илчлэлт номын арван наймдугаар бүлэгт гардаг хүчирхэг тэнгэрэлчээр төлөөлөгдсөн Христ, Бурханы эцсийн өдрүүдийн ард түмэн идэх ёстой байсан далд номыг гартаа барин бууж ирсэн юм. Альфа ба Омега төгсгөлийг үргэлж эхлэлээр нь дүрслэн үзүүлдэг тул эцсийн өдрүүдэд онцгой гэрэлд тавигдсан өөр нэгэн үнэн байсан бөгөөд энэ нь Христ нэг зуун дөчин дөрвөн мянгыг анх удаа лацдахыг оролдсон үед онцлон тэмдэглэгдсэн Амралтын өдрийн үнэнтэй шууд холбоотой байв.</w:t>
      </w:r>
    </w:p>
    <w:p>
      <w:pPr>
        <w:pStyle w:val="ArticleScripture"/>
        <w:jc w:val="left"/>
      </w:pPr>
      <w:r>
        <w:rPr>
          <w:rFonts w:ascii="Times New Roman" w:hAnsi="Times New Roman" w:eastAsia="Times New Roman" w:cs="Times New Roman"/>
        </w:rPr>
        <w:t>“Даниел өөрийн хувь тавиландаа зогсох цаг ирлээ. Түүнд өгөгдсөн гэрэл урьд хожид байгаагүйгээр дэлхийд очих цаг ирлээ. Хэрэв Эзэн тэдний төлөө үлэмж ихийг үйлдсэн тэр хүмүүс гэрэл дотор алхвал, тэдний Христийн тухай болон Түүнтэй холбоотой эш үзүүллэгүүдийн талаарх мэдлэг энэ дэлхийн түүхийн төгсгөлд дөхөх тусам үлэмжхэн нэмэгдэх болно.</w:t>
      </w:r>
    </w:p>
    <w:p>
      <w:pPr>
        <w:pStyle w:val="ArticleScripture"/>
        <w:jc w:val="left"/>
      </w:pPr>
      <w:r>
        <w:rPr>
          <w:rFonts w:ascii="Times New Roman" w:hAnsi="Times New Roman" w:eastAsia="Times New Roman" w:cs="Times New Roman"/>
        </w:rPr>
        <w:t>“Бурхантай харилцдаг хүмүүс Зөвт байдлын Нарны гэрэлд алхдаг. Тэд Бурханы өмнө өөрсдийн замыг завхруулснаар Өөрсдийн Аврагчийг гутаан доромжилдоггүй. Тэнгэрийн гэрэл тэдний дээр тусдаг. Учир нь тэд Христтэй нэг тул Бурханы мэлмийд хязгааргүй үнэ цэнтэй юм. Бурханы үг тэдэнд үлэмжийн их үзэсгэлэнтэй, дур булаам байдаг. Тэд түүний ач холбогдлыг хардаг. Үнэн тэдэнд дэлгэгддэг. Бие махбод болсон тухай сургаал намуухан цацралт гэрлээр бүрхэгддэг. Судар нь бүх нууцыг нээж, бүх бэрхшээлийг тайлдаг түлхүүр мөн гэдгийг тэд хардаг. Гэрлийг хүлээн авч, гэрэлд алхахыг хүсээгүй байсан хүмүүс бурханлаг ёсны нууцыг ойлгож чадахгүй; харин загалмайгаа үүрч, Есүсийг дагахаас эргэлзээгүй хүмүүс Бурханы гэрэл дотор гэрлийг үзэх болно.” Manuscript Releases, number 21, 406, 407.</w:t>
      </w:r>
    </w:p>
    <w:p>
      <w:pPr>
        <w:pStyle w:val="ArticleBody"/>
        <w:jc w:val="left"/>
      </w:pPr>
      <w:r>
        <w:rPr>
          <w:rFonts w:ascii="Times New Roman" w:hAnsi="Times New Roman" w:eastAsia="Times New Roman" w:cs="Times New Roman"/>
        </w:rPr>
        <w:t>Бие махбодтой болсон тухай сургаал нь Бурханлаг чанар хүн төрөлхтний чанартай нэгдсэн үед нүгэл үйлддэггүй гэсэн үнэн бөгөөд эцсийн өдрүүдэд тэрхүү туршлагад хүрсэн хүмүүсийн тэмдэг нь Амралтын өдөр мөн.</w:t>
      </w:r>
    </w:p>
    <w:p>
      <w:pPr>
        <w:pStyle w:val="ArticleScripture"/>
        <w:jc w:val="left"/>
      </w:pPr>
      <w:r>
        <w:rPr>
          <w:rFonts w:ascii="Times New Roman" w:hAnsi="Times New Roman" w:eastAsia="Times New Roman" w:cs="Times New Roman"/>
        </w:rPr>
        <w:t>Түүнчлэн Би тэдэнд Өөрийн амралтын өдрүүдийг өгсөн нь, тэд ба Миний хооронд тэмдэг байлгахын тулд бөгөөд Би тэднийг ариусгагч ЭЗЭН мөн гэдгийг тэд мэдэхийн тулд юм. Езекиел 20:12.</w:t>
      </w:r>
    </w:p>
    <w:p>
      <w:pPr>
        <w:pStyle w:val="ArticleBody"/>
        <w:jc w:val="left"/>
      </w:pPr>
      <w:r>
        <w:rPr>
          <w:rFonts w:ascii="Times New Roman" w:hAnsi="Times New Roman" w:eastAsia="Times New Roman" w:cs="Times New Roman"/>
        </w:rPr>
        <w:t>Нэг зуун дөчин дөрвөн мянга нь үүрд мөнхийн төлөө тамгалагдсан байдаг бөгөөд энэ тамгалах үйл явц нь тамгалах ажиллагааны төгсгөлд, Ням гаргийн хуулиас яг өмнөхөн, тамга даруулагдах богинохон хугацааг тодорхойлдог. Тэрхүү богино хугацаанд Бурханлаг чанар хүн чанартай байнгын байдлаар нэгддэг.</w:t>
      </w:r>
    </w:p>
    <w:p>
      <w:pPr>
        <w:pStyle w:val="ArticleScripture"/>
        <w:jc w:val="left"/>
      </w:pPr>
      <w:r>
        <w:rPr>
          <w:rFonts w:ascii="Times New Roman" w:hAnsi="Times New Roman" w:eastAsia="Times New Roman" w:cs="Times New Roman"/>
        </w:rPr>
        <w:t>“Ах дүүс ээ, та нар бэлтгэлийн энэ агуу ажилд юу хийж байна вэ? Дэлхийтэй нийлэх хүмүүс дэлхийн хэвийг хүлээн авч, араатны тэмдэгт бэлтгэгдэж байна. Өөртөө үл итгэж, Бурханы өмнө өөрсдийгөө даруусган, үнэнд дуулгавартай байснаар сүнсээ ариусгаж буй хүмүүс тэнгэрлэг хэвийг хүлээн авч, духан дээрээ Бурханы тамгыг авахад бэлтгэгдэж байна. Зарлиг гарах үед, тэмдэг дарагдан тавигдахад, тэдний зан чанар мөнхийн турш цэвэр, өөгүй хэвээр үлдэх болно.”</w:t>
      </w:r>
    </w:p>
    <w:p>
      <w:pPr>
        <w:pStyle w:val="ArticleScripture"/>
        <w:jc w:val="left"/>
      </w:pPr>
      <w:r>
        <w:rPr>
          <w:rFonts w:ascii="Times New Roman" w:hAnsi="Times New Roman" w:eastAsia="Times New Roman" w:cs="Times New Roman"/>
        </w:rPr>
        <w:t>“Одоо бэлтгэх цаг мөн. Бузар эрэгтэй, эмэгтэй хүний духан дээр Бурханы тамга хэзээ ч тавигдахгүй. Энэ нь хүсэл шуналтай, ертөнцийг хайрлагч эрэгтэй, эмэгтэй хүний духан дээр ч хэзээ ч тавигдахгүй. Энэ нь худал хэлтэй эсвэл мэхлэгч зүрхтэй эрэгтэй, эмэгтэй хүмүүсийн духан дээр ч хэзээ ч тавигдахгүй. Тамгыг хүлээн авах бүх хүн Бурханы өмнө өө сэвгүй байх ёстой—тэнгэрийн нэр дэвшигчид. Урагшлан яв, ах дүү нар аа, эгч дүү нар аа. Энэ үед би эдгээр зүйлсийн талаар зөвхөн товчхон бичиж, бэлтгэлийн зайлшгүй шаардлагад анхаарлыг чинь хандуулж чадна. Та нар өнөөгийн энэ цагийн аймшигт ноцтой байдлыг ойлгож мэдэхийн тулд Судруудыг өөрсдөө шинжлэгтүн.” Testimonies, volume 5, 216.</w:t>
      </w:r>
    </w:p>
    <w:p>
      <w:pPr>
        <w:pStyle w:val="ArticleBody"/>
        <w:jc w:val="left"/>
      </w:pPr>
      <w:r>
        <w:rPr>
          <w:rFonts w:ascii="Times New Roman" w:hAnsi="Times New Roman" w:eastAsia="Times New Roman" w:cs="Times New Roman"/>
        </w:rPr>
        <w:t>Өмнөх хэсэг нь тамга Ням гаргийн хууль тогтоогдох үед даруулдаг мэт сэтгэгдэл төрүүлж болох ч хэрэг үнэндээ тийм биш юм. Уайт эгч Ням гаргийн хууль бол агуу хямрал мөн гэдгийг тодорхой хэлдэг бөгөөд мөн хямралын үед зан чанар илэрдэг болохоос, хэзээ ч хямралын үед төлөвшдөггүй гэдгийг ч тодорхой заадаг. Тамга Ням гаргийн хуулийн үед даруулдаг гэж хэлэгдэх нь, тэр үед л энэ нь ил тод болдог гэсэн утгаар юм. Учир нь тэр үед тамгатай байгаа хүмүүс туг тэмдэг мэт өргөмжлөгдөнө. Тамга нь шалгалтын хугацаа хаагдахын яг өмнөх богино хугацаанд даруулдаг бөгөөд Амралтын өдрийг сахигчдын хувьд шалгалтын хугацаа Ням гаргийн хуулийн үед хаагдана. Тамгалалт 2001 оны 9 дүгээр сарын 11-нд эхэлсэн бөгөөд тэр үед хэн ч Бурханы тамгыг аваагүй, учир нь 1844 оны 10 дугаар сарын 22-ны дараах хугацаагаар дүрслэгдсэнчлэн, эхлээд сорилтын үйл явц явагдах ёстой байсан юм.</w:t>
      </w:r>
    </w:p>
    <w:p>
      <w:pPr>
        <w:pStyle w:val="ArticleBody"/>
        <w:jc w:val="left"/>
      </w:pPr>
      <w:r>
        <w:rPr>
          <w:rFonts w:ascii="Times New Roman" w:hAnsi="Times New Roman" w:eastAsia="Times New Roman" w:cs="Times New Roman"/>
        </w:rPr>
        <w:t>Шинэчлэлийн аливаа хөдөлгөөн бүрд, төгсгөлийн цагт лац нь тайлагдсан мэдээг хүчирхэгжүүлэхээр тэнгэрлэг бэлгэдэл бууж ирэх үед сорилтын үйл явц эхэлдэг. Михаел эхний зарлигийг урагшлуулахын тулд Кайрыг хүчирхэгжүүлэхээр бууж ирэхэд, иудейчүүд өмнөх далан жилийн турш амьдарч ирсэн гэр орноо орхин, сүйрсэн хот руу буцаж очоод түүнийг дахин барих эсэх дээр соригдсон. Христийн баптисмын үеэр Ариун Сүнс бууж ирэхэд, иудейчүүд Мессиагийн талаар соригдсон. Илчлэлт арванын хүчирхэг тэнгэрэлч 1840 оны 8 дугаар сарын 11-нд бууж ирэхэд, тэр үеийнхэн бяцхан номыг идэх эсэх, мөн бяцхан номын төлөөлж байсан бүхний талаар соригдсон.</w:t>
      </w:r>
    </w:p>
    <w:p>
      <w:pPr>
        <w:pStyle w:val="ArticleBody"/>
        <w:jc w:val="left"/>
      </w:pPr>
      <w:r>
        <w:rPr>
          <w:rFonts w:ascii="Times New Roman" w:hAnsi="Times New Roman" w:eastAsia="Times New Roman" w:cs="Times New Roman"/>
        </w:rPr>
        <w:t>1840 оны 8 дугаар сарын 11-нд сорилтын үйл явц эхэлсэн бөгөөд энэ нь мөргөгчдийг хоёр ангид хуваасан юм. Хургыг даган Хамгийн Ариун Газар уруу орсон анги нь нэг зуун дөчин дөрвөн мянгад багтахын төлөөх нэр дэвшигчид байв. Сорилтын үйл явцад унасан тэр үеийнхний эцсийн шалгалт Левит хорин зургаад байдаг “долоон цаг”-ийн талаарх өсөн нэмэгдсэн гэрэл ирснээр эхэлсэн. 1856 оноос 1863 он хүртэлх хугацаанд Лаодикийн мэдээ нь 1844 оны 10 дугаар сарын 22-нд гурав дахь тэнгэрэлч ирснээр эхэлсэн хугацааны доторх эцсийн цаг үеийг тэмдэглэсэн. Тэрхүү цаг үеийг Даниел номын арван нэгдүгээр бүлгийн арван гуравдугаар ишлэлээс арван тавдугаар ишлэл хүртэл төлөөлөн үзүүлдэг.</w:t>
      </w:r>
    </w:p>
    <w:p>
      <w:pPr>
        <w:pStyle w:val="ArticleBody"/>
        <w:jc w:val="left"/>
      </w:pPr>
      <w:r>
        <w:rPr>
          <w:rFonts w:ascii="Times New Roman" w:hAnsi="Times New Roman" w:eastAsia="Times New Roman" w:cs="Times New Roman"/>
        </w:rPr>
        <w:t>Бид энэ судлалыг дараагийн өгүүлэлд үргэлжлүүлнэ.</w:t>
      </w:r>
    </w:p>
    <w:p>
      <w:pPr>
        <w:pStyle w:val="ArticleScripture"/>
        <w:jc w:val="left"/>
      </w:pPr>
      <w:r>
        <w:rPr>
          <w:rFonts w:ascii="Times New Roman" w:hAnsi="Times New Roman" w:eastAsia="Times New Roman" w:cs="Times New Roman"/>
        </w:rPr>
        <w:t>“‘Эхэнд Үг байсан бөгөөд Үг Бурхантай хамт байсан, мөн Үг нь Бурхан байсан. Тэр эхэндээ Бурхантай хамт байсан. Бүх юм Түүгээр бүтээгдсэн бөгөөд Түүнгүйгээр бүтээгдсэн нэг ч юм үгүй. Түүний дотор амь байсан; тэрхүү амь нь хүмүүсийн гэрэл мөн байв. Гэрэл нь харанхуй дунд гэрэлтдэг; харин харанхуй түүнийг ойлгосонгүй.’ ‘Үг нь махбод болж, бидний дунд оршин суув, (бид Түүний алдрыг, Эцгийн цорын ганц Төрөгсдийнх мэт алдрыг харсан,) нигүүлсэл ба үнэнээр дүүрэн байсан’ (Иохан 1:1–5, 14).”</w:t>
      </w:r>
    </w:p>
    <w:p>
      <w:pPr>
        <w:pStyle w:val="ArticleScripture"/>
        <w:jc w:val="left"/>
      </w:pPr>
      <w:r>
        <w:rPr>
          <w:rFonts w:ascii="Times New Roman" w:hAnsi="Times New Roman" w:eastAsia="Times New Roman" w:cs="Times New Roman"/>
        </w:rPr>
        <w:t>“Энэ бүлэг нь Христийн ажлын мөн чанар ба ач холбогдлыг тодорхойлон харуулдаг. Иохан өөрийн сэдвийг ойлгодог нэгэн байсны хувьд бүх эрх мэдлийг Христэд хамааруулж, Түүний агуу байдал болон сүр жавхлангийн тухай өгүүлдэг. Тэрээр нарнаас гэрэл цацрах адил, үнэт үнэний тэнгэрлэг цацрагийг гялалзуулан илэрхийлдэг. Тэрээр Христийг Бурхан ба хүн төрөлхтний хоорондох цорын ганц Зууч болгон толилуулдаг.”</w:t>
      </w:r>
    </w:p>
    <w:p>
      <w:pPr>
        <w:pStyle w:val="ArticleScripture"/>
        <w:jc w:val="left"/>
      </w:pPr>
      <w:r>
        <w:rPr>
          <w:rFonts w:ascii="Times New Roman" w:hAnsi="Times New Roman" w:eastAsia="Times New Roman" w:cs="Times New Roman"/>
        </w:rPr>
        <w:t>“Христ хүний махбодод биежсэн тухай сургаал нь «үе үеэс, үеийнхнээс нуугдан ирсэн нууц» (Колоссай 1:26) билээ. Энэ нь бурханлаг ёсны агуу, гүн нууц мөн. «Үг махбод болж, бидний дунд оршин суув» (Иохан 1:14). Христ Өөр дээрээ хүний мөн чанарыг, Өөрийн тэнгэрлэг мөн чанараас дор нэгэн мөн чанарыг авсан юм. Үүн шиг Бурханы гайхамшигт доройтон буусныг юу ч илтгэн харуулдаггүй. Тэрээр «ертөнцийг үнэхээр хайрласан тул цорын ганц Хүүгээ өгсөн» (Иохан 3:16). Иохан энэ гайхамшигт сэдвийг тийм энгийнээр өгүүлдэг тул дэвшүүлсэн санаануудыг бүгд ойлгож, гэгээрч чадна.”</w:t>
      </w:r>
    </w:p>
    <w:p>
      <w:pPr>
        <w:pStyle w:val="ArticleScripture"/>
        <w:jc w:val="left"/>
      </w:pPr>
      <w:r>
        <w:rPr>
          <w:rFonts w:ascii="Times New Roman" w:hAnsi="Times New Roman" w:eastAsia="Times New Roman" w:cs="Times New Roman"/>
        </w:rPr>
        <w:t>“Христ хүн төрөлхтний мөн чанарыг авсан дүр эсгээгүй; Тэр үүнийг үнэхээр авсан юм. Тэр бодитойгоор хүний мөн чанарыг эзэмшиж байсан. ‘Иймээс хүүхдүүд мах цусанд оролцогчид байдаг тул, Тэр Өөрөө мөн адил тэдгээрийн нэгэн адил оролцсон’ (Еврей 2:14). Тэр Мариагийн хүү байсан; хүний гарал үүслийн дагуу Тэр Давидын үр удам байсан. Түүнийг хүн, бүр Христ Есүс гэдэг Хүн мөн хэмээн тунхагладаг. ‘Энэ хүн,’ гэж Паул бичихдээ, ‘гэрийг байгуулсан нь гэрээсээ илүү хүндэтгэлтэй байдагтай адил, Мосегоос илүү их алдард тооцогдох зохистой болсон’ (Еврей 3:3).”</w:t>
      </w:r>
    </w:p>
    <w:p>
      <w:pPr>
        <w:pStyle w:val="ArticleScripture"/>
        <w:jc w:val="left"/>
      </w:pPr>
      <w:r>
        <w:rPr>
          <w:rFonts w:ascii="Times New Roman" w:hAnsi="Times New Roman" w:eastAsia="Times New Roman" w:cs="Times New Roman"/>
        </w:rPr>
        <w:t>“Гэвч Бурханы Үг Христ газар дэлхий дээр байх үеийнх нь хүний чанарын тухай өгүүлдэг атлаа, Түүний урьдаас оршин байсан байдлын талаар мөн адил тодорхой өгүүлдэг. Үг нь Тэнгэрлэг Нэгэн, мөнхийн Бурханы Хүү байж, Эцэгтэйгээ нэгдэл болон нэгэн чанарт оршиж байсан. Эрт мөнхөөс Тэр гэрээний Зууч байсан бөгөөд, газар дэлхийн бүх үндэстэн—иудейчүүд ч, харь үндэстнүүд ч—Түүнийг хүлээн авбал Түүн дотор ерөөгдөхөөр байв. ‘Үг Бурхантай хамт байсан, Үг Бурхан байсан’ (Иохан 1:1). Хүмүүс ч, тэнгэрэлчүүд ч бүтээгдээгүй байхаас өмнө Үг Бурхантай хамт байсан бөгөөд Бурхан байсан.”</w:t>
      </w:r>
    </w:p>
    <w:p>
      <w:pPr>
        <w:pStyle w:val="ArticleScripture"/>
        <w:jc w:val="left"/>
      </w:pPr>
      <w:r>
        <w:rPr>
          <w:rFonts w:ascii="Times New Roman" w:hAnsi="Times New Roman" w:eastAsia="Times New Roman" w:cs="Times New Roman"/>
        </w:rPr>
        <w:t>“Ертөнцийг Түүгээр бүтээсэн бөгөөд, ‘түүнгүйгээр бүтээгдсэнээс нэг ч юм бүтээгдээгүй’ (Иохан 1:3). Хэрэв Христ бүхнийг бүтээсэн бол, Тэр бүхнээс өмнө оршин байсан. Үүнтэй холбогдуулан айлдсан үгс нь тийм тодорхой бөгөөд шийдвэртэй тул хэн ч эргэлзээнд үлдэх хэрэггүй. Христ мөн чанараараа Бурхан байсан бөгөөд, хамгийн дээд утгаар Бурхан байсан. Тэр үүрд мөнхөөс эхлэн Бурхантай хамт байсан, бүхний дээрх Бурхан мөн, үүрд мөнхөд магтагдагч юм.</w:t>
      </w:r>
    </w:p>
    <w:p>
      <w:pPr>
        <w:pStyle w:val="ArticleScripture"/>
        <w:jc w:val="left"/>
      </w:pPr>
      <w:r>
        <w:rPr>
          <w:rFonts w:ascii="Times New Roman" w:hAnsi="Times New Roman" w:eastAsia="Times New Roman" w:cs="Times New Roman"/>
        </w:rPr>
        <w:t>“Эзэн Есүс Христ, Бурханы тэнгэрлэг Хүү, мөнхөөс оршин байсан бөгөөд тусдаа нэгэн Бие мөн атлаа Эцэгтэй нэг байв. Тэр тэнгэрийн дээд алдрын Эзэн байлаа. Тэр тэнгэрийн ухаант оршигчдын Захирагч байсан бөгөөд тэнгэрэлчүүдийн мөргөлт хүндлэл Түүнд Өөрийнх нь эрхийн дагуу өргөгддөг байв. Энэ нь Бурханыг булаан авсан хэрэг огтхон ч биш байлаа. “ЭЗЭН Өөрийн замын эхэнд, эртний Өөрийн үйлсээс өмнө намайг эзэмшсэн” хэмээн Тэр тунхагладаг, “Би мөнхөөс тогтоогдсон, эхэн үеэс, газар дэлхий бий болохоос өмнө. Гүнүүд үгүй байхад би төрөн гарсан; ус бялхсан булаг шандууд үгүй байхад. Уулс тогтоогдохоос өмнө, толгодоос урьтаж би төрөн гарсан; Тэр газар дэлхий, тал хээр, ертөнцийн шороон тоосны дээд хэсгийг хараахан бүтээгээгүй байхад. Тэр тэнгэрүүдийг бэлтгэж байх үед би тэнд байсан; гүний мандлын нүүрэн дээр хязгаар тойрог татахад нь” (Сургаалт үгс 8:22–27).</w:t>
      </w:r>
    </w:p>
    <w:p>
      <w:pPr>
        <w:pStyle w:val="ArticleScripture"/>
        <w:jc w:val="left"/>
      </w:pPr>
      <w:r>
        <w:rPr>
          <w:rFonts w:ascii="Times New Roman" w:hAnsi="Times New Roman" w:eastAsia="Times New Roman" w:cs="Times New Roman"/>
        </w:rPr>
        <w:t>“Ертөнцийн суурь тавигдахаас өмнө Христ Эцэгтэй нэг байсан гэсэн үнэнд гэрэл ба алдар суу бий. Энэ бол харанхуй газарт гэрэлтэн, түүнийг тэнгэрлэг, анхдагч алдар суугаар гийгүүлэн гэрэлтүүлдэг гэрэл мөн. Өөрөө хязгааргүй нууцлаг энэ үнэн нь ойртон хүршгүй, ухаан үл хүрэх гэрэл дотор хадгалагдсан атлаа, бусад нууцлаг бөгөөд өөрөөр тайлбарлашгүй үнэнийг тайлбарладаг.” Selected Messages, book 1, 246–248.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Наян Гурав</dc:title>
  <dc:subject>Мөнхийн Суурь: Зөгнөлийн түүхэн дэх Христ ба Итгэгчийн Итгэл</dc:subject>
  <dc:creator>Jeff Pippenger</dc:creator>
  <cp:keywords/>
  <dc:description>Generated by ArticleDigger from daniel\183_daniel.json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