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Наян Дөрөв</w:t>
      </w:r>
    </w:p>
    <w:p>
      <w:pPr>
        <w:pStyle w:val="ArticleSubtitle"/>
        <w:jc w:val="left"/>
      </w:pPr>
      <w:r>
        <w:rPr>
          <w:rFonts w:ascii="Arial" w:hAnsi="Arial" w:eastAsia="Arial" w:cs="Arial"/>
        </w:rPr>
        <w:t>Амралтын өдөр ба Бие махбод болохуй: Миллерит лацдах үйл явцын тулгын чулуунууд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Шалгалтын үйл явцад бүдэрсэн Миллерчүүдийн үеийнхний эцсийн сорил 1856 онд, Левит 26 дахь “долоон цаг”-ийн талаар улам их гэрэл ирснээр эхэлсэн. 1856 оноос 1863 он хүртэл Лаодикийн мэдээ нь 1844 оны 10 дугаар сарын 22-нд гурав дахь тэнгэрэлч ирснээр эхэлсэн цаг хугацааны үе доторх эцсийн хугацааг тэмдэглэсэн. Тэрхүү цаг хугацааны үеийг Даниел номын арван нэгдүгээр бүлгийн арван гуравдугаар ишлэлээс арван тавдугаар ишлэл хүртэл төлөөлөн харуулдаг.</w:t>
      </w:r>
    </w:p>
    <w:p>
      <w:pPr>
        <w:pStyle w:val="ArticleBody"/>
        <w:jc w:val="left"/>
      </w:pPr>
      <w:r>
        <w:rPr>
          <w:rFonts w:ascii="Times New Roman" w:hAnsi="Times New Roman" w:eastAsia="Times New Roman" w:cs="Times New Roman"/>
        </w:rPr>
        <w:t>Тэрхүү хугацаа нь зөвхөн тэрхүү эшлэлүүдээр бус, мөн тэдгээр эшлэлүүдийг биелүүлсэн түүхээр, түүнчлэн Паниум буюу Кесари Филиппийн газарзүйн гэрчлэлээр дүрслэгддэг. Кесари Филиппид Христ загалмайн өмнөхөн зориуд очсон бөгөөд загалмай нь Ням гарагийн хуулийг төлөөлдөг, энэ нь арван зургаадугаар эшлэлээр дүрслэгдсэн байдаг. 1844 оны 10 дугаар сарын 22-нд Иуда овгийн Арслан Амралтын өдрийн сургаалыг онцгой гэрэлд тодорхойлсон. Дараа нь тэр шалгалтын үйл явцын төгсгөлд Тэрээр “долоон цаг хугацаа”-ны талаар мэдлэгийн өсөлтийг танилцуулсан бөгөөд Левит хорин зургаад буй “долоон цаг хугацаа” нь Амралтын өдрийн сургаал мөн. Энэ нь хүмүүсийн амрах тухай Амралтын өдрийн тушаалтай шууд дүйх, газрын амрах тухай Амралтын өдрийн тушаал юм. Хоёр мянга таван зуун хорин жил болон хоёр мянга гурван зуун жилийн цаг хугацааны зөгнөлүүд хоёулаа 1844 оны 10 дугаар сарын 22-нд төгссөн юм.</w:t>
      </w:r>
    </w:p>
    <w:p>
      <w:pPr>
        <w:pStyle w:val="ArticleBody"/>
        <w:jc w:val="left"/>
      </w:pPr>
      <w:r>
        <w:rPr>
          <w:rFonts w:ascii="Times New Roman" w:hAnsi="Times New Roman" w:eastAsia="Times New Roman" w:cs="Times New Roman"/>
        </w:rPr>
        <w:t>Шалгалтын үйл явцын эцсийн үе болох 1856 оноос 1863 он хүртэлх хугацаа нь амралтын өдрийн тухай илүү агуу илчлэл байсан бөгөөд энэ нь лацдах ба шалгах үйл явцын эхэнд онцгой гэрэлд тавигдсан байв. Даниел 11-ийн арван гуравдугаар ишлэлээс арван тавдугаар ишлэл хүртэлх биеллээр дүрслэгдсэн түүх нь Бурханы тамга нэг зуун дөчин дөрвөн мянгад үүрд даруулагдах шалгалтын үеийг илэрхийлдэг. Тэрхүү түүхэнд Езекиелийн хоёр саваа нийлдэг. Хоёр савааны нэгдэл нь Бурханлаг чанар хүн чанартай нэгдэхийг төлөөлдөг бөгөөд тэр түүхэнд онцгой гэрэлтэйгээр гялалздаг сургаал нь бие махбодтой болсон тухай сургаал юм.</w:t>
      </w:r>
    </w:p>
    <w:p>
      <w:pPr>
        <w:pStyle w:val="ArticleBody"/>
        <w:jc w:val="left"/>
      </w:pPr>
      <w:r>
        <w:rPr>
          <w:rFonts w:ascii="Times New Roman" w:hAnsi="Times New Roman" w:eastAsia="Times New Roman" w:cs="Times New Roman"/>
        </w:rPr>
        <w:t>Ийм учраас Петр Кесари Филиппид Христийг Бурханы Хүү хэмээн тодорхойлсон үедээ, Христ Бурханы Хүүгийн хувьд, хүний махбодыг Өөртөө авч, улмаар Хүний Хүү болсон Бурханы Тэнгэрлэг Хүү гэсэн Түүний давхар мөн чанарыг хүлээн зөвшөөрч байсан юм.</w:t>
      </w:r>
    </w:p>
    <w:p>
      <w:pPr>
        <w:pStyle w:val="ArticleScripture"/>
        <w:jc w:val="left"/>
      </w:pPr>
      <w:r>
        <w:rPr>
          <w:rFonts w:ascii="Times New Roman" w:hAnsi="Times New Roman" w:eastAsia="Times New Roman" w:cs="Times New Roman"/>
        </w:rPr>
        <w:t>“Шавь нар Христын тухай гэрчлэгч эш үзүүллэгүүдийг судлан эрэхдээ Бурханлагтай нөхөрлөлд орж, газар дэлхий дээр эхлүүлсэн ажлаа гүйцээхийн тулд тэнгэрт дээш гарсан Түүний тухай мэдлэгт суралцав. Тэд Түүний дотор бурханлаг үйлчлэлгүйгээр ямар ч хүн ухан ойлгож үл чадах мэдлэг оршдогийг ухааран хүлээн зөвшөөрөв. Тэдэнд хаад, эш үзүүлэгчид, зөвт хүмүүсийн урьдчилан тунхагласан Нэгэний тусламж хэрэгтэй байлаа. Тэд Түүний зан чанар болон ажлын талаархи эш үзүүллэгийн дүрслэлүүдийг гайхан биширч дахин дахин уншив. Христын тухай гэрчилдэг агуу үнэнүүдийг хүлээн авахдаа тэд эш үзүүллэгийн Судруудыг ямар бүдэгхэн ойлгож байсан билээ! Тэдгээрийг ухааран ойлгоход ямар удаан байсан билээ! Хүмүүсийн дунд хүн мэт алхаж явсан Түүний доромжлогдсон байдлыг харж байхдаа тэд Түүний бие махбодтой болохын нууц, мөн Түүний мөн чанарын давхар шинжийг ойлгоогүй байв. Тэдний нүд хөшиглөгдсөн байсан тул хүн чанарт илрэх бурханлаг чанарыг бүрэн таньж чадаагүй. Харин Ариун Сүнсээр гэгээрүүлэгдсэнийхээ дараа тэд Түүнийг дахин харахыг, Түүний хөлийн дэргэд өөрсдийгөө аваачин тавихыг хичнээн их хүсэмжилсэн гээч!” The Desire of Ages, 507.</w:t>
      </w:r>
    </w:p>
    <w:p>
      <w:pPr>
        <w:pStyle w:val="ArticleBody"/>
        <w:jc w:val="left"/>
      </w:pPr>
      <w:r>
        <w:rPr>
          <w:rFonts w:ascii="Times New Roman" w:hAnsi="Times New Roman" w:eastAsia="Times New Roman" w:cs="Times New Roman"/>
        </w:rPr>
        <w:t>1844 оны 10 дугаар сарын 22-ноос 1863 он хүртэлх үе нь нэг зуун дөчин дөрвөн мянгыг тамгалах цаг үеийг илэрхийлдэг. Тэрхүү үе нь тамгалалтын хугацаанд лац нь тайлагддаг олон үнэн дундаас Амралтын өдрийг онцгой үнэн болгон онцлон гаргаж ирснээр эхэлсэн. Энэ үе нь Бурханы нууц хэзээ гүйцэх ёстойг тодорхойлдог долоо дахь бүрээний дуугаралтыг эхлүүлсэн юм.</w:t>
      </w:r>
    </w:p>
    <w:p>
      <w:pPr>
        <w:pStyle w:val="ArticleScripture"/>
        <w:jc w:val="left"/>
      </w:pPr>
      <w:r>
        <w:rPr>
          <w:rFonts w:ascii="Times New Roman" w:hAnsi="Times New Roman" w:eastAsia="Times New Roman" w:cs="Times New Roman"/>
        </w:rPr>
        <w:t>Харин долоо дахь тэнгэрэлчийн дуу хоолойн өдрүүдэд, тэр бүрээнээ үлээж эхлэх үед, Бурхан Өөрийн зарц эш үзүүлэгчдэд тунхагласанчлан, Бурханы нууц төгсөх болно. Илчлэл 10:7.</w:t>
      </w:r>
    </w:p>
    <w:p>
      <w:pPr>
        <w:pStyle w:val="ArticleBody"/>
        <w:jc w:val="left"/>
      </w:pPr>
      <w:r>
        <w:rPr>
          <w:rFonts w:ascii="Times New Roman" w:hAnsi="Times New Roman" w:eastAsia="Times New Roman" w:cs="Times New Roman"/>
        </w:rPr>
        <w:t>Долоо дахь тэнгэрэлч нь мөн гурав дахь гай зовлон мөн. Учир нь лацдах үйл хэрэг Исламын дайн идэвхтэй өрнөж буй түүхэн үед явагддаг. Хэрэв Миллерит Адвентизм 1844 оны 10 дугаар сарын 22-ны өдрөөс хойших хугацаанд үнэнч байсан бол 1840 оны 8 дугаар сарын 11-нд хязгаарлагдсан байсан Ислам суллагдах байсан.</w:t>
      </w:r>
    </w:p>
    <w:p>
      <w:pPr>
        <w:pStyle w:val="ArticleScripture"/>
        <w:jc w:val="left"/>
      </w:pPr>
      <w:r>
        <w:rPr>
          <w:rFonts w:ascii="Times New Roman" w:hAnsi="Times New Roman" w:eastAsia="Times New Roman" w:cs="Times New Roman"/>
        </w:rPr>
        <w:t>“1844 оны агуу урам хугаралтын дараа Адвентистүүд итгэлээсээ бат зуурч, Бурханы илэрхийлж нээж буй удирдлагыг даган нэгдмэлээр урагшлан, гурав дахь тэнгэрэлчийн мэдээг хүлээн авч, Ариун Сүнсний хүчээр түүнийг дэлхийд тунхагласансан бол, тэд Бурханы авралыг үзэх байсан, Эзэн тэдний хүчин чармайлтын хамт хүчирхэгээр үйлдэх байсан, ажил дуусах байсан, мөн Христ Өөрийн ард түмнийг шагналыг нь хүртээхээр авахын тулд өдийд хэдийн ирчихсэн байх байсан. Гэвч урам хугаралтын дараа дагалдсан эргэлзээ ба тодорхойгүй байдлын үед адвентийн итгэгчдийн олонх нь итгэлээ алджээ.... Ийнхүү ажил саатуулагдаж, дэлхий харанхуйд үлдсэн юм. Хэрэв Адвентист бүх бие Бурханы тушаалууд болон Есүсийн итгэл дээр нэгдсэнсэн бол, бидний түүх хэчнээн өргөнөөр өөр байх байсан бол!” Евангелизм, 695.</w:t>
      </w:r>
    </w:p>
    <w:p>
      <w:pPr>
        <w:pStyle w:val="ArticleBody"/>
        <w:jc w:val="left"/>
      </w:pPr>
      <w:r>
        <w:rPr>
          <w:rFonts w:ascii="Times New Roman" w:hAnsi="Times New Roman" w:eastAsia="Times New Roman" w:cs="Times New Roman"/>
        </w:rPr>
        <w:t>1844 оны 10-р сарын 22-нд долоо дахь бүрээ дуугарч эхэлсэн бөгөөд Ойн баярын бүрээ ч мөн дуугарч эхэлсэн.</w:t>
      </w:r>
    </w:p>
    <w:p>
      <w:pPr>
        <w:pStyle w:val="ArticleScripture"/>
        <w:jc w:val="left"/>
      </w:pPr>
      <w:r>
        <w:rPr>
          <w:rFonts w:ascii="Times New Roman" w:hAnsi="Times New Roman" w:eastAsia="Times New Roman" w:cs="Times New Roman"/>
        </w:rPr>
        <w:t>Чи өөртөө долоон жилийн амралтын долоон үеийг, долоон удаа долоон жилийг тоол; тэгвэл жилийн амралтын тэр долоон үеийн хугацаа чамд дөчин есөн жил болно. Дараа нь чи долоодугаар сарын аравны өдөр, эвлэрүүллийн өдөр, ойн баярын бүрээг бүх нутаг даяар хангинуул. Та нар тавь дахь жилийг ариусган, түүний бүх оршин суугчдад зориулан бүх нутаг даяар эрх чөлөөг тунхаглагтун; тэр нь та нарт ойн баяр байх бөгөөд хүн бүр өөрийн эзэмшилдээ буцаж, хүн бүр өөрийн гэр бүлдээ буцаг. Левит 25:8–10.</w:t>
      </w:r>
    </w:p>
    <w:p>
      <w:pPr>
        <w:pStyle w:val="ArticleBody"/>
        <w:jc w:val="left"/>
      </w:pPr>
      <w:r>
        <w:rPr>
          <w:rFonts w:ascii="Times New Roman" w:hAnsi="Times New Roman" w:eastAsia="Times New Roman" w:cs="Times New Roman"/>
        </w:rPr>
        <w:t>Нэг зуун дөчин дөрвөн мянгыг тамгалах цаг эхлэхэд, Исламын гүйцэтгэсэн дайны үйл хэрэг хүрч ирснийг тодорхойлдог нэг бүрээ байдаг бөгөөд нүглийн боол байсан хүмүүст эрх чөлөөг тунхагладаг өөр нэг бүрээ байдаг. Нэг бүрээ нь гаднах түүхийг тодорхойлж, нөгөө нь төгсгөлийн өдрүүдийн тэрхүү гэрээт ард түмний дотоод туршлагыг илэрхийлдэг. Тэдний хүн чанар Түүний Бурханы чанартай мөнхөд нэгдэх үед тэдний боолчлол арилдаг. Мөр дээр мөрөөр үзвэл, тэр хоёр бүрээ нь нэг Бүрээ мөн, учир нь Ойн баярын бүрээг зөвхөн Эвлэрүүллийн өдөрт үлээдэг бөгөөд Эвлэрүүллийн өдөр нь гурав дахь гайгийн долоо дахь бүрээ дуугарахад эхэлдэг. Миллерит хөдөлгөөнд тэр хоёр бүрээг хоёуланг нь төлөөлж байсан сургаал нь Амралтын өдрийн гэрэл байв. Эдгээр эцсийн өдрүүдэд тэр хоёр Бүрээг төлөөлж буй гэрэл нь бие махбодод ирэлтийн тухай сургаал мөн. Мөр дээр мөрөөр үзвэл, Амралтын өдөр ба бие махбодод ирэлтийн тухай сургаал нь нэг л сургаал мөн.</w:t>
      </w:r>
    </w:p>
    <w:p>
      <w:pPr>
        <w:pStyle w:val="ArticleBody"/>
        <w:jc w:val="left"/>
      </w:pPr>
      <w:r>
        <w:rPr>
          <w:rFonts w:ascii="Times New Roman" w:hAnsi="Times New Roman" w:eastAsia="Times New Roman" w:cs="Times New Roman"/>
        </w:rPr>
        <w:t>Петрийн хүлээн зөвшөөрөлт Мессиаг, мөн Бурханы Хүүг тодорхойлсон юм. Мессиа бол Бурханы Хүү мөн. Мессиа бол Амралтын өдрөөр илэрхийлэгддэг Бүтээгч мөн.</w:t>
      </w:r>
    </w:p>
    <w:p>
      <w:pPr>
        <w:pStyle w:val="ArticleScripture"/>
        <w:jc w:val="left"/>
      </w:pPr>
      <w:r>
        <w:rPr>
          <w:rFonts w:ascii="Times New Roman" w:hAnsi="Times New Roman" w:eastAsia="Times New Roman" w:cs="Times New Roman"/>
        </w:rPr>
        <w:t>«Паул газар дэлхий дээр амьдарч байх үед нь Христийг хэзээ ч үзээгүй байв. Тэр үнэхээр Түүний тухай болон Түүний үйлсийн талаар сонссон байсан ч, амлагдсан Мессиа, бүх ертөнцийн Бүтээгч, бүх ерөөлийн Өгөгч нь зүгээр нэг хүн болон газар дээр ирнэ гэдэгт тэр итгэж чадсангүй.» Sketches from the Life of Paul, 256.</w:t>
      </w:r>
    </w:p>
    <w:p>
      <w:pPr>
        <w:pStyle w:val="ArticleBody"/>
        <w:jc w:val="left"/>
      </w:pPr>
      <w:r>
        <w:rPr>
          <w:rFonts w:ascii="Times New Roman" w:hAnsi="Times New Roman" w:eastAsia="Times New Roman" w:cs="Times New Roman"/>
        </w:rPr>
        <w:t>Амралтын өдөр Бүтээгчийг тодорхойлдог бөгөөд Петрийн тодорхойлсон тэр Бүтээгч нь Христ мөн. Петрийн тодорхойлсон Бурханы Хүү бол хүний махбодтой нэгдэн Хүний Хүү болсон Нэгэн мөн. Бурханы Хүү нь бие махбодтой болсон явдлыг илэрхийлдэг.</w:t>
      </w:r>
    </w:p>
    <w:p>
      <w:pPr>
        <w:pStyle w:val="ArticleScripture"/>
        <w:jc w:val="left"/>
      </w:pPr>
      <w:r>
        <w:rPr>
          <w:rFonts w:ascii="Times New Roman" w:hAnsi="Times New Roman" w:eastAsia="Times New Roman" w:cs="Times New Roman"/>
        </w:rPr>
        <w:t>“Христ эрэгтэй, эмэгтэй хүмүүст ялан дийлэх хүчийг авчирсан. Тэр хүмүүний дүрээр энэ ертөнцөд ирж, хүмүүсийн дунд хүн болон амьдрахаар ирсэн. Тэр шалгагдаж, соригдохын тулд хүний мөн чанарын хариуцлага, сул талыг Өөр дээрээ авсан. Өөрийн хүн чанартаа Тэр тэнгэрлэг мөн чанарын оролцогч байсан. Бие махбодтой болон ирснээрээ Тэр Бурханы Хүү гэсэн цолыг шинэ утгаар хүртсэн. Тэнгэрэлч Мариад, ‘Хамгийн Дээд Нэгэний хүч чамайг бүрхэнэ. Иймээс чамаас төрөх тэр ариун Нэгэн Бурханы Хүү гэж нэрлэгдэх болно’ гэж хэлсэн байдаг (Лук 1:35). Хүний хүүгийн хувьд байсаар атлаа Тэр шинэ утгаар Бурханы Хүү болсон. Ийнхүү Тэр манай ертөнцөд зогссон—Бурханы Хүү атлаа төрөлөөрөө хүн төрөлхтөнтэй нэгдсэн байсан.” Selected Messages, book 1, 226.</w:t>
      </w:r>
    </w:p>
    <w:p>
      <w:pPr>
        <w:pStyle w:val="ArticleBody"/>
        <w:jc w:val="left"/>
      </w:pPr>
      <w:r>
        <w:rPr>
          <w:rFonts w:ascii="Times New Roman" w:hAnsi="Times New Roman" w:eastAsia="Times New Roman" w:cs="Times New Roman"/>
        </w:rPr>
        <w:t>Кесареа Филиппид, Петрийн хоёр талт хүлээн зөвшөөрөл нь Есүс бол Христ, Бурханы Хүү мөн 1844 онд тодруулан гэрэлтүүлэгдсэн Амралтын өдрийн сургаал, түүнчлэн эцсийн өдрүүдэд танигддаг бие махбодтой болсон тухай сургаалыг ойлгодог нэг зуун дөчин дөрвөн мянгыг төлөөлсөн юм. Хоёр талт үнэний гэрэл нь лацдах үеийн эхлэл ба төгсгөлд нээгддэг бөгөөд үүнийг 1844 оны 10 дугаар сарын 22-ноос 1863 он хүртэлх лацдалтын түүх, мөн Илчлэл номын арван наймдугаар бүлгийн хоёр дуу хоолойн түүх гэрчилдэг.</w:t>
      </w:r>
    </w:p>
    <w:p>
      <w:pPr>
        <w:pStyle w:val="ArticleBody"/>
        <w:jc w:val="left"/>
      </w:pPr>
      <w:r>
        <w:rPr>
          <w:rFonts w:ascii="Times New Roman" w:hAnsi="Times New Roman" w:eastAsia="Times New Roman" w:cs="Times New Roman"/>
        </w:rPr>
        <w:t>Лацдан тамгалах үйл явцын аль алинд нь, мөн Илчлэлт арван найм дахь тамгалах эш үзүүллэгийн шугамд ч, хугацааны эцсийн төгсгөлд нэг анги нь мунхаг онгон охид хэмээн илчлэгддэг сорилт байдаг; 1856-аас 1863 он хүртэл ийм байсанчлан, мөн 2023 оны долдугаар сараас удахгүй ирэх Ням гаргийн хуулийн үе хүртэл нэг анги нь ухаалаг онгон охид хэмээн илчлэгдэнэ. Тэр эцсийн сорилтын үе нь тухайн хугацааны эхлэлийг давтан үзүүлдэг. 2001 оны есдүгээр сарын 11-нд бууж ирсэн тэрхүү нэгэн тэнгэрэлч 2023 онд үхэгсдийг амьдралд дуудах Михаел болон ирсэн бөгөөд заримыг нь мөнхийн амь руу, заримыг нь мөнхийн үхэл рүү дуудсан. Тэр ирэхдээ Өөрийн ардыг суурь үндэс рүү нь буцаан хөтөлсөн. Зарим нь эртний жимүүдээр явахаас татгалздаг, зарим нь эртний жимүүдээр явдаг. Зарим нь бүрээний дууг сонсдог, зарим нь сонсохоос татгалздаг.</w:t>
      </w:r>
    </w:p>
    <w:p>
      <w:pPr>
        <w:pStyle w:val="ArticleScripture"/>
        <w:jc w:val="left"/>
      </w:pPr>
      <w:r>
        <w:rPr>
          <w:rFonts w:ascii="Times New Roman" w:hAnsi="Times New Roman" w:eastAsia="Times New Roman" w:cs="Times New Roman"/>
        </w:rPr>
        <w:t>ЭЗЭН ийнхүү айлдаж байна: Замууд дээр зогсож, харж, эртний жимүүдийн тухай, сайн зам нь хаана байгааг асуун сураглаж, түүгээр яв. Тэгвэл та нар сэтгэлүүддээ амгаланг олох болно. Гэвч тэд, “Бид түүгээр явахгүй” гэв. Мөн Би та нарын дээр харуулуудыг тавьж, “Бүрээний дууг сонсогтун” гэсэн. Гэвч тэд, “Бид сонсохгүй” гэв. Иеремиа 6:16, 17.</w:t>
      </w:r>
    </w:p>
    <w:p>
      <w:pPr>
        <w:pStyle w:val="ArticleBody"/>
        <w:jc w:val="left"/>
      </w:pPr>
      <w:r>
        <w:rPr>
          <w:rFonts w:ascii="Times New Roman" w:hAnsi="Times New Roman" w:eastAsia="Times New Roman" w:cs="Times New Roman"/>
        </w:rPr>
        <w:t>Харуулуудын үлээдэг бүрээгээр дүрслэгдсэн мэдээ нь хоёр талт юм. Энэ нь Исламын долоо дахь бүрээ бөгөөд чөлөөлөлтийн Ойн баярын бүрээ мөн. Энэ нь махбодболлын нууцаар гүйцэлддэг Бурханлаг чанар хүн төрөлхтөнтэй нэгдэх тухай мэдээ бөгөөд Бурханы тамганд, өөрөөр хэлбэл Амралтын өдөрт бэлтгэгдсэн зан чанарыг бий болгодог. 2001 оноос хойш хорин хоёр жилийн дараа, 2023 оны долоодугаар сард эхэлсэн лацдах тэр эцсийн үетэй холбоотой мэдээ, ажил, нөхцөл байдал нь Даниелын арван нэгдүгээр бүлгийн арван гуравдугаар шүлгээс арван тавдугаар шүлэгт, мөн Матайн арван зургадугаар бүлэг дэх Христийн Кесари Филиппид айлчилсан явдлаар дүрслэгдсэн байдаг.</w:t>
      </w:r>
    </w:p>
    <w:p>
      <w:pPr>
        <w:pStyle w:val="ArticleBody"/>
        <w:jc w:val="left"/>
      </w:pPr>
      <w:r>
        <w:rPr>
          <w:rFonts w:ascii="Times New Roman" w:hAnsi="Times New Roman" w:eastAsia="Times New Roman" w:cs="Times New Roman"/>
        </w:rPr>
        <w:t>Арван онгон охины тухай сургаалт зүйрлэлд бүх онгон охид саатсан тэр хугацаанд нойрсов. Есүс Өөрийн шавь нарт Лазар унтаж байна гэж айлдсан.</w:t>
      </w:r>
    </w:p>
    <w:p>
      <w:pPr>
        <w:pStyle w:val="ArticleScripture"/>
        <w:jc w:val="left"/>
      </w:pPr>
      <w:r>
        <w:rPr>
          <w:rFonts w:ascii="Times New Roman" w:hAnsi="Times New Roman" w:eastAsia="Times New Roman" w:cs="Times New Roman"/>
        </w:rPr>
        <w:t>Тэрээр эдгээрийг айлдаад, үүний дараа тэдэнд, «Бидний анд Лазар унтаж байна; харин Би түүнийг нойрноос нь сэрээхээр явж байна» гэв. Тэгэхэд шавь нар нь, «Эзэн, хэрэв тэр унтаж байгаа бол эдгэнэ» гэцгээв. Гэвч Есүс түүний үхлийн тухай айлдсан байлаа; харин тэд Түүнийг энгийн нойронд амрахын тухай хэлсэн гэж боджээ. Тэгэхэд Есүс тэдэнд ил тод, «Лазар үхсэн» гэж айлдав. Иохан 11:10–14.</w:t>
      </w:r>
    </w:p>
    <w:p>
      <w:pPr>
        <w:pStyle w:val="ArticleBody"/>
        <w:jc w:val="left"/>
      </w:pPr>
      <w:r>
        <w:rPr>
          <w:rFonts w:ascii="Times New Roman" w:hAnsi="Times New Roman" w:eastAsia="Times New Roman" w:cs="Times New Roman"/>
        </w:rPr>
        <w:t>Хорин нэгэн өдрийн төгсгөлд Даниел үзэгдлийг харсан бөгөөд тэрээр гүн нойронд автсан байв.</w:t>
      </w:r>
    </w:p>
    <w:p>
      <w:pPr>
        <w:pStyle w:val="ArticleScripture"/>
        <w:jc w:val="left"/>
      </w:pPr>
      <w:r>
        <w:rPr>
          <w:rFonts w:ascii="Times New Roman" w:hAnsi="Times New Roman" w:eastAsia="Times New Roman" w:cs="Times New Roman"/>
        </w:rPr>
        <w:t>Харин би, Даниел, энэ үзэгдлийг ганцаараа үзэв. Надтай хамт байсан хүмүүс үзэгдлийг үзээгүй боловч агуу их чичирхийлэл тэдний дээр буусан тул тэд зугтан, нуугдав. Ийнхүү би ганцаараа үлдэж, энэ агуу үзэгдлийг үзэв; надад ямар ч хүч үлдсэнгүй. Учир нь миний өнгө зүс дотор минь хувирч, доройтол болсон бөгөөд надад хүч үлдсэнгүй. Гэвч би Түүний үгсийн дууг сонсов. Түүний үгсийн дууг сонсоод, би нүүрээрээ газар харуулан гүн нойронд автав. Даниел 10:7–9.</w:t>
      </w:r>
    </w:p>
    <w:p>
      <w:pPr>
        <w:pStyle w:val="ArticleBody"/>
        <w:jc w:val="left"/>
      </w:pPr>
      <w:r>
        <w:rPr>
          <w:rFonts w:ascii="Times New Roman" w:hAnsi="Times New Roman" w:eastAsia="Times New Roman" w:cs="Times New Roman"/>
        </w:rPr>
        <w:t>Илчлэлт номын арван нэгдүгээр бүлгийн хоёр гэрч гурав хагас өдөр гудамжинд үхмэл хэвтэж байсан бөгөөд Езекиелийн үхсэн яснууд хөндийд байв. 2020 оны 7 дугаар сарын 18-нд гурав дахь тэнгэрэлчийн хөдөлгөөний онгон охидын дээр сүнслэг үхэл, нойрслын саатлын хугацаа ирүүлэгдэв. Гурван жилийн дараа Бурханы эцсийн өдрүүдийн ард түмнийг Түүний туг тэмдэг, хүчирхэг цэрэг болгон сэрээж, бэлтгэх үйл явц эхэлсэн. 2020 оны 7 дугаар сарын 18-нд бууж ирсэн тэнгэрэлч бууж ирэх бүрдээ үргэлж үйлддэгийн адил нэгэн үнэнийг лацнаас нь тайлав.</w:t>
      </w:r>
    </w:p>
    <w:p>
      <w:pPr>
        <w:pStyle w:val="ArticleBody"/>
        <w:jc w:val="left"/>
      </w:pPr>
      <w:r>
        <w:rPr>
          <w:rFonts w:ascii="Times New Roman" w:hAnsi="Times New Roman" w:eastAsia="Times New Roman" w:cs="Times New Roman"/>
        </w:rPr>
        <w:t>Түүний лацыг тайлсан үнэн нь саатлын цаг үе болон анхны урам хугарлын туршлага байв. Бурханы эцсийн өдрүүдийн ард түмэн тэр үед тараан бутарсан байсан бөгөөд тэднийг сэрээх үйл явц түүхэнд хүрэлцэн ирэхэд, тэд өөрсөд нь тараан бутарсан байсан бөгөөд саатлын цаг үед байгаагаа таньж, хүлээн зөвшөөрөх шаардлагатай болох байлаа. Тэгээд саатлын цаг үеийн мэдээг хүчирхэгжүүлэхийн тулд олон тэнгэрэлч, эсвэл олон мэдээ илгээгдсэн юм.</w:t>
      </w:r>
    </w:p>
    <w:p>
      <w:pPr>
        <w:pStyle w:val="ArticleScripture"/>
        <w:jc w:val="left"/>
      </w:pPr>
      <w:r>
        <w:rPr>
          <w:rFonts w:ascii="Times New Roman" w:hAnsi="Times New Roman" w:eastAsia="Times New Roman" w:cs="Times New Roman"/>
        </w:rPr>
        <w:t>“Хоёр дахь тэнгэрэлчийн мэдээний төгсгөл ойртох үед, Бурханы ард түмэн дээр тэнгэрээс агуу их гэрэл тусаж байгааг би үзэв. Энэ гэрлийн туяа нар мэт хурц тод санагдаж байлаа. Тэгээд би тэнгэрэлч нарын дуугаар: ‘Харагтун, Сүйт залуу ирж байна; Түүнтэй уулзахаар гарцгаа!’ хэмээн хашхирахыг сонсов.”</w:t>
      </w:r>
    </w:p>
    <w:p>
      <w:pPr>
        <w:pStyle w:val="ArticleScripture"/>
        <w:jc w:val="left"/>
      </w:pPr>
      <w:r>
        <w:rPr>
          <w:rFonts w:ascii="Times New Roman" w:hAnsi="Times New Roman" w:eastAsia="Times New Roman" w:cs="Times New Roman"/>
        </w:rPr>
        <w:t>“Энэ нь хоёр дахь тэнгэрэлчийн мэдээнд хүч өгөх ёстой байсан шөнийн дунд гарсан хашхираан байв. Тэнгэрээс тэнгэрэлч нар урам хугарсан ариун хүмүүст сэрэл өгч, тэднийг өмнө нь буй агуу үйл хэрэгт бэлтгэхээр илгээгдсэн байлаа. Хамгийн авьяастай хүмүүс энэ мэдээг хамгийн түрүүнд хүлээн аваагүй. Тэнгэрэлч нар даруу, үнэнч хүмүүст илгээгдэж, тэднийг ‘Харагтун, Сүйт залуу ирж байна; Түүнтэй уулзахаар гарцгаа!’ хэмээн хашхирахыг ятгав. Энэхүү хашхирааныг даатган хүлээсэн хүмүүс яаран хөдөлж, Ариун Сүнсний хүчээр тэр мэдээг тунхаглан, урам хугарсан ах дүүсээ сэрээв. Энэ ажил нь хүний мэргэн ухаан, мэдлэгт бус, харин Бурханы хүчинд тулгуурласан бөгөөд хашхирааныг сонссон Түүний ариун хүмүүс үүнийг эсэргүүцэж чадсангүй. Хамгийн сүнслэг хүмүүс энэ мэдээг хамгийн түрүүнд хүлээн авсан бөгөөд урьд нь ажилд тэргүүлж явсан хүмүүс хамгийн сүүлд хүлээн авч, ‘Харагтун, Сүйт залуу ирж байна; Түүнтэй уулзахаар гарцгаа!’ гэсэн хашхирааныг улам өргөжүүлэхэд туслав.”</w:t>
      </w:r>
    </w:p>
    <w:p>
      <w:pPr>
        <w:pStyle w:val="ArticleScripture"/>
        <w:jc w:val="left"/>
      </w:pPr>
      <w:r>
        <w:rPr>
          <w:rFonts w:ascii="Times New Roman" w:hAnsi="Times New Roman" w:eastAsia="Times New Roman" w:cs="Times New Roman"/>
        </w:rPr>
        <w:t>“Газар орны бүх хэсэгт хоёр дахь тэнгэрэлчийн мэдээний тухай гэрэл өгөгдөж, тэрхүү хашхираан мянга мянган хүний зүрх сэтгэлийг уяруулсан юм. Энэ нь хотоос хотод, тосгоноос тосгонд тархсаар, Бурханыг хүлээн байсан ард түмэн бүрэн сэргээгдтэл үргэлжилсэн. Олон сүмд энэ мэдээг тунхаглахыг зөвшөөрөөгүй бөгөөд амьд гэрчлэлтэй олон хүн эдгээр унасан сүмүүдийг орхин гарсан юм. Шөнийн дундын хашхираанаар агуу ажил биелсэн билээ. Энэ мэдээ нь зүрхийг шинжигч байсан бөгөөд итгэгчдийг өөрсдийнхөө төлөө амьд туршлагыг эрэлхийлэхэд хөтөлсөн. Тэд бие бие дээрээ түшиж чадахгүйгээ мэдэж байсан.” Early Writings, 238.</w:t>
      </w:r>
    </w:p>
    <w:p>
      <w:pPr>
        <w:pStyle w:val="ArticleBody"/>
        <w:jc w:val="left"/>
      </w:pPr>
      <w:r>
        <w:rPr>
          <w:rFonts w:ascii="Times New Roman" w:hAnsi="Times New Roman" w:eastAsia="Times New Roman" w:cs="Times New Roman"/>
        </w:rPr>
        <w:t>«Шөнийн дунд хашхираан»-ы мэдээ сургаалт зүйрлэлд хүрч ирэх нь, хоёр ангиллын онгон охид тос байгаа эсэхээ хэзээ илэрхийлэхийг тодорхойлдог. Ухаалаг нь тостой, мунхаг нь тосгүй. Энэхүү сургаалт зүйрлэл Миллерийн хөдөлгөөний түүхэн дэх Самуэл Сноугийн ажлаар биелсэн бөгөөд тэрхүү ажлын дотор Сноугийн тунхагласан мэдээ нь тухайн үеийн Миллерийн хэвлэлүүд дэх түүний өгүүллүүдээр төлөөлөгдөн хөгжсөн юм. Дараа нь тэрээр 1844 оны 8-р сарын 12-оос 17-ны хооронд болсон Эксетерийн майхны цуглаанд хүрэлцэн ирэхэд, эцэстээ уг цуглаанд байсан хүмүүс цуглаанаасаа гарч, мэдээг тунхаглахад хүргэсэн нэгэн хугацаа мөн төлөөлөгдсөн байдаг.</w:t>
      </w:r>
    </w:p>
    <w:p>
      <w:pPr>
        <w:pStyle w:val="ArticleBody"/>
        <w:jc w:val="left"/>
      </w:pPr>
      <w:r>
        <w:rPr>
          <w:rFonts w:ascii="Times New Roman" w:hAnsi="Times New Roman" w:eastAsia="Times New Roman" w:cs="Times New Roman"/>
        </w:rPr>
        <w:t>Шөнийн Хашхирааны мэдээ бүрэн тогтоогддог нэгэн “цаг хугацааны цэг” байдаг бөгөөд тэр цэг дээр, сургаалт зүйрлэлийн дагуу, онгон охидын хагацлын хугацаа хаагддаг. Тэрхүү “цаг хугацааны цэг”-ээс өмнө уг мэдээ боловсруулагдаж байдаг “нэгэн хугацаа” оршдог. 2023 оны долдугаар сараас хойш Шөнийн Хашхирааны мэдээ хөгжиж ирсэн бөгөөд Миллерийн үеийн биеллээс ялгаатай нь, “хагацлын хугацаа хаагдахаас” өмнө энэ мэдээ дэлхий даяар түгээгдсэн юм. Эксетерийн цуглааны төгсгөлд хагацлын хугацаа хаагдахад, тэр мэдээ дараа нь “нутгийн өнцөг булан бүрт” хүрч, “хоёр дахь тэнгэр элчийн мэдээн дээр гэрэл өгөгдөж, тэр хашхираан мянга мянган хүний зүрхийг уяруулсан. Энэ нь хотоос хотод, тосгоноос тосгонд тархсаар, Бурханыг хүлээж байсан ард түмэн бүрэн сэргээгдтэл үргэлжилсэн.”</w:t>
      </w:r>
    </w:p>
    <w:p>
      <w:pPr>
        <w:pStyle w:val="ArticleBody"/>
        <w:jc w:val="left"/>
      </w:pPr>
      <w:r>
        <w:rPr>
          <w:rFonts w:ascii="Times New Roman" w:hAnsi="Times New Roman" w:eastAsia="Times New Roman" w:cs="Times New Roman"/>
        </w:rPr>
        <w:t>Бидний өнөөгийн түүхэн үед 2023 оны 7-р сард нийтлэгдэж эхэлсэн мэдээ одоо дэлхийн нэг зуун хорин улсад хүрээд байгаа бөгөөд Шөнө дундын хашхирааны мэдээний хөгжлийг илэрхийлдэг өгүүллүүд жаран гаруй хэл дээр хүртээмжтэй байгаа бөгөөд тэдгээр өгүүллийг унших ч, сонсох ч боломжтой юм.</w:t>
      </w:r>
    </w:p>
    <w:p>
      <w:pPr>
        <w:pStyle w:val="ArticleScripture"/>
        <w:jc w:val="left"/>
      </w:pPr>
      <w:r>
        <w:rPr>
          <w:rFonts w:ascii="Times New Roman" w:hAnsi="Times New Roman" w:eastAsia="Times New Roman" w:cs="Times New Roman"/>
        </w:rPr>
        <w:t>Есүс Христийн илчлэл буюу Бурхан түүнд өгсөн нь, удахгүй болох ёстой зүйлсийг Өөрийн зарц нарт үзүүлэхийн тулд юм; тэгээд Тэр элчээ илгээж, үүнийг Өөрийн зарц Иоханд тэмдгээр мэдүүлсэн бөлгөө. Тэрээр Бурханы үг, Есүс Христийн гэрчлэл, мөн үзсэн бүхнээ гэрчлэн мэдүүлсэн юм. Энэхүү эш үзүүллэгийн үгсийг уншигч нь, сонсогчид нь, мөн түүн дотор бичигдсэн зүйлсийг сахигчид нь ерөөлтэй еэ. Учир нь цаг нь ойрхон байна. Илчлэлт 1:1–3.</w:t>
      </w:r>
    </w:p>
    <w:p>
      <w:pPr>
        <w:pStyle w:val="ArticleBody"/>
        <w:jc w:val="left"/>
      </w:pPr>
      <w:r>
        <w:rPr>
          <w:rFonts w:ascii="Times New Roman" w:hAnsi="Times New Roman" w:eastAsia="Times New Roman" w:cs="Times New Roman"/>
        </w:rPr>
        <w:t>Энэхүү мэдээний гэрэл, нийтлэлүүдээр төлөөлөгдөн илэрхийлэгдсэнчлэн, хоёр хүний хүчээр ойролцоогоор зургаан сарын дотор гүйцэлджээ.</w:t>
      </w:r>
    </w:p>
    <w:p>
      <w:pPr>
        <w:pStyle w:val="ArticleScripture"/>
        <w:jc w:val="left"/>
      </w:pPr>
      <w:r>
        <w:rPr>
          <w:rFonts w:ascii="Times New Roman" w:hAnsi="Times New Roman" w:eastAsia="Times New Roman" w:cs="Times New Roman"/>
        </w:rPr>
        <w:t>“— дотор тусалж чадах хүмүүс үүргийнхээ мэдрэмжид сэргээн хөдөлгөгдөхгүй л бол, гурав дахь тэнгэрэлчийн чанга дуу сонсогдох үед тэд Бурханы ажлыг танин мэдэхгүй. Гэрэл газар дэлхийг гэрэлтүүлэхээр түгэн гарах үед, тэд Эзэний тусламжид хүрч ирэхийн оронд, өөрсдийн явцуу үзэл санаанд нийцүүлэхийн тулд Түүний ажлыг хүлэн барихыг хүсэх болно. Эцсийн энэ ажилд Эзэн юмсын нийтлэг дэг журмаас нэн өөрөөр, мөн хүний аливаа төлөвлөлтөд харш байдлаар ажиллах болно гэдгийг би та нарт хэлье. Бидний дунд Бурханы ажлыг үргэлж хянахыг, дэлхийд өгөгдөх мэдээнд гурав дахь тэнгэрэлчтэй нэгддэг тэнгэрэлчийн удирдлага дор ажил урагшлах үед хүртэл ямар хөдөлгөөн хийгдэхийг зааж тушаахыг хүсэх хүмүүс байх болно. Бурхан жолоог Өөрийн мутарт авч байгааг илтгэн харуулах арга зам, хэрэгслийг хэрэглэнэ. Түүний зөвт байдлын ажлыг хэрэгжүүлж төгөлдөржүүлэхийн тулд ашиглах энгийн арга хэрэгслүүдийг хараад ажилчид гайхах болно.” Testimonies to Ministers, 300.</w:t>
      </w:r>
    </w:p>
    <w:p>
      <w:pPr>
        <w:pStyle w:val="ArticleBody"/>
        <w:jc w:val="left"/>
      </w:pPr>
      <w:r>
        <w:rPr>
          <w:rFonts w:ascii="Times New Roman" w:hAnsi="Times New Roman" w:eastAsia="Times New Roman" w:cs="Times New Roman"/>
        </w:rPr>
        <w:t>Иуда овгийн Арслан одоо Өөрийн эцсийн өдрүүдийн ард түмнийг Даниел арван нэгдүгээр бүлгийн арван гуравдугаар ишлэлээс арван тавдугаар ишлэл хүртэл авчирч, МЭӨ 200 оноос МЭӨ 63 он хүртэлх түүхээр дүрслэгдсэн түүхийг, мөн Матай арван зургаадугаар бүлэг болон Христийн Кесареа Филиппэд айлчилсан түүхийг нээж байна. Урьдчилан хэлсэн зөгнөлүүд ч, тэдгээрийн биеллийн түүх ч эцсийн өдрүүд хүртэл лацтай байсан Даниел номын тэр хэсэгтэй нийцэж байна. Даниел ба Илчлэлт номууд нь нэг ном мөн тул эцсийн өдрүүдэд, сорилтын хугацаа хаагдахын яг өмнө, Есүс Христийн Илчлэлтийн лац тайлагдаж, тэр Илчлэлт нь эцсийн өдрүүдтэй холбоотой Даниелын хэсгийг багтаадаг. Эксетерийн цуглааны төгсгөл ойртон иржээ.</w:t>
      </w:r>
    </w:p>
    <w:p>
      <w:pPr>
        <w:pStyle w:val="ArticleScripture"/>
        <w:jc w:val="left"/>
      </w:pPr>
      <w:r>
        <w:rPr>
          <w:rFonts w:ascii="Times New Roman" w:hAnsi="Times New Roman" w:eastAsia="Times New Roman" w:cs="Times New Roman"/>
        </w:rPr>
        <w:t>Тэгээд тэр надад: Энэ номын эш үзүүллэгийн үгсийг бүү битүүмжил, учир нь цаг нь ойрхон байна, гэв. Зүй бус нэгэн нь цаашид ч зүй бус хэвээр байг; бузар нэгэн нь цаашид ч бузар хэвээр байг; зөвт нэгэн нь цаашид ч зөвт хэвээр байг; ариун нэгэн нь цаашид ч ариун хэвээр байг. Илчлэлт 22:10, 11.</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“Үзэгтүн, эдгээр өдрүүд ирнэ” гэж Эзэн БУРХАН айлдаж байна, “Би газар нутагт өлсгөлөн илгээнэ. Тэр нь талхны өлсгөлөн ч биш, усны цангалт ч биш, харин ЭЗЭНий үгсийг сонсохын өлсгөлөн байх болно. Тэд тэнгисээс тэнгис хүртэл, хойноос зүүн тийш хэрэн тэнэнэ; ЭЗЭНий үгийг эрж хайхаар нааш цааш гүйх боловч түүнийг олохгүй. Тэр өдөр үзэсгэлэнт онгон охид болон идэр залуус цангаагаас болж сульдан унах болно. Самарийн нүглээр тангараглагчид, ‘Ай Дан, чиний бурхан амьд’ гэж хэлэгчид, мөн ‘Беершебагийн ёс зам амьд’ гэж хэлэгчид хүртэл унаж, дахин хэзээ ч босохгүй.” Амос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Наян Дөрөв</dc:title>
  <dc:subject>Амралтын өдөр ба Бие махбод болохуй: Миллерит лацдах үйл явцын тулгын чулуунууд</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