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наян тав дахь"}</w:t>
      </w:r>
    </w:p>
    <w:p>
      <w:pPr>
        <w:pStyle w:val="ArticleSubtitle"/>
        <w:jc w:val="left"/>
      </w:pPr>
      <w:r>
        <w:rPr>
          <w:rFonts w:ascii="Arial" w:hAnsi="Arial" w:eastAsia="Arial" w:cs="Arial"/>
        </w:rPr>
        <w:t>Бие махбодод илэрхийлэгдсэн бурханлаг чанар: Петрийн гүн гүнзгий хүлээн зөвшөөрөл ба түүний үр дагавар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2024-04-15</w:t>
      </w:r>
    </w:p>
    <w:p>
      <w:pPr>
        <w:pStyle w:val="ArticleBody"/>
        <w:jc w:val="left"/>
      </w:pPr>
      <w:r>
        <w:rPr>
          <w:rFonts w:ascii="Times New Roman" w:hAnsi="Times New Roman" w:eastAsia="Times New Roman" w:cs="Times New Roman"/>
        </w:rPr>
        <w:t>Петр шавь нар Христийг хэн гэж хэлдэг вэ гэсэн Христийн асуултад хариулахдаа Есүс бол Тослогдсон Нэгэн, Христ, Мессиа мөн гэж тодорхойлсон. Тэрээр мөн Түүнийг Бурханы Хүү гэж хэлсэн.</w:t>
      </w:r>
    </w:p>
    <w:p>
      <w:pPr>
        <w:pStyle w:val="ArticleScripture"/>
        <w:jc w:val="left"/>
      </w:pPr>
      <w:r>
        <w:rPr>
          <w:rFonts w:ascii="Times New Roman" w:hAnsi="Times New Roman" w:eastAsia="Times New Roman" w:cs="Times New Roman"/>
        </w:rPr>
        <w:t>Есүс Кесари Филиппийн нутагт ирээд, шавь нараасаа асуун, — Хүний Хүү Намайг хүмүүс хэн гэж хэлдэг вэ? — гэв. Тэд, — Зарим нь Таныг Баптист Иохан гэдэг; зарим нь Елиа; бусад нь Иеремиа, эсвэл эш үзүүлэгчдийн нэг гэдэг, — хэмээн хэлэв. Тэр тэдэнд, — Харин та нар Намайг хэн гэж хэлэх вэ? — гэхэд Симон Петр хариулан, — Та бол Христ, амьд Бурханы Хүү мөн, — гэв. Есүс түүнд хариулан, — Симон Бар-иона, чи ерөөлтэй еэ. Учир нь үүнийг чамд мах ба цус илчилсэнгүй, харин тэнгэр дэх Миний Эцэг илчилсэн юм. Би бас чамд хэлье: чи бол Петр, энэ хад чулуун дээр Би Өөрийн чуулганыг байгуулна; мөн тамын хаалгууд түүнийг дийлэхгүй. Би чамд тэнгэрийн хаанчлалын түлхүүрүүдийг өгнө. Чи газарт юуг хүлнэ, тэр нь тэнгэрт хүлэгдсэн байх болно; мөн чи газарт юуг суллана, тэр нь тэнгэрт суллагдсан байх болно, — гэв. Матай 16:13–19.</w:t>
      </w:r>
    </w:p>
    <w:p>
      <w:pPr>
        <w:pStyle w:val="ArticleBody"/>
        <w:jc w:val="left"/>
      </w:pPr>
      <w:r>
        <w:rPr>
          <w:rFonts w:ascii="Times New Roman" w:hAnsi="Times New Roman" w:eastAsia="Times New Roman" w:cs="Times New Roman"/>
        </w:rPr>
        <w:t>Петрээр дамжуулан Ариун Сүнс нэг зуун дөчин дөрвөн мянган хүнд ойлгох ёстой үндсэн үнэнийг илчилсэн. Тэр үүнийг Панумд, өөрөөр хэлбэл Кесари Филиппид үйлдсэн. Панум бол лууг шүтэх шүтлэг дэх хамгийн ариун сүмийн газар мөн. Учир нь Грек нь ертөнцийг төлөөлдөг бөгөөд эцсийн өдрүүд дэх ертөнц бол Нэгдсэн Үндэстний Байгууллага бөгөөд энэ нь луугийн дэлхий дээрх төлөөлөгч юм. “Тамын хаалга” гэдэг нь Грекийн ямаан бурхан Панын сүмийн нэр юм. Тэрхүү сүм нь Панумын булаг агуулж байсан агуйн өмнө баригдсан байв. Панумын булаг нь Христийн бэлгэдэл болсон Иордан голыг тэтгэдэг байв.</w:t>
      </w:r>
    </w:p>
    <w:p>
      <w:pPr>
        <w:pStyle w:val="ArticleBody"/>
        <w:jc w:val="left"/>
      </w:pPr>
      <w:r>
        <w:rPr>
          <w:rFonts w:ascii="Times New Roman" w:hAnsi="Times New Roman" w:eastAsia="Times New Roman" w:cs="Times New Roman"/>
        </w:rPr>
        <w:t>“Йордан” хэмээх нэр нь “уруудан буугч” гэсэн утгатай бөгөөд энэ гол урсгалаа Израилийн хойд нутгийн уулархаг бүсээс эхэлж, Хермоны нурууны хамгийн өндөр оргил болох Хермон уулын булаг шандуудаас үндсэн эхээ авдаг бөгөөд тэнд “тамын хаалга” хэмээн нэрлэгддэг булаг оршдог. Хермон нь “ариун” гэсэн утгатай, харин “Йордан” нь “уруудан буух” гэсэн утгатай. Йордан гол Хермон уулын өндөрлөгөөс урсан гарч, Йорданы хагарлын хөндийгөөр уруудан буусаар, эцэст нь дэлхийн гадаргын хамгийн нам цэг болох Үхсэн тэнгист хүрдэг.</w:t>
      </w:r>
    </w:p>
    <w:p>
      <w:pPr>
        <w:pStyle w:val="ArticleBody"/>
        <w:jc w:val="left"/>
      </w:pPr>
      <w:r>
        <w:rPr>
          <w:rFonts w:ascii="Times New Roman" w:hAnsi="Times New Roman" w:eastAsia="Times New Roman" w:cs="Times New Roman"/>
        </w:rPr>
        <w:t>Иорданы голыг тэтгэдэг, Паны сүмээс эх авч, эцэст нь газрын дэлхийн хамгийн нам дор цэгт хүрдэг ус нь Бурханы Хүү хамгийн өндөр ариун уулыг орхин энэ дэлхийн хамгийн нам дор “Үхсэн тэнгис” рүү бууж ирсэн буултыг төлөөлдөг. Христ тэнгэрээс загалмайн үхэл хүртэл бууж ирсэн нь мөн Тэр унасан хүний махбодыг Өөр дээрээ авсныг илэрхийлдэг. Учир нь тэнгэрээс загалмай хүртэлх Түүний замнал нь “тамын хаалганаас” эх авсан уснаас тэжээгдэж байв.</w:t>
      </w:r>
    </w:p>
    <w:p>
      <w:pPr>
        <w:pStyle w:val="ArticleBody"/>
        <w:jc w:val="left"/>
      </w:pPr>
      <w:r>
        <w:rPr>
          <w:rFonts w:ascii="Times New Roman" w:hAnsi="Times New Roman" w:eastAsia="Times New Roman" w:cs="Times New Roman"/>
        </w:rPr>
        <w:t>Сөнөсөн тэнгис нь дэлхийн хамгийн нам дор газар төдийгүй, мөн дэлхийн хамгийн их давстай ус бөгөөд далайн уснаас ес дахин давстай юм. Сөнөсөн тэнгисээр дүрслэгдсэнчлэн Христийн загалмай дээрх үхэл нь Тэрээр олонтой Өөрийн гэрээг баталгаажуулсан газар мөн.</w:t>
      </w:r>
    </w:p>
    <w:p>
      <w:pPr>
        <w:pStyle w:val="ArticleScripture"/>
        <w:jc w:val="left"/>
      </w:pPr>
      <w:r>
        <w:rPr>
          <w:rFonts w:ascii="Times New Roman" w:hAnsi="Times New Roman" w:eastAsia="Times New Roman" w:cs="Times New Roman"/>
        </w:rPr>
        <w:t>Таны идээн өргөлийн бүх өргөл бүрийг чи давсаар амтлах ёстой; мөн Бурхантай чинь байгуулсан гэрээний давсыг өөрийн идээн өргөлөөс дутагдуулах ёсгүй. Бүх өргөлүүдийнхээ хамт чи давс өргөх ёстой. Левит 2:3.</w:t>
      </w:r>
    </w:p>
    <w:p>
      <w:pPr>
        <w:pStyle w:val="ArticleBody"/>
        <w:jc w:val="left"/>
      </w:pPr>
      <w:r>
        <w:rPr>
          <w:rFonts w:ascii="Times New Roman" w:hAnsi="Times New Roman" w:eastAsia="Times New Roman" w:cs="Times New Roman"/>
        </w:rPr>
        <w:t>Хермон уулын булаг эхүүдээс урсан гарах замдаа Иорданы гол Галилын тэнгисээр дайран өнгөрдөг бөгөөд үүнийг мөн Тивери нуур, Киннерет нуур гэж нэрлэдэг. Галил гэдэг нь “нугас” буюу “эргэх цэг” гэсэн утгатай. Тивери гэдэг нь Август Цезарийн дараа төр барьсан Ромын захирагчийн нэр бөгөөд нуурын хэлбэрээс шалтгаалан түүнийг Киннерет гэж нэрлэдэг бөгөөд энэ нь “яруу” буюу “лир” гэсэн утгатай. Хүн төрөлхтний хувьд эргэх цэг нь Тивери Цезарь ноёрхож, Есүс цовдлогдсон үед байсан бөгөөд тэнгэр дэх бүх яруу нам гүм болсон юм. “Тамын хаалга” хэмээгддэг, өөрөөр хэлбэл Грекийн бурхан Пангийн сүмтэй холбоотой Иорданы голын газарзүйн гэрчлэл нь Петр Ариун Сүнсний өдөөлтөөр тунхагласан гэрчлэлийн тухай өгүүлдэг.</w:t>
      </w:r>
    </w:p>
    <w:p>
      <w:pPr>
        <w:pStyle w:val="ArticleBody"/>
        <w:jc w:val="left"/>
      </w:pPr>
      <w:r>
        <w:rPr>
          <w:rFonts w:ascii="Times New Roman" w:hAnsi="Times New Roman" w:eastAsia="Times New Roman" w:cs="Times New Roman"/>
        </w:rPr>
        <w:t>Христийн махбод болохуй нь Бурханы Тэнгэрлэг Хүү Өөр дээрээ хүний махбодыг авснаар болсон Тэнгэрлэг чанар ба хүн чанарын нэгдэл байсан бөгөөд үүгээр Тэнгэрлэг чанарыг хүн чанартай нэгтгэсэн юм. Үүнийг Паны булгаас урсан Иорданы мөрнийг тэжээдэг ус бэлгэдэн дүрсэлдэг. Паны булгийг тэжээдэг зүйл нь Хермоны уулс дээр буудаг шүүдэр, бороо, цас байсан бөгөөд Хермон нь “ариун” уулыг, өөрөөр хэлбэл дээрх Иерусалимыг төлөөлдөг.</w:t>
      </w:r>
    </w:p>
    <w:p>
      <w:pPr>
        <w:pStyle w:val="ArticleScripture"/>
        <w:jc w:val="left"/>
      </w:pPr>
      <w:r>
        <w:rPr>
          <w:rFonts w:ascii="Times New Roman" w:hAnsi="Times New Roman" w:eastAsia="Times New Roman" w:cs="Times New Roman"/>
        </w:rPr>
        <w:t>Давидын өгсөх дуу. Харагтун, ах дүү нар нэгдмэлээр хамт оршин суух нь хичнээн сайн, хичнээн тааламжтай вэ! Энэ нь толгой дээр асгагдан, сахал руу, бүр Аароны сахал руу урсан, хувцасных нь хормой хүртэл буусан эрхэм тос мэт бөлгөө; Хермоны шүүдэр мэт, мөн Сионы уулс дээр буудаг шүүдэр мэт бөлгөө. Учир нь тэнд ЭЗЭН ерөөлийг, үүрдийн амийг хүртэл тушаасан билээ. Дуулал 133:1–3.</w:t>
      </w:r>
    </w:p>
    <w:p>
      <w:pPr>
        <w:pStyle w:val="ArticleBody"/>
        <w:jc w:val="left"/>
      </w:pPr>
      <w:r>
        <w:rPr>
          <w:rFonts w:ascii="Times New Roman" w:hAnsi="Times New Roman" w:eastAsia="Times New Roman" w:cs="Times New Roman"/>
        </w:rPr>
        <w:t>Аароны сахлаар доош урссан тэрхүү “үнэт тос” нь түүнийг болон түүний хөвгүүдийг Бурханы тахилчдаар тослон өргөмжлөхөд хэрэглэсэн тос байв.</w:t>
      </w:r>
    </w:p>
    <w:p>
      <w:pPr>
        <w:pStyle w:val="ArticleScripture"/>
        <w:jc w:val="left"/>
      </w:pPr>
      <w:r>
        <w:rPr>
          <w:rFonts w:ascii="Times New Roman" w:hAnsi="Times New Roman" w:eastAsia="Times New Roman" w:cs="Times New Roman"/>
        </w:rPr>
        <w:t>Тэгээд чи тахилын ширээн дээрх цуснаас, мөн тослох тосноос авч, Аарон дээр, түүний хувцаснууд дээр, мөн түүний хөвгүүд дээр, түүнтэй хамт байгаа түүний хөвгүүдийн хувцаснууд дээр цацагтун. Тэгвэл тэр, түүний хувцаснууд, түүний хөвгүүд, мөн түүнтэй хамт түүний хөвгүүдийн хувцаснууд ариусгагдах болно. Египетээс гарсан нь 29:21.</w:t>
      </w:r>
    </w:p>
    <w:p>
      <w:pPr>
        <w:pStyle w:val="ArticleBody"/>
        <w:jc w:val="left"/>
      </w:pPr>
      <w:r>
        <w:rPr>
          <w:rFonts w:ascii="Times New Roman" w:hAnsi="Times New Roman" w:eastAsia="Times New Roman" w:cs="Times New Roman"/>
        </w:rPr>
        <w:t>Петр бүх шавь нарын хүлээн зөвшөөрлийг илэрхийлсэн бөгөөд ийнхүү тэрээр туг тэмдэг болгон өргөмжлөгдөх нэгдмэл санваартнаар тослогдох ёстой нэг зуун дөчин дөрвөн мянгын хүлээн зөвшөөрлийг ч мөн илэрхийлсэн юм. Аароныг тосолсон “тос” нь мөн Хермон уулын шүүдэр, бас Сионы уулсын шүүдэр байв. “Тос” болон “шүүдэр” нь Ариун Сүнсний тосолгоог төлөөлдөг мэдээ юм.</w:t>
      </w:r>
    </w:p>
    <w:p>
      <w:pPr>
        <w:pStyle w:val="ArticleScripture"/>
        <w:jc w:val="left"/>
      </w:pPr>
      <w:r>
        <w:rPr>
          <w:rFonts w:ascii="Times New Roman" w:hAnsi="Times New Roman" w:eastAsia="Times New Roman" w:cs="Times New Roman"/>
        </w:rPr>
        <w:t>Тэнгэрс, чих тавин сонсогтун, би өгүүлнэ; газар дэлхий, амнаас минь гарах үгсийг сонсогтун. Миний сургаал бороо мэт дуслан бууж, миний үг шүүдэр мэт шивэрч, зөөлөн өвсөн дээрх нарийн бороо мэт, ногоон дээрх аадар мэт байх болно. Учир нь би ЭЗЭНий нэрийг тунхаглана; бидний Бурханд сүр жавхланг өргөгтүн. Дэд хууль 32:1–3.</w:t>
      </w:r>
    </w:p>
    <w:p>
      <w:pPr>
        <w:pStyle w:val="ArticleBody"/>
        <w:jc w:val="left"/>
      </w:pPr>
      <w:r>
        <w:rPr>
          <w:rFonts w:ascii="Times New Roman" w:hAnsi="Times New Roman" w:eastAsia="Times New Roman" w:cs="Times New Roman"/>
        </w:rPr>
        <w:t>“Шүүдэр” гэдэг нь Сионы уулс дээр буудаг “сургаал” бөгөөд, эцсийн өдрүүдэд Бурханы тахилч нар болох нэг зуун дөчин дөрвөн мянгыг нэгтгэдэг тосолгооны “тос” мөн. Энэ сургаал бороо мэт дусаж, шүүдэр мэт нэрдэг нь “тунхаглагддаг” учраас юм. Тэнгэр газар Түүний амны үгсийг сонсож, чих тавих ёстой тул энэ нь тунхаглагддаг бөгөөд үүнийг Шөнө дундын Хашхираан болон Чанга Хашхирааны мэдээнүүдийг тунхагладаг туг тэмдэг болсон нэгдмэл тахилч нарын үйлчлэлээр дамжуулан үйлддэг.</w:t>
      </w:r>
    </w:p>
    <w:p>
      <w:pPr>
        <w:pStyle w:val="ArticleScripture"/>
        <w:jc w:val="left"/>
      </w:pPr>
      <w:r>
        <w:rPr>
          <w:rFonts w:ascii="Times New Roman" w:hAnsi="Times New Roman" w:eastAsia="Times New Roman" w:cs="Times New Roman"/>
        </w:rPr>
        <w:t>Уулсын оройд сайн мэдээг авчрагч, амар тайвныг тунхаглагч, сайн зүйлийн сайн мэдээг авчрагч, авралыг тунхаглагч, Сионд хандан, “Чиний Бурхан хаанчилж байна!” гэж айлдагчийн хөл нь хэчнээн үзэсгэлэнтэй вэ! Чиний харуулууд дуу хоолойгоо өргөнө; тэд хамтдаа дуу хоолойгоороо дуулна. Учир нь ЭЗЭН Сионыг дахин сэргээх үед тэд нүдээрээ нүүр тулан үзэх болно. Иерусалимын эзгүй балгаснууд аа, баяраар бялхан цэнгэн, хамтдаа дуулцгаа. Учир нь ЭЗЭН Өөрийн ард түмнийг тайтгаруулж, Иерусалимыг золин авсан юм. ЭЗЭН бүх үндэстний нүдний өмнө Өөрийн ариун мутрыг ил гаргасан бөгөөд газрын хязгаар бүр манай Бурханы авралыг үзэх болно. Исаиа 52:7–10.</w:t>
      </w:r>
    </w:p>
    <w:p>
      <w:pPr>
        <w:pStyle w:val="ArticleBody"/>
        <w:jc w:val="left"/>
      </w:pPr>
      <w:r>
        <w:rPr>
          <w:rFonts w:ascii="Times New Roman" w:hAnsi="Times New Roman" w:eastAsia="Times New Roman" w:cs="Times New Roman"/>
        </w:rPr>
        <w:t>Петрээр төлөөлөгдсөн эцсийн өдрүүдийн харуулууд аврал ба амар тайвныг тунхагладаг бөгөөд тэд нүд нийлэх тул нэгдмэл байх болно. Энэ нь “ЭЗЭН Сионыг дахин авчрах үед” тохиолдоно. “Дахин авчрах” хэмээн орчуулсан еврей үг нь “эргүүлэх” гэсэн утгатай. ЭЗЭН Сионыг эргүүлнэ гэдэг нь, тархалтаар төлөөлөгдсөнчлөн, Сион олзлогдолд байсан гэсэн үг бөгөөд тэрхүү олзлолт зогсоход энэ нь эргүүлэгддэг.</w:t>
      </w:r>
    </w:p>
    <w:p>
      <w:pPr>
        <w:pStyle w:val="ArticleScripture"/>
        <w:jc w:val="left"/>
      </w:pPr>
      <w:r>
        <w:rPr>
          <w:rFonts w:ascii="Times New Roman" w:hAnsi="Times New Roman" w:eastAsia="Times New Roman" w:cs="Times New Roman"/>
        </w:rPr>
        <w:t>Учир нь ЭЗЭН ийнхүү айлдаж байна: Вавилонд далан жил гүйцсэний дараа Би та нарыг эргэн харж, та нарын төлөө хэлсэн Өөрийн сайн үгээ биелүүлэн, та нарыг энэ газарт буцаан авчирна. Учир нь Би та нарын талаар бодож буй бодлуудаа мэднэ гэж ЭЗЭН айлдаж байна, эдгээр нь гай зовлонгийн бус, амар амгалангийн бодлууд бөгөөд та нарт хүсэмжит төгсгөлийг өгөхийн тулд юм. Тэгээд та нар Намайг дуудаж, явж Над уруу залбирах бөгөөд Би та нарыг сонсоно. Та нар Намайг эрж хайх бөгөөд бүх зүрхээрээ Намайг эрэн хайх үедээ Намайг олно. Би та нарт олдоно гэж ЭЗЭН айлдаж байна; Би та нарын олзлогдлыг эцэслэж, Өөрийн та нарыг хөөн тараасан бүх үндэстнүүд болон бүх газраас та нарыг цуглуулна гэж ЭЗЭН айлдаж байна; мөн Би та нарыг олзлогдон явсан тэр газраас чинь буцаан авчирна. Иеремиа 29:10–14.</w:t>
      </w:r>
    </w:p>
    <w:p>
      <w:pPr>
        <w:pStyle w:val="ArticleBody"/>
        <w:jc w:val="left"/>
      </w:pPr>
      <w:r>
        <w:rPr>
          <w:rFonts w:ascii="Times New Roman" w:hAnsi="Times New Roman" w:eastAsia="Times New Roman" w:cs="Times New Roman"/>
        </w:rPr>
        <w:t>Бүх эш үзүүлэгчид эцсийн өдрүүдийн талаар өгүүлж байгаа бөгөөд эцсийн өдрүүдэд Түүний ард түмэн эш үзүүллэгийн гэрчлэлийг биелүүлэхийн тулд эргүүлэн өөрчлөгдөх ёстой нэгэн олзлолд байна.</w:t>
      </w:r>
    </w:p>
    <w:p>
      <w:pPr>
        <w:pStyle w:val="ArticleScripture"/>
        <w:jc w:val="left"/>
      </w:pPr>
      <w:r>
        <w:rPr>
          <w:rFonts w:ascii="Times New Roman" w:hAnsi="Times New Roman" w:eastAsia="Times New Roman" w:cs="Times New Roman"/>
        </w:rPr>
        <w:t>ЭЗЭНээс Иеремиад ирсэн үг нь ийнхүү байв: Израилийн Бурхан ЭЗЭН ийн айлдаж байна: Миний чамд айлдсан бүх үгийг номд бичигтүн. Учир нь, болгоогтун, өдрүүд ирж байна гэж ЭЗЭН айлдаж байна, тэр цагт Би Өөрийн ард түмэн Израиль ба Иудагийн олзлогдлыг буцаан авчирна гэж ЭЗЭН айлдаж байна. Тэгээд Би тэднийг өвөг эцгүүдэд нь өгсөн нутагт нь буцаан авчирч, тэд түүнийг эзэмших болно. Иеремиа 30:1–3.</w:t>
      </w:r>
    </w:p>
    <w:p>
      <w:pPr>
        <w:pStyle w:val="ArticleBody"/>
        <w:jc w:val="left"/>
      </w:pPr>
      <w:r>
        <w:rPr>
          <w:rFonts w:ascii="Times New Roman" w:hAnsi="Times New Roman" w:eastAsia="Times New Roman" w:cs="Times New Roman"/>
        </w:rPr>
        <w:t>Гурав хагас өдөр нойрссоны дараа, Лазар дөрөв хоног нойрссончлон, мөн Даниел хорин нэгэн өдөр гашуудсанчлан, Михаел эцсийн өдрүүдийн Өөрийн ард түмэн болох хоёр гэрчийг амилуулж, тэднийг нэгдэлд оруулан, мөн дэлхий даяар нийтлэгддэг нэгэн мэдээгээр дамжуулан тэднийг тосолдог. Тэрхүү мэдээ нь Панын булгийг тэтгэдэг Хермон уулын (“ариун уул”) “шүүдэр” бөгөөд, улмаар тэрхүү булаг Иорданы голыг тэтгэдэг. Тэрхүү мэдээгээр биелдэг тосолгоо нь Есүсийг Христ болсон мөчийг тэмдэглэсэн Есүсийн тосолгоог төлөөлдөг бөгөөд үүнийг Петр тодорхойлсон юм.</w:t>
      </w:r>
    </w:p>
    <w:p>
      <w:pPr>
        <w:pStyle w:val="ArticleBody"/>
        <w:jc w:val="left"/>
      </w:pPr>
      <w:r>
        <w:rPr>
          <w:rFonts w:ascii="Times New Roman" w:hAnsi="Times New Roman" w:eastAsia="Times New Roman" w:cs="Times New Roman"/>
        </w:rPr>
        <w:t>Петр Христийг Бурханы Хүү хэмээн тодорхойлсон үедээ, тэрээр Христийг Бурханы Хүү бөгөөд Хүний Хүү аль алин нь мөн болохыг, Иорданы мөрнийг тэтгэдэг “тамын хаалгууд”-ын уснуудаар дүрслэгдсэнчлэн илэрхийлсэн юм. Петрийн энэ хүлээн зөвшөөрөл нь Ариун Сүнсний өдөөлтөөр төрсөн бөгөөд, Есүс бол Христ, Тослогдсон Нэгэн мөн, мөн Тэрээр Бурхан бөгөөд хүн аль аль нь мөн гэсэн тэр үнэн нь Бурханы эцсийн өдрүүдийн ард түмний эсрэг өрнөх тэмцлийн гол төв байх үнэн мөн хэмээн Есүс тодорхойлсон билээ. Христ тэднийг ялагч болно гэж амласан, учир нь “тамын хаалгууд” энэ үнэний эсрэг дийлэхгүй.</w:t>
      </w:r>
    </w:p>
    <w:p>
      <w:pPr>
        <w:pStyle w:val="ArticleBody"/>
        <w:jc w:val="left"/>
      </w:pPr>
      <w:r>
        <w:rPr>
          <w:rFonts w:ascii="Times New Roman" w:hAnsi="Times New Roman" w:eastAsia="Times New Roman" w:cs="Times New Roman"/>
        </w:rPr>
        <w:t>Үнэн хэрэгтээ 2001 оны 9 дүгээр сарын 11-нд, Есүс Өөрийн баптисм хүртэх үед тослогдсонтой адил, нэг зуун дөчин дөрвөн мянгыг тамгалах ажил эхэлсэн бөгөөд тэр түүхийн явцад Тэр Өөрийн эцсийн өдрүүдийн ард түмнийг алавч, эцэст нь Өөрөө тэднийг амилуулж, тэдний олзлогдлыг эргүүлэн өөрчлөх хүртэл үргэлжлэх нэгэн урам хугаралт байх ёстой байв. Амилуулалтын үйл явцад Түүний ард түмнийг сүр хүчт цэрэг болгон нэгтгэж, туг тэмдэг болгон өргөмжлөх явдал багтана. Гудамжинд болсон үхлийн дараах амилуулах, ариусгах, нэгтгэх, өргөмжлөх ажлыг Даниелын арван нэгдүгээр бүлгийн аравдугаар эшлэлээс арван тавдугаар эшлэлд, мөн Библийн бусад хэсгүүдэд дүрслэн үзүүлсэн байдаг. Харин арван гуравдугаар эшлэлээс арван тавдугаар эшлэлд Христ Өөрийн шавь нарыг дахин Кесари Филиппид, Паниумд авчирсан бөгөөд тэнд Бурханы тамга үүрд мөнхөд даруулагддаг юм.</w:t>
      </w:r>
    </w:p>
    <w:p>
      <w:pPr>
        <w:pStyle w:val="ArticleBody"/>
        <w:jc w:val="left"/>
      </w:pPr>
      <w:r>
        <w:rPr>
          <w:rFonts w:ascii="Times New Roman" w:hAnsi="Times New Roman" w:eastAsia="Times New Roman" w:cs="Times New Roman"/>
        </w:rPr>
        <w:t>Эдгээр баримтуудын гүн утгыг бид ойлгосон цагт л Кесари Филиппийн гэрчлэлд оршиж буй үнэний илчлэлтүүдийг таньж чадна. Матай номын арван зургаадугаар бүлгийн арван наймдугаар эшлэлд Симон Бар-Ионагийн нэр Петр болж өөрчлөгддөг бөгөөд энэ нь өмнөх нэгэн өгүүлэлд тэмдэглэснээр нэг зуун дөчин дөрвөн мянгыг бэлгэддэг. Тэрхүү эшлэлд тогтоогдсон математик илчлэлт нь Есүсийг Гайхамшигт Тоологч хэмээн улам тодруулан өргөмжилдөг. Учир нь Петрийг нэг зуун дөчин дөрвөн мянгыг төлөөлөгч гэж ойлгож болохоос гадна, Матай 16:18 нь мөн “phi”-ийн математик бэлгэдэл мөн юм.</w:t>
      </w:r>
    </w:p>
    <w:p>
      <w:pPr>
        <w:pStyle w:val="ArticleBody"/>
        <w:jc w:val="left"/>
      </w:pPr>
      <w:r>
        <w:rPr>
          <w:rFonts w:ascii="Times New Roman" w:hAnsi="Times New Roman" w:eastAsia="Times New Roman" w:cs="Times New Roman"/>
        </w:rPr>
        <w:t>“фи”-тэй холбоотой математикийг авч үзэхээс өмнө, “фи” нь Паниум хотын хоёр нэрийн хоёр дахь нь болох “Филиппи” хэмээх үгийн нэг хэсэг гэдгийг тэмдэглэх нь зүйтэй. Арван наймдугаар эшлэлд Есүс Петрт еврей хэлээр айлдсан нь, тэр нь грек хэлээр тэмдэглэгдэж, хожим англи хэл рүү орчуулагдсан болохыг тодорхойлдог. Эдгээр гурван алхам нь Христ Өөрийн Үгийг захирч байдгийг харуулдаг. Энэ үгийг дугаарлагдсан байрлалуудыг үржүүлэх математик тогтолцоогоор авч үзвэл, Петр хэмээх нэр нь нэг зуун дөчин дөрвөн мянгатай тэнцдэгийг илтгэн, ийнхүү Есүсийг Гайхамшигт Тоологч мөн болохыг онцолдог. Есүс Өөрийн чуулганыг байгуулах болно хэмээн тунхагладаг яг тэр эшлэлд, Гайхамшигт Тоологч орчуулгын үйл явцыг захирч, арван зургаадугаар бүлгийн арван наймдугаар эшлэлд илэрхийлэгдсэн үнэн нь “фи” хэмээх математик тэмдгийг төлөөлөхөөр баталгаажуулсан юм.</w:t>
      </w:r>
    </w:p>
    <w:p>
      <w:pPr>
        <w:pStyle w:val="ArticleScripture"/>
        <w:jc w:val="left"/>
      </w:pPr>
      <w:r>
        <w:rPr>
          <w:rFonts w:ascii="Times New Roman" w:hAnsi="Times New Roman" w:eastAsia="Times New Roman" w:cs="Times New Roman"/>
        </w:rPr>
        <w:t>Би чамд мөн хэлье: чи бол Петр; энэ хад чулуун дээр Би Өөрийн чуулганыг байгуулна; тамын үүднүүд түүнийг дийлэхгүй. Матай 16:18.</w:t>
      </w:r>
    </w:p>
    <w:p>
      <w:pPr>
        <w:pStyle w:val="ArticleBody"/>
        <w:jc w:val="left"/>
      </w:pPr>
      <w:r>
        <w:rPr>
          <w:rFonts w:ascii="Times New Roman" w:hAnsi="Times New Roman" w:eastAsia="Times New Roman" w:cs="Times New Roman"/>
        </w:rPr>
        <w:t>Түүний чуулган нь Есүс бол Христ мөн, Тэр бол Бурханы Хүү мөн гэсэн сургаал дээр төдийхөн байгуулагдаагүй, харин мөн Тэр бол Үг бөгөөд тэрхүү Үг нь математик, дүрэм хэлзүй, хүний үйлсийг оролцуулан бүхнийг бүтээж, бүхнийг захирдгийн үнэн дээр ч байгуулагдсан юм.</w:t>
      </w:r>
    </w:p>
    <w:p>
      <w:pPr>
        <w:pStyle w:val="ArticleScripture"/>
        <w:jc w:val="left"/>
      </w:pPr>
      <w:r>
        <w:rPr>
          <w:rFonts w:ascii="Times New Roman" w:hAnsi="Times New Roman" w:eastAsia="Times New Roman" w:cs="Times New Roman"/>
        </w:rPr>
        <w:t>Түүнд бид мөн өвийг хүлээн авсан бөгөөд энэ нь Өөрийн хүслийн зөвлөлийн дагуу бүхнийг үйлдэгч Нэгэний зорилгын дагуу урьдаас тогтоогдсон билээ. Ефес 1:11.</w:t>
      </w:r>
    </w:p>
    <w:p>
      <w:pPr>
        <w:pStyle w:val="ArticleBody"/>
        <w:jc w:val="left"/>
      </w:pPr>
      <w:r>
        <w:rPr>
          <w:rFonts w:ascii="Times New Roman" w:hAnsi="Times New Roman" w:eastAsia="Times New Roman" w:cs="Times New Roman"/>
        </w:rPr>
        <w:t>Фи нь ихэвчлэн Грекийн φ (фи) үсгээр тэмдэглэгддэг бөгөөд ойролцоогоор 1.618033988749895-тэй тэнцэх математик тогтмол юм. Энэ тоог алтан харьцаа буюу тэнгэрлэг пропорц гэж нэрлэдэг. Энэ нь “иррационал тоо” бөгөөд, өөрөөр хэлбэл энгийн бутархайгаар илэрхийлэгдэх боломжгүй, мөн түүний аравтын илэрхийлэл нь давтагдалгүйгээр хязгааргүй үргэлжилдэг.</w:t>
      </w:r>
    </w:p>
    <w:p>
      <w:pPr>
        <w:pStyle w:val="ArticleBody"/>
        <w:jc w:val="left"/>
      </w:pPr>
      <w:r>
        <w:rPr>
          <w:rFonts w:ascii="Times New Roman" w:hAnsi="Times New Roman" w:eastAsia="Times New Roman" w:cs="Times New Roman"/>
        </w:rPr>
        <w:t>Алтан харьцаа нь олон гайхамшигтай шинж чанартай бөгөөд математик, урлаг, архитектур, байгаль болон бусад олон салбарт янз бүрийн хүрээнд илэрдэг. Энэ нь тэгш өнцөгт, таван өнцөгт, арван хоёр талт зэрэг геометрийн дүрсүүдэд олонтаа тохиолддог бөгөөд тэдгээрт урт талын богино талдаа харьцах харьцаа нь φ-тэй тэнцүү байдаг.</w:t>
      </w:r>
    </w:p>
    <w:p>
      <w:pPr>
        <w:pStyle w:val="ArticleBody"/>
        <w:jc w:val="left"/>
      </w:pPr>
      <w:r>
        <w:rPr>
          <w:rFonts w:ascii="Times New Roman" w:hAnsi="Times New Roman" w:eastAsia="Times New Roman" w:cs="Times New Roman"/>
        </w:rPr>
        <w:t>Урлаг ба архитектурт алтан харьцаа нь гоо зүйн хувьд тааламжтай пропорцуудыг бий болгодог хэмээн үздэг. Эртний иргэншлүүдээс эхлээд Сэргэн мандалтын үе болон түүнээс хойших бүх түүхийн туршид уран бүтээлчид, архитекторууд найруулга, барилга байгууламж, урлагийн бүтээлүүдийг зохиомжлон бүтээхдээ үүнийг хэрэглэж ирсэн. Математикт алтан харьцаа нь төрөл бүрийн математик тэгшитгэл, дарааллуудад, түүний дотор гишүүн бүр нь өөрийн өмнөх хоёр гишүүний нийлбэр байдаг Фибоначчийн дараалалд илэрдэг. Фибоначчийн дарааллын гишүүд өсөхийн хэрээр дараалсан гишүүдийн харьцаа φ-д дөхөж очдог.</w:t>
      </w:r>
    </w:p>
    <w:p>
      <w:pPr>
        <w:pStyle w:val="ArticleBody"/>
        <w:jc w:val="left"/>
      </w:pPr>
      <w:r>
        <w:rPr>
          <w:rFonts w:ascii="Times New Roman" w:hAnsi="Times New Roman" w:eastAsia="Times New Roman" w:cs="Times New Roman"/>
        </w:rPr>
        <w:t>16:18-р эшлэлд бид математикийн фи-г (1.618…) олж хардаг. “Өөрийн хүслийн зөвлөлийн дагуу бүхнийг үйлдэгч” Бурхан Есүс, Өөрийгөө Палмони, гайхамшигт Тоо, эсвэл Нууцуудыг Тоологч мөн болохын тэмдэг болгон, эцсийн өдрүүдэд Өөрийн чуулганы тамын хаалганы эсрэг хийх тэмцлийн тулалдааны талбарыг тодорхойлдог эш үзүүллэгийн газарзүйд Өөрийн гарын үсгийг байрлуулахаар тогтоосон. Тэрхүү эш үзүүллэгийн тулалдааны талбарт Тэрээр тоонуудыг захирах Өөрийн эрх мэдлээр дамжуулан нэг зуун дөчин дөрвөн мянгыг “Петр”-ээр төлөөлүүлсэн бөгөөд түүний нэр “тагтааны мэдээг сонсогч” “Симон”-оос “Петр” болгон өөрчлөгдсөн; ингэснээр нэг зуун дөчин дөрвөн мянгыг эцсийн өдрүүд дэх Өөрийн гэрээний ард түмэн хэмээн тэмдэглэсэн юм.</w:t>
      </w:r>
    </w:p>
    <w:p>
      <w:pPr>
        <w:pStyle w:val="ArticleBody"/>
        <w:jc w:val="left"/>
      </w:pPr>
      <w:r>
        <w:rPr>
          <w:rFonts w:ascii="Times New Roman" w:hAnsi="Times New Roman" w:eastAsia="Times New Roman" w:cs="Times New Roman"/>
        </w:rPr>
        <w:t>Тэр Өөрийн чуулганыг түүн дээр барихаар сонгосон “хад” нь Левит хорин зургаадугаар бүлгийн “долоон цаг”-ийн суурийн хад, суурь бөгөөд гол булангийн чулуу мөн; учир нь Христ биш атлаа жинхэнэ суурь гэж үгүй. Христийн баптисмаас эхлэн, Симон тагтааны мэдээг “сонссон” үеэс Үхсэн тэнгисийн загалмай хүртэл, нэг мянга хоёр зуун жаран өдрийн турш өдөр бүр хоёр удаа өглөөний ба оройн тахил өргөсөн бөгөөд, нэг мянга хоёр зуун жаран өдрийн эцсийн өдрийг эс тооцвол тийм байв. Учир нь тэр өдөр оройн тахил тахилчаас мултарч, загалмай дээр Христ хоёр мянга таван зуун хорь дахь өргөл болон нас барсан юм.</w:t>
      </w:r>
    </w:p>
    <w:p>
      <w:pPr>
        <w:pStyle w:val="ArticleScripture"/>
        <w:jc w:val="left"/>
      </w:pPr>
      <w:r>
        <w:rPr>
          <w:rFonts w:ascii="Times New Roman" w:hAnsi="Times New Roman" w:eastAsia="Times New Roman" w:cs="Times New Roman"/>
        </w:rPr>
        <w:t>“Бүх зүйл айдас ба самуунд автжээ. Тахилч өргөлийн золиосыг нядлах гэж байтал хутга нь хүчгүй болсон гараас нь унаж, хурга мултран одно. Хэв шинж нь Бурханы Хүүгийн үхэл дотор биеллээ олсон юм. Агуу тахил өргөгдсөн. Хамгийн ариун газарт орох зам нээгдсэн. Бүгдэд зориулсан шинэ бөгөөд амийн зам бэлтгэгдсэн. Нүгэлт, уй гашууд автсан хүн төрөлхтөн тэргүүн тахилчийн ирэлтийг цаашид хүлээх хэрэггүй болсон.” The Desire of Ages, 757.</w:t>
      </w:r>
    </w:p>
    <w:p>
      <w:pPr>
        <w:pStyle w:val="ArticleBody"/>
        <w:jc w:val="left"/>
      </w:pPr>
      <w:r>
        <w:rPr>
          <w:rFonts w:ascii="Times New Roman" w:hAnsi="Times New Roman" w:eastAsia="Times New Roman" w:cs="Times New Roman"/>
        </w:rPr>
        <w:t>Тэр Өөрийн чуулганыг барих “хад” нь барилгачдын голсон суурийн чулуу мөн бөгөөд түүний тоо нь “хоёр мянга таван зуун хорь” юм. Христ нэгэн богинохон эшлэлд Өөрийгөө бүх юмсын Эзэн болгон илэрхийлдэг бөгөөд Тэр ийнхүү үйлдэхдээ Даниелын арван нэгдүгээр бүлгийн арван гуравдугаар эшлэлээс арван тавдугаар эшлэл хүртэл зогсон ярьж байна.</w:t>
      </w:r>
    </w:p>
    <w:p>
      <w:pPr>
        <w:pStyle w:val="ArticleScripture"/>
        <w:jc w:val="left"/>
      </w:pPr>
      <w:r>
        <w:rPr>
          <w:rFonts w:ascii="Times New Roman" w:hAnsi="Times New Roman" w:eastAsia="Times New Roman" w:cs="Times New Roman"/>
        </w:rPr>
        <w:t>Мөн Би чамд хэлье: чи бол Петр мөн; энэ хадан дээр Би Өөрийн чуулганыг байгуулна; тамын хаалганууд түүнийг дийлэхгүй. Матай 16:18.</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“‘Нууцлаг зүйлс нь бидний Бурхан ЭЗЭНд харьяалагддаг; харин илчлэгдсэн зүйлс нь бидэнд болон бидний үр хүүхдэд үүрд харьяалагддаг.’ Дэд хууль 29:29. Бурхан бүтээлийн ажлыг яг хэрхэн гүйцэтгэсэн тухай Тэрээр хэзээ ч хүмүүст илчилж байгаагүй; хүний шинжлэх ухаан Хамгийн Дээд Нэгэний нууцуудыг тайлан олж чаддаггүй. Түүний бүтээх хүч нь Түүний оршин буй нь адил ухаан үл хүрэм юм.</w:t>
      </w:r>
    </w:p>
    <w:p>
      <w:pPr>
        <w:pStyle w:val="ArticleScripture"/>
        <w:jc w:val="left"/>
      </w:pPr>
      <w:r>
        <w:rPr>
          <w:rFonts w:ascii="Times New Roman" w:hAnsi="Times New Roman" w:eastAsia="Times New Roman" w:cs="Times New Roman"/>
        </w:rPr>
        <w:t>“Бурхан шинжлэх ухаан болон урлагийн аль алинд нь дэлхий дээр асар их гэрэл асгаруулахыг зөвшөөрсөн билээ; гэвч өөрсдийгөө шинжлэх ухаанч хэмээн тунхаглагч хүмүүс эдгээр сэдвийг зөвхөн хүний үүднээс авч үзвэл, тэд гарцаагүй буруу дүгнэлтэд хүрнэ. Хэрэв бидний онолууд Сударт буй баримтуудтай зөрчилдөхгүй бол Бурханы үгэнд илчлэгдсэнээс цааш таамаглах нь гэмгүй байж болох юм; харин Бурханы үгийг орхиж, Түүний бүтээсэн зүйлсийг шинжлэх ухааны зарчмаар тайлбарлахыг эрмэлздэг хүмүүс газрын зураг ч үгүй, луужин ч үгүйгээр үл мэдэгдэх далай дээр хөвөн төөрч яваатай адил юм. Судалгаандаа Бурханы үгээр удирдуулахгүй аваас, хамгийн агуу оюун ухаантнууд хүртэл шинжлэх ухаан ба илчлэлийн харилцааг мөрдөн тогтоох оролдлогодоо будилан төөрдөг. Учир нь Бүтээгч болон Түүний бүтээлүүд нь тэдний ойлголтоос үлэмж давсан тул тэд тэдгээрийг байгалийн хуулиар тайлбарлаж чаддаггүй учраас, Библийн түүхийг найдваргүй хэмээн үздэг. Хуучин ба Шинэ Гэрээний бичвэрүүдийн найдвартай байдалд эргэлздэг хүмүүс цааш нэг алхам ахин, Бурханы оршин байгаад ч эргэлзэхэд хүрнэ; тэгээд зангуугаа алдсаныхаа дараа, итгэлгүй байдлын хад мөргөсөн тэнгист нааш цааш цохигдон орхигдоно.</w:t>
      </w:r>
    </w:p>
    <w:p>
      <w:pPr>
        <w:pStyle w:val="ArticleScripture"/>
        <w:jc w:val="left"/>
      </w:pPr>
      <w:r>
        <w:rPr>
          <w:rFonts w:ascii="Times New Roman" w:hAnsi="Times New Roman" w:eastAsia="Times New Roman" w:cs="Times New Roman"/>
        </w:rPr>
        <w:t>“Эдгээр хүмүүс итгэлийн энгийн байдлыг алдсан байна. Бурханы Ариун Үгийн тэнгэрлэг эрх мэдэлд тогтсон итгэл үнэмшил байх ёстой. Библийг хүний шинжлэх ухааны тухай үзлээр шалгаж болохгүй. Хүний мэдлэг бол найдваргүй хөтөч мөн. Маргаан өдөх зорилгоор Библийг уншдаг эргэлзэгчид шинжлэх ухаан эсвэл илчлэлийн аль нэгийг дутуу ойлгосноосоо болж, тэдгээрийн хооронд зөрчил байна хэмээн үзэж магадгүй; харин зөвөөр ойлговол, тэд төгс зохицолтой байдаг. Мосе Бурханы Сүнсний удирдлага дор бичсэн бөгөөд геологийн зөв онол нь түүний өгүүлсэнтэй нийцүүлж үл болох нээлтүүдийг хэзээ ч дэвшүүлэхгүй. Бүх үнэн, байгальд ч бай, илчлэлд ч бай, өөрийн бүх илрэлдээ өөртэйгөө нийцтэй байдаг.”</w:t>
      </w:r>
    </w:p>
    <w:p>
      <w:pPr>
        <w:pStyle w:val="ArticleScripture"/>
        <w:jc w:val="left"/>
      </w:pPr>
      <w:r>
        <w:rPr>
          <w:rFonts w:ascii="Times New Roman" w:hAnsi="Times New Roman" w:eastAsia="Times New Roman" w:cs="Times New Roman"/>
        </w:rPr>
        <w:t>“Бурханы үгэнд хамгийн гүнзгий эрдэмтэд ч хэзээ ч хариулж үл чадах олон асуулт дэвшүүлэгддэг. Анхаарлыг эдгээр сэдэвт хандуулдаг нь өдөр тутмын амьдралын энгийн зүйлсийн дунд хүртэл хязгаарлагдмал оюун ухаан, хичнээн ихээр гайхуулдаг мэргэн ухаантай байлаа ч, хэзээ ч бүрэн ойлгож үл чадах зүйл хэчнээн их байдгийг бидэнд харуулахын тул билээ.</w:t>
      </w:r>
    </w:p>
    <w:p>
      <w:pPr>
        <w:pStyle w:val="ArticleScripture"/>
        <w:jc w:val="left"/>
      </w:pPr>
      <w:r>
        <w:rPr>
          <w:rFonts w:ascii="Times New Roman" w:hAnsi="Times New Roman" w:eastAsia="Times New Roman" w:cs="Times New Roman"/>
        </w:rPr>
        <w:t>“Гэвч шинжлэх ухааны хүмүүс Бурханы мэргэн ухааныг, Түүний үйлдсэн буюу үйлдэж чадах зүйлийг ухан ойлгож чадна гэж боддог. Тэр Өөрийнхөө хуулиар хязгаарлагддаг гэсэн үзэл өргөн дэлгэр ноёлж байна. Хүмүүс Түүний оршин байгааг эсвэл үгүйсгэдэг, эсвэл үл хайхардаг, эсвэл бүр хүний зүрх сэтгэлд Түүний Сүнсний үйлчлэлийг хүртэл бүхнийг тайлбарлахыг оролддог; тийнхүү тэд Түүний нэрийг хүндэтгэн биширч, Түүний хүчнээс эмээхээ больжээ. Тэд ер бусынд итгэдэггүй, учир нь Бурханы хуулиудыг, мөн тэдгээрээр дамжуулан Өөрийн хүслийг үйлдэх Түүний хязгааргүй хүчийг ойлгодоггүй. Ердийн хэрэглээнд ‘байгалийн хууль’ гэдэг нэр томьёо нь бие махбодын ертөнцийг захирдаг хуулиудын талаар хүмүүсийн нээж чадсан зүйлийг хамардаг; харин тэдний мэдлэг хэчнээн хязгаарлагдмал, Бүтээгч Өөрийнхөө хуулиудтай зохицон, атлаа хязгаарлагдмал оршихуйнуудын ойлголтоос бүхэлдээ ангид байдлаар ажиллаж чадах хүрээ нь хэчнээн уудам билээ!”</w:t>
      </w:r>
    </w:p>
    <w:p>
      <w:pPr>
        <w:pStyle w:val="ArticleScripture"/>
        <w:jc w:val="left"/>
      </w:pPr>
      <w:r>
        <w:rPr>
          <w:rFonts w:ascii="Times New Roman" w:hAnsi="Times New Roman" w:eastAsia="Times New Roman" w:cs="Times New Roman"/>
        </w:rPr>
        <w:t>“Олон хүн бодис амин хүчийг өөртөө агуулдаг—өөрөөр хэлбэл тодорхой шинж чанарууд нь бодист өгөгдөж, улмаар тэр нь өөрт нь төрөлх энергиэрээ үйлчлэхээр орхигддог; мөн байгалийн үйл ажиллагаа нь тогтсон хуулиудтай зохицон явагддаг бөгөөд тэдгээрт Бурхан Өөрөө ч хөндлөнгөөс оролцож чаддаггүй хэмээн сургадаг. Энэ бол хуурамч шинжлэх ухаан бөгөөд Бурханы үгээр батлагддаггүй. Байгаль бол Бүтээгчийнхээ зарц мөн. Бурхан Өөрийн хуулиудыг хүчингүй болгодоггүй, мөн тэдгээрийн эсрэг үйлддэггүй; харин Тэр тэдгээрийг Өөрийн зэмсэг болгон тасралтгүй хэрэглэсээр байдаг. Байгаль нь оюун ухаан, оршихуй, мөн өөрийн хуулиудын дотор болон тэдгээрээр дамжин үйлчилдэг идэвхтэй хүчний тухай гэрчилдэг. Байгаль дотор Эцэг ба Хүүгийн тасралтгүй үйл ажиллагаа байдаг. Христ, “Миний Эцэг эдүгээ хүртэл ажилласаар байна, Би ч мөн ажилладаг” гэж айлдсан. Иохан 5:17.</w:t>
      </w:r>
    </w:p>
    <w:p>
      <w:pPr>
        <w:pStyle w:val="ArticleScripture"/>
        <w:jc w:val="left"/>
      </w:pPr>
      <w:r>
        <w:rPr>
          <w:rFonts w:ascii="Times New Roman" w:hAnsi="Times New Roman" w:eastAsia="Times New Roman" w:cs="Times New Roman"/>
        </w:rPr>
        <w:t>Нехемиагийн тэмдэглэн үлдээсэн тэдний магтаалын дуунд левичүүд: «Та, зөвхөн Та л Эзэн мөн; Та тэнгэр, тэнгэрүүдийн тэнгэрийг бүх чуулгатай нь, газрыг ба түүн доторх бүхнийг, … бүтээсэн бөгөөд Та тэднийг бүгдийг нь хамгаалан хадгалдаг» хэмээн дуулсан. Нехемиа 9:6. Энэ дэлхийн тухайд Бурханы бүтээлийн ажил дууссан билээ. Учир нь «ертөнцийн сууриас хойш ажлууд нь гүйцсэн» юм. Еврей 4:3. Гэвч Түүний хүч чадал Өөрийн бүтээлийн зүйлсийг тогтоон барих үйл хэрэгт одоо ч хэрэгжсээр байна. Нэгэнт хөдөлгөөнд оруулсан механизм өөрийнхөө дотоод угийн хүчээр үргэлжлэн ажилладаг учраас судасны цохилт цохилж, амьсгал амьсгалаа даган үргэлжилдэг биш; харин амьсгал бүр, зүрхний лугшилт бүр нь «Түүн дотор бид амьдарч, хөдөлж, оршин байдаг» Нэгэний бүхнийг нэвтлэх халамжийн нотолгоо мөн. Үйлс 17:28. Жилээс жилд газар дэлхий өгөөжөө гаргаж, нарыг тойрон хөдөлгөөнөө үргэлжлүүлдэг нь мөн л өөрт нь байдаг төрөлх хүчний улмаас биш юм. Бурханы мутар гариг эрхсийг удирдаж, тэнгэр огторгуйгаар дэг журамтайгаар хийх тэдний аялалд байранд нь тогтоон хадгалдаг. Тэрээр «Тэдний цэргийг тоогоор гаргаж ирдэг; Өөрийн хүч чадлын агуу байдлаар, эрх мэдлийнх нь сүрээр Тэр тэднийг бүгдийг нь нэрээр нь дууддаг; нэг нь ч үгүйлэгдэхгүй» юм. Исаиа 40:26. Ургамал ногоо урган дэлгэрч, навчис цухуйж, цэцэгс дэлгэрдэг нь Түүний хүчээр билээ. Тэрээр «уулан дээр өвс ургуулдаг» (Дуулал 147:8), мөн Түүгээр хөндийгүүд үр жимстэй болдог. «Ойн бүх араатан … хоолоо Бурханаас эрдэг», мөн өчүүхэн шавьжаас эхлээд хүн хүртэлх амьтай бүх зүйл өдөр бүр Түүний урьдаас харсан халамжаас хамааралтай байдаг. Дуулалчийн сайхан үгээр, «Эд бүгд Таныг хүлээнэ…. Таны өгснийг тэд түүдэг: Та мутраа нээхэд, тэд сайн сайхнаар дүүрдэг.» Дуулал 104:20, 21, 27, 28. Түүний үг махбод ертөнцийн хүчин зүйлсийг захирдаг; Тэр тэнгэрийг үүлээр хучиж, газарт бороо бэлтгэдэг. «Тэр цасыг ноос мэт өгч, хярууг үнс мэт тараадаг.» Дуулал 147:16. «Тэр Өөрийн дуу хоолойг гаргахад тэнгэрт усны их чимээ болдог, Тэр газрын зах хязгаараас уурыг дээш гаргадаг; Тэр бороотой хамт цахилгаан цахиур бий болгож, салхийг Өөрийн сан хөмрөгөөс гарган ирүүлдэг.» Иеремиа 10:13.</w:t>
      </w:r>
    </w:p>
    <w:p>
      <w:pPr>
        <w:pStyle w:val="ArticleScripture"/>
        <w:jc w:val="left"/>
      </w:pPr>
      <w:r>
        <w:rPr>
          <w:rFonts w:ascii="Times New Roman" w:hAnsi="Times New Roman" w:eastAsia="Times New Roman" w:cs="Times New Roman"/>
        </w:rPr>
        <w:t>“Бурхан бол бүхний суурь мөн. Бүх үнэн шинжлэх ухаан Түүний үйлстэй зохицолд байдаг; бүх үнэн боловсрол Түүний засаглалд дуулгавартай байхуйд хөтөлдөг. Шинжлэх ухаан бидний хараанд шинэ гайхамшгуудыг нээдэг; тэрээр өндөрт дүүлэн нисэж, шинэ гүнүүдийг шинжин судалдаг; гэвч өөрийн судалгаанаас тэнгэрлэг илчлэлтэй зөрчилдөх юуг ч авчирдаггүй. Мэдлэггүй байдал шинжлэх ухаанд тулгуурлан Бурханы тухай худал үзлийг дэмжихийг оролдож болох ч, байгалийн ном ба бичигдсэн Үг нь бие биеэ гэрэлтүүлдэг. Ийнхүү бид Бүтээгчийг шүтэн биширч, Түүний Үгэнд ухаалаг итгэлтэй болоход хөтлөгддөг.” Эцгүүд ба эш үзүүлэгчид, 113–115.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наян тав дахь"}</dc:title>
  <dc:subject>Бие махбодод илэрхийлэгдсэн бурханлаг чанар: Петрийн гүн гүнзгий хүлээн зөвшөөрөл ба түүний үр дагавар</dc:subject>
  <dc:creator>Jeff Pippenger</dc:creator>
  <cp:keywords/>
  <dc:description>Generated by ArticleDigger from daniel\185_daniel.json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