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долоо</w:t>
      </w:r>
    </w:p>
    <w:p>
      <w:pPr>
        <w:pStyle w:val="ArticleSubtitle"/>
        <w:jc w:val="left"/>
      </w:pPr>
      <w:r>
        <w:rPr>
          <w:rFonts w:ascii="Arial" w:hAnsi="Arial" w:eastAsia="Arial" w:cs="Arial"/>
        </w:rPr>
        <w:t>Арслангийн Илчлэл: Паниумаас Эцсийн Тамгалах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Есүс эш үзүүллэгийн нэгэн үнэнийг тамгалаас нь тайлах үед Тэрээр Иудагийн овгийн Арслангаар дүрслэгддэг. Кесари Филиппид Иудагийн овгийн Арслан “Өөрөө Иерусалим уруу явж, ахлагчид, ахлах тахилч нар болон хуулийн багш нараас олон зовлон амсаж, алуулж, гурав дахь өдөр дахин амилах ёстой” гэсэн үнэнийг тайлж эхэлсэн. Эдгээр үнэнүүд нь нэг зуун дөчин дөрвөн мянгын тамгалах цагийн эхэнд Түүний тайлсан мэдээтэй, мөн яг тэр л үеийн төгсгөлд дахин тайлсан мэдээтэй нийцдэг. Эдгээр үнэнүүд нь Даниел номын арван нэгдүгээр бүлгийн арван гуравдугаар ишлэлээс арван тавдугаар ишлэл хүртэл дүрслэгдсэн мэдээтэй нийцдэг.</w:t>
      </w:r>
    </w:p>
    <w:p>
      <w:pPr>
        <w:pStyle w:val="ArticleBody"/>
        <w:jc w:val="left"/>
      </w:pPr>
      <w:r>
        <w:rPr>
          <w:rFonts w:ascii="Times New Roman" w:hAnsi="Times New Roman" w:eastAsia="Times New Roman" w:cs="Times New Roman"/>
        </w:rPr>
        <w:t>Тэрээр тэрхүү үнэнийг нэг зуун дөчин дөрвөн мянгад нээхдээ, “түлхүүрүүд” нь Бурханы хаанчлалд тэндээс олддог учраас, мөрийн дээр мөр, мөрдлөгийн дагуу гэсэн аргачлалаар нээдэг. Тэдгээр үнэнүүд нь Бурханы хаанчлалын түлхүүрүүд мөн тул идэгдсэн байх ёстой бөгөөд Бурханы хаанчлал нь Түүний ард түмний дотор байх ёстой.</w:t>
      </w:r>
    </w:p>
    <w:p>
      <w:pPr>
        <w:pStyle w:val="ArticleScripture"/>
        <w:jc w:val="left"/>
      </w:pPr>
      <w:r>
        <w:rPr>
          <w:rFonts w:ascii="Times New Roman" w:hAnsi="Times New Roman" w:eastAsia="Times New Roman" w:cs="Times New Roman"/>
        </w:rPr>
        <w:t>Фарисайчууд Түүнээс Бурханы хаанчлал хэзээ ирэхийг асуухад, Тэр тэдэнд хариулан айлдсан нь: Бурханы хаанчлал ажиглагдах байдлаар ирдэггүй; мөн тэд, “Харагтун, энд байна!” эсвэл, “Тэнд байна!” гэж хэлэхгүй. Учир нь, болгоогтун, Бурханы хаанчлал та нарын дотор байна. Лук 17:20, 21.</w:t>
      </w:r>
    </w:p>
    <w:p>
      <w:pPr>
        <w:pStyle w:val="ArticleBody"/>
        <w:jc w:val="left"/>
      </w:pPr>
      <w:r>
        <w:rPr>
          <w:rFonts w:ascii="Times New Roman" w:hAnsi="Times New Roman" w:eastAsia="Times New Roman" w:cs="Times New Roman"/>
        </w:rPr>
        <w:t>Чөтгөрүүд ч мөн итгэдэг боловч дагжин чичирдэг. Учир нь “үнэнд” зүгээр л итгэх нь хангалтгүй. Тэр нь идсэн биеийн хоол махбодын нэгэн адил чиний нэг хэсэг болох ёстой. Арван гуравдугаараас арван тавдугаар эшлэлүүдийн түүхэнд Иудагийн овгийн Арслан удахгүй ирэх Ням гаргийн хуулийнтай холбоотой үнэнүүдийг лацыг нь тайлан нээдэг бөгөөд тэрхүү үнэнүүд ирэх хямралаас урьтаж, мэргэн онгон бүсгүйчүүдийн духан дээр тамгыг дардаг. Иудагийн овгийн Арслан Матай арван зургадугаар бүлгийн гэрчлэлийг бүрэн сайн мэдэж байсан бөгөөд Түүний Кесари Филиппид хийсэн айлчлал нь Даниелын Паниумын тухай гэрчлэлтэй нийцэж байсан. Тэрээр мөн Кесари Филиппид Өөрөө болон шавь нь зогсож байсан загалмайн сүүдэр нь Өөрийн эцсийн өдрүүдийн ард түмний түүхэн дэх ирэх Ням гаргийн хуулийн сүүдрийг төлөөлж байсныг мэдэж байсан.</w:t>
      </w:r>
    </w:p>
    <w:p>
      <w:pPr>
        <w:pStyle w:val="ArticleScripture"/>
        <w:jc w:val="left"/>
      </w:pPr>
      <w:r>
        <w:rPr>
          <w:rFonts w:ascii="Times New Roman" w:hAnsi="Times New Roman" w:eastAsia="Times New Roman" w:cs="Times New Roman"/>
        </w:rPr>
        <w:t>Тэр цагаас хойш Есүс шавь нартаа Иерусалим уруу явж, ахлагчид, ахлах тахилчид, хуулийн багш нараас олон зовлон амсаж, алуулж, гурав дахь өдөр дахин амилуулах ёстойгоо үзүүлж эхлэв. Тэгэхэд Петр Түүнийг хажуу тийш авч, зэмлэж эхлэн: Эзэн, энэ нь Танаас хол байг; Танд ийм юм хэзээ ч тохиолдохгүй хэмээв. Харин Тэр эргэж, Петрт: Миний араар зайл, Сатан аа; чи Надад бүдрүүлэх зүйл мөн. Учир нь чи Бурханы юмсыг бус, харин хүний юмсыг бодож байна гэж айлдав. Тэгээд Есүс шавь нартаа: Хэрэв хэн нэгэн Намайг дагахыг хүсвэл, өөрийгөө үгүйсгэж, загалмайгаа үүрч, Намайг дагаг. Учир нь амиа аврахыг хүсэгч бүр түүнийгээ алдана; харин Миний төлөө амиа алдах хэн боловч түүнийгээ олно. Учир нь хүн бүх дэлхийг олж аваад, өөрийн сүнсээ алдвал түүнд ямар ашиг байх вэ? Эсвэл хүн сүнснийхээ оронд юуг өгч чадах вэ? Учир нь Хүний Хүү Өөрийн Эцгийн алдарт Өөрийн тэнгэрэлч нарын хамт ирэх бөгөөд тэр үед хүн бүрд үйлсийнх нь дагуу хариуг нь өгнө. Үнэнээр Би та нарт хэлье, энд зогсож байгаа заримаас үхлийг амсахгүй хүмүүс бий; тэд Хүний Хүүг Өөрийн хаанчлал дотор ирэхийг үзтэл үхлийг амсахгүй. Матай 16:21–28.</w:t>
      </w:r>
    </w:p>
    <w:p>
      <w:pPr>
        <w:pStyle w:val="ArticleBody"/>
        <w:jc w:val="left"/>
      </w:pPr>
      <w:r>
        <w:rPr>
          <w:rFonts w:ascii="Times New Roman" w:hAnsi="Times New Roman" w:eastAsia="Times New Roman" w:cs="Times New Roman"/>
        </w:rPr>
        <w:t>Эхнийх нь бөгөөд тийнхүү анх дурдагдсаны дүрэмд үндэслэвэл, Есүс шавь нартаа загалмайн зовлонгийн талаар хэлсэн хамгийн чухал зүйл нь, хэрэв тэд Түүнийг дагахаар сонговол, өөрсдийнхөө загалмайг үүрэх хэрэгтэй болно гэсэн явдал юм. Уайт эгч загалмай нь мөн буулга мөн гэж тодорхой хэлсэн байдаг. Буулга ба загалмай нь хүний хувийн хүсэл зоригийн бэлгэдэл бөгөөд бүх зүйл хүсэл зоригийг зөв хэрэгжүүлэхээс шалтгаалдаг. Бурханы сүмийг тогтоон барьж байдаг хүч нь нядлагдсан бөгөөд “багана” дээр өлгөгдсөн Хурга юм. Нядлагдсан Хурга нь махан биеийн доод уг чанарын цовдлолыг төлөөлдөг бөгөөд үхсэн махан биеийг өлгөсөн “багана” нь хүсэл зориг мөн. Христ Өөрийн хүсэл зоригийг үргэлж Эцгийнхээ хүсэлд захируулснаар хэрхэн ялан дийлэхийн жишээг үзүүлсэн бөгөөд тэр ажлыг гүйцэлдүүлснийхээ төлөө Тэр Эцэгтэйгээ хамт сэнтийд заларсан юм. Ялан дийлэхийн бэлгэдэл нь багана дээр өлгөгдсөн нядлагдсан Хурга мөн. Эдгээр бүх үнэн нь Петрээр төлөөлөгдөгсөдтэй шууд холбоотой юм.</w:t>
      </w:r>
    </w:p>
    <w:p>
      <w:pPr>
        <w:pStyle w:val="ArticleBody"/>
        <w:jc w:val="left"/>
      </w:pPr>
      <w:r>
        <w:rPr>
          <w:rFonts w:ascii="Times New Roman" w:hAnsi="Times New Roman" w:eastAsia="Times New Roman" w:cs="Times New Roman"/>
        </w:rPr>
        <w:t>Экзетер майхнаар төлөөлөгдсөн Филаделфид хандан ийн өгүүлжээ:</w:t>
      </w:r>
    </w:p>
    <w:p>
      <w:pPr>
        <w:pStyle w:val="ArticleScripture"/>
        <w:jc w:val="left"/>
      </w:pPr>
      <w:r>
        <w:rPr>
          <w:rFonts w:ascii="Times New Roman" w:hAnsi="Times New Roman" w:eastAsia="Times New Roman" w:cs="Times New Roman"/>
        </w:rPr>
        <w:t>Ялагчийг Би Өөрийн Бурханы сүм дотор багана болгоно; тэр цаашид хэзээ ч гарахгүй. Би түүн дээр Өөрийн Бурханы нэрийг, мөн Өөрийн Бурханы хотоос, тэнгэрээс Өөрийн Бурханаас бууж ирдэг шинэ Иерусалимын нэрийг бичнэ; мөн Би түүн дээр Өөрийн шинэ нэрийг бичнэ. Чихтэй нэгэн нь Сүнс чуулгануудад юу айлдаж буйг сонсогтун. Илчлэлт 3:12, 13.</w:t>
      </w:r>
    </w:p>
    <w:p>
      <w:pPr>
        <w:pStyle w:val="ArticleBody"/>
        <w:jc w:val="left"/>
      </w:pPr>
      <w:r>
        <w:rPr>
          <w:rFonts w:ascii="Times New Roman" w:hAnsi="Times New Roman" w:eastAsia="Times New Roman" w:cs="Times New Roman"/>
        </w:rPr>
        <w:t>Христ хэрхэн ялсны адил ялагч нь Симон Баржонагийн адил шинэ нэр хүлээн авч, мөн Христ Бурханы сүмд алагдсан Хурга бөгөөд Бурханы сүмийн баганан дээр өргөгдсөнтэй адил тэд Бурханы сүмийн багана болно. Тэд Христ хэрхэн ялсны адил ялбал, мөн Христийн адил тэнгэрлэг ордод сэнтийд залрах болно.</w:t>
      </w:r>
    </w:p>
    <w:p>
      <w:pPr>
        <w:pStyle w:val="ArticleBody"/>
        <w:jc w:val="left"/>
      </w:pPr>
      <w:r>
        <w:rPr>
          <w:rFonts w:ascii="Times New Roman" w:hAnsi="Times New Roman" w:eastAsia="Times New Roman" w:cs="Times New Roman"/>
        </w:rPr>
        <w:t>Уотертаун майханаар төлөөлөгдсөн Лаодикид хандан ийнхүү хэлсэн байна:</w:t>
      </w:r>
    </w:p>
    <w:p>
      <w:pPr>
        <w:pStyle w:val="ArticleScripture"/>
        <w:jc w:val="left"/>
      </w:pPr>
      <w:r>
        <w:rPr>
          <w:rFonts w:ascii="Times New Roman" w:hAnsi="Times New Roman" w:eastAsia="Times New Roman" w:cs="Times New Roman"/>
        </w:rPr>
        <w:t>Харагтун, Би үүдэнд зогсож, тогшиж байна. Хэрэв хэн нэгэн Миний дуу хоолойг сонсоод үүдээ нээвэл, Би түүн дотор орж, түүнтэй хамт зоог барина, тэр ч Надтай хамт зоог барина. Ялагч нэгэнд Би Өөрийн сэнтий дээр Надтай хамт суухыг соёрхоно. Учир нь Би ч мөн ялж, Эцэгийнхээ сэнтий дээр Түүнтэй хамт суусан билээ. Чихтэй нэгэн нь Сүнс чуулгануудад юу айлдаж байгааг сонсог. Илчлэлт 3:20–22.</w:t>
      </w:r>
    </w:p>
    <w:p>
      <w:pPr>
        <w:pStyle w:val="ArticleBody"/>
        <w:jc w:val="left"/>
      </w:pPr>
      <w:r>
        <w:rPr>
          <w:rFonts w:ascii="Times New Roman" w:hAnsi="Times New Roman" w:eastAsia="Times New Roman" w:cs="Times New Roman"/>
        </w:rPr>
        <w:t>Есүс загалмайн зовлонгуудыг илчилж эхлэхдээ шавь нартаа айлдсан хамгийн анхны үнэн нь, хүмүүс Түүний ялан дийлсний жишээгээр яг тийнхүү ялан дийлэх ёстой гэсэн үнэн байв. Хүмүүс махан биеийг хүсэл тачаал, шунал хүслүүдийнх нь хамт цовдлох ёстой. Үүнийг үйлдэхэд тэд тэнгэрлэг газруудад залрагдах болно.</w:t>
      </w:r>
    </w:p>
    <w:p>
      <w:pPr>
        <w:pStyle w:val="ArticleScripture"/>
        <w:jc w:val="left"/>
      </w:pPr>
      <w:r>
        <w:rPr>
          <w:rFonts w:ascii="Times New Roman" w:hAnsi="Times New Roman" w:eastAsia="Times New Roman" w:cs="Times New Roman"/>
        </w:rPr>
        <w:t>Бид нүглүүдийн улмаас үхмэл байсан цагт ч Тэр биднийг Христтэй хамт амилуулсан; (та нар нигүүлслээр аврагдсан билээ) мөн биднийг хамтдаа өргөн босгож, Христ Есүс дотор тэнгэрлэг газруудад хамт суулгасан юм. Ефес 2:5, 6.</w:t>
      </w:r>
    </w:p>
    <w:p>
      <w:pPr>
        <w:pStyle w:val="ArticleBody"/>
        <w:jc w:val="left"/>
      </w:pPr>
      <w:r>
        <w:rPr>
          <w:rFonts w:ascii="Times New Roman" w:hAnsi="Times New Roman" w:eastAsia="Times New Roman" w:cs="Times New Roman"/>
        </w:rPr>
        <w:t>Цовдлолын үнэнийг хувь хүний хариуцлагын үүднээс илэрхийлсний дараа Иуда овгийн Арслан эцсийн өдрүүдэд хамаарах өөр нэгэн үнэнийг нэмж айлдсан.</w:t>
      </w:r>
    </w:p>
    <w:p>
      <w:pPr>
        <w:pStyle w:val="ArticleScripture"/>
        <w:jc w:val="left"/>
      </w:pPr>
      <w:r>
        <w:rPr>
          <w:rFonts w:ascii="Times New Roman" w:hAnsi="Times New Roman" w:eastAsia="Times New Roman" w:cs="Times New Roman"/>
        </w:rPr>
        <w:t>Хүн бүх дэлхийг олзолсон атлаа өөрийн сүнсээ алдвал түүнд ямар ашиг байх вэ? Эсвэл хүн сүнснийхээ оронд юуг өгч чадах вэ? Учир нь Хүний Хүү Өөрийн Эцгийн алдарт тэнгэрэлч нарынхаа хамт ирэх бөгөөд тэр цагт хүн бүрд үйлсийнх нь дагуу хариуг нь өгөх болно. Үнэнээр Би та нарт хэлье, энд зогсож буй зарим нь Хүний Хүүг хаанчлалдаа ирэхийг үзтэл үхлийг амсахгүй. Матай 16:26–28.</w:t>
      </w:r>
    </w:p>
    <w:p>
      <w:pPr>
        <w:pStyle w:val="ArticleBody"/>
        <w:jc w:val="left"/>
      </w:pPr>
      <w:r>
        <w:rPr>
          <w:rFonts w:ascii="Times New Roman" w:hAnsi="Times New Roman" w:eastAsia="Times New Roman" w:cs="Times New Roman"/>
        </w:rPr>
        <w:t>Иуда овгийн Арслан шөнийн дундын хашхирааны мэдээг нэг зуун дөчин дөрвөн мянгыг лацдах ажлын төгсгөлийн үед нээхэд үхлийг амсахгүй зарим хүмүүс байх байв. Тэрээр дараа нь үхлийн амтыг үзэхгүй Өөрийн эцсийн өдрүүдийн ард түмэн болох нэг зуун дөчин дөрвөн мянгад онцгойлон хандан айлдсан. Иймээс Кесари Филиппид очсоноосоо хойш зургаан өдрийн дараа Иуда овгийн Арслан загалмайн ирэх хямралын төлөө Өөрийн шавь нарыг бэхжүүлэх ёстой нэгэн үнэнийг нээсэн боловч, үүнээс ч илүү чухлаар энэ нь тун удахгүй ирэх Ням гаргийн хуулийн талаар өгүүлж байв.</w:t>
      </w:r>
    </w:p>
    <w:p>
      <w:pPr>
        <w:pStyle w:val="ArticleScripture"/>
        <w:jc w:val="left"/>
      </w:pPr>
      <w:r>
        <w:rPr>
          <w:rFonts w:ascii="Times New Roman" w:hAnsi="Times New Roman" w:eastAsia="Times New Roman" w:cs="Times New Roman"/>
        </w:rPr>
        <w:t>Зургаан өдрийн дараа Есүс Петр, Иаков, түүний дүү Иохан нарыг дагуулан, тэднийг тусад нь өндөр ууланд гаргав. Тэгээд Тэр тэдний өмнө хувиран өөрчлөгдөж, нүүр царай нь нар мэт гэрэлтэн, хувцас нь гэрэл мэт цагаан болов. Харагтун, Мосе ба Елиа Түүнтэй ярилцан тэдэнд үзэгдэв. Тэгэхэд Петр Есүст хандан, —Эзэн, бидний энд байх нь сайн байна. Хэрэв Та хүсвэл, энд гурван асар барья: Танд нэгийг, Мосед нэгийг, Елиад нэгийг, гэжээ. Түүнийг ийнхүү ярьж байтал, харагтун, гэрэлт үүл тэднийг бүрхэн авч, харагтун, үүлнээс нэгэн дуу гарч, —Энэ бол Миний хайртай Хүү, Түүнд Би ихэд тааламжтай байдаг. Түүнийг сонсогтун, гэв. Шавь нар үүнийг сонсоод, нүүрээрээ унан, ихэд айв. Харин Есүс ирж, тэдэнд хүрч, —Босогтун, бүү ай, гэв. Тэд нүдээ өргөн харахад, Есүсээс өөр хэнийг ч олж харсангүй. Тэднийг уулаас бууж явахад, Есүс тэдэнд тушаан, —Хүний Хүү үхэгсдээс амилтал энэ үзэгдлийг хэнд ч бүү ярь, гэв. Шавь нар нь Түүнээс асуун, —Тэгвэл хуулийн багш нар яагаад Елиа эхлээд ирэх ёстой гэдэг юм бэ? гэхэд, Есүс тэдэнд хариулан, —Елиа үнэхээр эхлээд ирж, бүхнийг сэргээн тогтооно. Харин Би та нарт хэлье, Елиа хэдийн ирсэн боловч тэд түүнийг таньсангүй, харин хүссэн бүхнээ түүнд үйлдсэн. Үүнчлэн Хүний Хүү ч мөн тэднээс зовох болно, гэв. Тэгэхэд шавь нар нь Тэрээр тэдэнд Баптисм хүртээгч Иоханы тухай айлдаж байсныг ойлгов. Матай 17:1–13.</w:t>
      </w:r>
    </w:p>
    <w:p>
      <w:pPr>
        <w:pStyle w:val="ArticleBody"/>
        <w:jc w:val="left"/>
      </w:pPr>
      <w:r>
        <w:rPr>
          <w:rFonts w:ascii="Times New Roman" w:hAnsi="Times New Roman" w:eastAsia="Times New Roman" w:cs="Times New Roman"/>
        </w:rPr>
        <w:t>Энэ эшлэлд Иудагийн овгийн Арслан нь “цаг ойрхон” тул хаалттай хугацаа дуусахын яг өмнөхөн нэг зуун дөчин дөрвөн мянгыг лацдах үнэнүүдийн лацыг тайлж байна. Тэр эхлээд загалмайн зовлонг тодорхойлж, махан биеийг цовдлохдоо өөрсдийн хүслийг хэрэгжүүлэхээс татгалзахгүй нэг анги, Христийн үлгэр жишээг дагах өөр нэг анги хоёрын хоорондох ялгааг тодорхойлогч туршлага болгон түүнийг дүрслэн үзүүлэв. Дараа нь Тэр тэдэнд, 2001 оны 9 дүгээр сарын 11-нд болсон тэрхүү лац тайлалтаас эхлэн Түүний эргэж ирэх хүртэл амьдрах хүмүүс байх тэр цаг үед, тэд газар дэлхийн түүхийн сүүлчийн үеийг төлөөлж байгааг харуулсан.</w:t>
      </w:r>
    </w:p>
    <w:p>
      <w:pPr>
        <w:pStyle w:val="ArticleBody"/>
        <w:jc w:val="left"/>
      </w:pPr>
      <w:r>
        <w:rPr>
          <w:rFonts w:ascii="Times New Roman" w:hAnsi="Times New Roman" w:eastAsia="Times New Roman" w:cs="Times New Roman"/>
        </w:rPr>
        <w:t>Дараа нь Тэр Өөрийн алдаршсан оршихуйн үзэгдлийг үзүүлсэн бөгөөд Түүнтэй хамт Мосе ба Елиа байв. Тайлагдсан лацдан битүүмжлэх мэдээ нь Мосе ба Елиатай холбоотой Есүс Христийн Илчлэл мөн бөгөөд тэрхүү мэдээ Илчлэл номын арван нэгдүгээр бүлгийн хоёр гэрч болох Мосе ба Елиа нэг зуун дөчин дөрвөн мянгыг лацдан битүүмжилснийг төлөөлсөн бэлгэдлүүд хэмээн мөрийн дээр мөр тавин тогтоогдох үед, 2023 оны долдугаар сард тайлагдаж эхэлсэн юм. Гурван шавь тэр үзэгдлийг харж, Бурханы дууг сонсоод, “тэд нүүрээрээ газар унан, үлэмж ихэд айв. Харин Есүс ирж, тэдэнд хүрч, —Босогтун, бүү айгтун, гэж айлдав.”</w:t>
      </w:r>
    </w:p>
    <w:p>
      <w:pPr>
        <w:pStyle w:val="ArticleBody"/>
        <w:jc w:val="left"/>
      </w:pPr>
      <w:r>
        <w:rPr>
          <w:rFonts w:ascii="Times New Roman" w:hAnsi="Times New Roman" w:eastAsia="Times New Roman" w:cs="Times New Roman"/>
        </w:rPr>
        <w:t>Гурван шавийн үзсэн тэр үзэгдэл нь эцсийн өдрүүд дэх Христийн алдрын үзэгдлийг төлөөлдөг бөгөөд иймээс энэ нь Даниел аравдугаар бүлэгт үзсэн тэр л үзэгдэл мөн юм.</w:t>
      </w:r>
    </w:p>
    <w:p>
      <w:pPr>
        <w:pStyle w:val="ArticleScripture"/>
        <w:jc w:val="left"/>
      </w:pPr>
      <w:r>
        <w:rPr>
          <w:rFonts w:ascii="Times New Roman" w:hAnsi="Times New Roman" w:eastAsia="Times New Roman" w:cs="Times New Roman"/>
        </w:rPr>
        <w:t>Үзэгдлийг ганцаараа би, Даниел, үзэв. Надтай хамт байсан хүмүүс тэр үзэгдлийг үзээгүй боловч тэдний дээр асар их чичрэлт бууснаас тэд өөрсдийгөө нуугдахаар зугтан одов. Тийнхүү би ганцаараа үлдэж, энэ агуу үзэгдлийг үзэв. Надад ямар ч хүч үлдсэнгүй. Учир нь миний өнгө зүс дотор минь ялзрал болон хувирч, би хүчээ хадгалж чадсангүй. Гэвч би түүний үгсийн дууг сонсов. Түүний үгсийн дууг сонсоод, би нүүрээрээ газар харж, гүн нойронд автав. Харин, болгоогтун, нэгэн гар надад хүрч, намайг өвдөг дээр минь болон гарын алга дээр минь босгов. Тэр надад ийн хэлэв: Ай, үлэмж хайрлагдсан хүн Даниел аа, чамд хэлж буй миний үгсийг ойлгогтун, шулуун бос. Учир нь одоо би чам уруу илгээгдээд байна. Тэр надад энэ үгийг хэлсний дараа би чичирсээр босов. Тэгээд тэр надад ийн хэлэв: Бүү ай, Даниел аа. Учир нь чи ойлгохын тулд зүрх сэтгэлээ хандуулж, өөрийн Бурханы өмнө өөрийгөө даруусгасан анхны өдрөөс эхлэн чиний үгс сонсогдсон бөгөөд би чиний үгсийн улмаас ирсэн юм. Даниел 10:7–12.</w:t>
      </w:r>
    </w:p>
    <w:p>
      <w:pPr>
        <w:pStyle w:val="ArticleBody"/>
        <w:jc w:val="left"/>
      </w:pPr>
      <w:r>
        <w:rPr>
          <w:rFonts w:ascii="Times New Roman" w:hAnsi="Times New Roman" w:eastAsia="Times New Roman" w:cs="Times New Roman"/>
        </w:rPr>
        <w:t>Матайн арван долоодугаар бүлэг дэх хувиралтын үзэгдэл нь, Езекиелийн хуурай яс болсон үхэгсэд амилуулагдах үед тохиолдох Даниелын аравдугаар бүлгийн тольт үзэгдэл мөн. Тэрхүү үзэгдэл болон түүнтэй холбоотой мэдээ нь мөргөгчдийн хоёр ангийг илэрхий болгодог бөгөөд нэг нь Эксетерийн асарт, нөгөө нь Иеремиагийн дооглогчдын чуулган, Иоханы Сатаны синагог болох Уотертауны асарт байна. Даниелын гэрчлэл дэх тэр үзэгдлийн нөлөөний адил, мөн түүнчлэн “шавь нар үүнийг сонсоод нүүрээрээ унан, үлэмж ихээр айв. Есүс ирээд тэдэнд хүрч, Босогтун, бүү айгтун гэж айлдав.” Аль аль тохиолдолд үзэгдэл нь сонсогдохуйц бөгөөд харагдахуйц байсан бөгөөд хоёр жишээнд хоёуланд нь айдас төрүүлсэн. Хоёр гэрчлэлд хоёуланд нь тэнхрүүлэхийн тулд нэгэн “хүрэлт” шаардлагатай байв.</w:t>
      </w:r>
    </w:p>
    <w:p>
      <w:pPr>
        <w:pStyle w:val="ArticleBody"/>
        <w:jc w:val="left"/>
      </w:pPr>
      <w:r>
        <w:rPr>
          <w:rFonts w:ascii="Times New Roman" w:hAnsi="Times New Roman" w:eastAsia="Times New Roman" w:cs="Times New Roman"/>
        </w:rPr>
        <w:t>Хувиралтын үзэгдэл нь, бусад олон зүйлийн хамт, Бурханы Үг хэзээ ч талаар болдоггүйг нотолсон билээ. Учир нь Матай номын арван зургаадугаар бүлгийн эцсийн зүйлд Есүс: “Энд зогсож буй заримаас үхлийг амсахын өмнө Хүний Хүүг Өөрийн хаанчлалдаа ирэхийг үзэх хүмүүс бий” хэмээн айлдсан юм. Хувиралт нь “Хүний Хүү” Өөрийн хаанчлалдаа ирэхийн нэгэн дүрслэл байсан юм.</w:t>
      </w:r>
    </w:p>
    <w:p>
      <w:pPr>
        <w:pStyle w:val="ArticleScripture"/>
        <w:jc w:val="left"/>
      </w:pPr>
      <w:r>
        <w:rPr>
          <w:rFonts w:ascii="Times New Roman" w:hAnsi="Times New Roman" w:eastAsia="Times New Roman" w:cs="Times New Roman"/>
        </w:rPr>
        <w:t>“Хувиралтын уулан дээрх Мосе нь Христийн нүгэл ба үхлийг ялсан ялалтын гэрч байв. Тэрээр зөвт хүмүүсийн амилалтаар булшнаас гарч ирэх хүмүүсийг төлөөлж байлаа. Үхлийг үзэлгүйгээр тэнгэрт аваачигдсан Елиа нь Христийн хоёр дахь ирэлтээр газар дээр амьд байх бөгөөд ‘эцсийн бүрээ дуугарахад,’ ‘агшин зуур, нүд ирмэхийн зуур’ ‘өөрчлөгдөх’ хүмүүсийг төлөөлж байв; тэр үед ‘энэ үхлэнт бие үхэшгүйг өмсөх ёстой,’ мөн ‘энэ ялзрамтгай нь үл ялзрахыг өмсөх ёстой.’ 1 Коринт 15:51–53. Есүс тэнгэрийн гэрлээр хувцаслагдсан байсан нь Тэр ‘нүглийн төлөө бус, авралын тулд хоёр дахь удаагаа’ ирэхдээ хэрхэн үзэгдэхийг илэрхийлж байв. Учир нь Тэр ‘Өөрийн Эцгийн алдраар, ариун тэнгэрэлч нарын хамт’ ирнэ. Еврей 9:28; Марк 8:38. Аврагчийн шавь нарт өгсөн амлалт одоо биелжээ. Уулан дээр ирээдүйн алдрын хаанчлал бяцхан дүрслэлээр үзүүлэгдсэн юм,—Христ Хаан, Мосе амилуулагдсан ариун хүмүүсийн төлөөлөгч, Елиа харин тэнгэрт амьдаар өргөгдсөн хүмүүсийн төлөөлөгч байлаа.” The Desire of Ages, 421.</w:t>
      </w:r>
    </w:p>
    <w:p>
      <w:pPr>
        <w:pStyle w:val="ArticleBody"/>
        <w:jc w:val="left"/>
      </w:pPr>
      <w:r>
        <w:rPr>
          <w:rFonts w:ascii="Times New Roman" w:hAnsi="Times New Roman" w:eastAsia="Times New Roman" w:cs="Times New Roman"/>
        </w:rPr>
        <w:t>Лацын тухай үнэн нь нэгэн таних тэмдгийг агуулдаг бөгөөд Илчлэлт номын долоодугаар бүлэгт дүрслэгдсэн нэг зуун дөчин дөрвөн мянга нь үхдэггүй хүмүүс бөгөөд Елиагаар төлөөлөгддөг; харин Илчлэлт номын долоодугаар бүлгийн агуу их олон түмэн нь үхдэг хүмүүс бөгөөд Мосегоор төлөөлөгддөг гэдгийг заадаг. Нэг бүлэг нь Илчлэлт номын арван наймдугаар бүлгийн эхний дуу хоолойгоор дуудагддаг, нөгөө бүлэг нь Илчлэлт номын арван наймдугаар бүлгийн хоёр дахь дуу хоолойгоор дуудагддаг.</w:t>
      </w:r>
    </w:p>
    <w:p>
      <w:pPr>
        <w:pStyle w:val="ArticleBody"/>
        <w:jc w:val="left"/>
      </w:pPr>
      <w:r>
        <w:rPr>
          <w:rFonts w:ascii="Times New Roman" w:hAnsi="Times New Roman" w:eastAsia="Times New Roman" w:cs="Times New Roman"/>
        </w:rPr>
        <w:t>Тэр хүрэлтийн дараа Есүс шавь нартаа цаашдын зааврыг өгч, “Хүний Хүү үхэгсдээс дахин амилтал энэ үзэгдлийг хэнд ч бүү ярь” гэж айлдав. Өөрчлөлтийн үзэгдэл буюу толины үзэгдэл, Исаиа зургаадугаар бүлэгт харсан үзэгдэл, Паул гурав дахь тэнгэрт байхдаа үзсэн үзэгдэл, мөн Езекиелийн дугуйн доторх дугуйнуудын үзэгдэл нь Иуда овгийн Арслангаар Христийн амилалтын дараа хүртэл лацлагдан хадгалагдсан байв.</w:t>
      </w:r>
    </w:p>
    <w:p>
      <w:pPr>
        <w:pStyle w:val="ArticleBody"/>
        <w:jc w:val="left"/>
      </w:pPr>
      <w:r>
        <w:rPr>
          <w:rFonts w:ascii="Times New Roman" w:hAnsi="Times New Roman" w:eastAsia="Times New Roman" w:cs="Times New Roman"/>
        </w:rPr>
        <w:t>Христийн амилалт нь яг тэрхүү үзэгдэл дотор Христтэй хамт байсан хоёр гэрчийн амилалтыг төлөөлдөг бөгөөд тэд 2023 оны долоодугаар сард амилуулагдах ёстой байсан. Тэр үед лацдах мэдээ нь Илчлэлт арван нэгдүгээр бүлгийн хоёр гэрч болон итгэлтэй хоёр бүлэгт нээгдэж, дэлхийн төгсгөл дэх Христийн алдрын толь мэт үзэгдлийн хүрээнд байрлуулах ёстой байв.</w:t>
      </w:r>
    </w:p>
    <w:p>
      <w:pPr>
        <w:pStyle w:val="ArticleBody"/>
        <w:jc w:val="left"/>
      </w:pPr>
      <w:r>
        <w:rPr>
          <w:rFonts w:ascii="Times New Roman" w:hAnsi="Times New Roman" w:eastAsia="Times New Roman" w:cs="Times New Roman"/>
        </w:rPr>
        <w:t>Лацдан тамгалах мэдээг мөн Илчлэл номын нэгдүгээр бүлгийн эхний гурван эшлэлийн хүрээнд байрлуулах болно. Тэнд бурханлаг чанар ба хүн төрөлхтний нэгдлийг төлөөлдөг харилцааны гинжин холбоо нь, нэг зуун дөчин дөрвөн мянгад багтахад нэр дэвшигчдэд тамгалах мэдээ хэрхэн алхам алхмаар уламжлагдан хүргэгддэг үйл явц байдлаар илэрхийлэгдсэн байдаг.</w:t>
      </w:r>
    </w:p>
    <w:p>
      <w:pPr>
        <w:pStyle w:val="ArticleBody"/>
        <w:jc w:val="left"/>
      </w:pPr>
      <w:r>
        <w:rPr>
          <w:rFonts w:ascii="Times New Roman" w:hAnsi="Times New Roman" w:eastAsia="Times New Roman" w:cs="Times New Roman"/>
        </w:rPr>
        <w:t>Алхам алхмаар өрнөх үйл явц нь Эцгээс, Хүүд, тэнгэрэлч Габриелд, Иоханд, чуулгануудад хүрсэн юм. Тэнгэрлэг Эцгээс, Тэнгэрлэг бөгөөд хүний Хүүд, унаагүй бүтээл болох (Габриел)-д, унасан бүтээл болох (Иохан)-д, Ази дахь чуулгануудад (ертөнцөд) хүрсэн. Эдгээр таван алхам нь Есүс Христийн Илчлэл анх дурдагдах тэр мөчид тодорхойлон заагдсан байдаг бөгөөд аль нэг алхмыг үгүйсгэнэ гэдэг нь тэдгээрийг бүгдийг нь үгүйсгэж буй хэрэг мөн.</w:t>
      </w:r>
    </w:p>
    <w:p>
      <w:pPr>
        <w:pStyle w:val="ArticleBody"/>
        <w:jc w:val="left"/>
      </w:pPr>
      <w:r>
        <w:rPr>
          <w:rFonts w:ascii="Times New Roman" w:hAnsi="Times New Roman" w:eastAsia="Times New Roman" w:cs="Times New Roman"/>
        </w:rPr>
        <w:t>Тэр илчлэлттэй нийцүүлэн шавь нар нь дараа нь Есүсээс, «Тэгвэл яагаад хуулийн багш нар Елиа эхлээд ирэх ёстой гэж хэлдэг вэ?» хэмээн асуув. Есүс тэдэнд хариулан, «Елиа үнэхээр эхлээд ирж, бүхнийг сэргээн тогтооно. Харин Би та нарт хэлье: Елиа аль хэдийн ирсэн боловч тэд түүнийг таньсангүй, харин хүссэн бүхнээ түүнд үйлдсэн. Үүний адил Хүний Хүү ч мөн тэднээс зовлон эдлэх болно» гэв. Тэгэхэд шавь нар нь Тэр тэдэнд Баптисм хүртээгч Иоханы тухай айлдаж байсныг ойлгов.</w:t>
      </w:r>
    </w:p>
    <w:p>
      <w:pPr>
        <w:pStyle w:val="ArticleBody"/>
        <w:jc w:val="left"/>
      </w:pPr>
      <w:r>
        <w:rPr>
          <w:rFonts w:ascii="Times New Roman" w:hAnsi="Times New Roman" w:eastAsia="Times New Roman" w:cs="Times New Roman"/>
        </w:rPr>
        <w:t>Баптисм хүртээгч Иохан болон Илчлэгч Иоханы эш үзүүллэгийн үүрэг нь лацдах мэдээний нэг хэсэг бөгөөд Уотертаун дахь майханд Самуел Сноугийн мэдээг үл тоомсорлохоор сонгосон хүмүүс нь, Эзэн Өөрийн сонгосон хүмүүсийг Өөрөө сонгодгийг хүлээн зөвшөөрөх хүсэлгүй хүмүүсийг төлөөлдөг. 1776 оноос хойш хоёр зуун хорин жилийн дараа, 1996 онд, өөрийн мэдээг анх нийтэлсэн 1989 онд сонгогдсон тэрхүү дуу хоолой, 2001 оны 9 дүгээр сарын 11-нд гурав дахь гай ирснийг тогтоон харуулсан харуул, 2020 оны 7 дугаар сарын 18-ны нүгэлт мэдээг танилцуулсан нэгэн нь лацдах мэдээний нэг хэсэг бөгөөд түүний үүргийг Баптисм хүртээгч Иохан төлөөлдөг.</w:t>
      </w:r>
    </w:p>
    <w:p>
      <w:pPr>
        <w:pStyle w:val="ArticleBody"/>
        <w:jc w:val="left"/>
      </w:pPr>
      <w:r>
        <w:rPr>
          <w:rFonts w:ascii="Times New Roman" w:hAnsi="Times New Roman" w:eastAsia="Times New Roman" w:cs="Times New Roman"/>
        </w:rPr>
        <w:t>Бид энэхүү судалгааг дараагийн өгүүлэлд үргэлжлүүлэх болно.</w:t>
      </w:r>
    </w:p>
    <w:p>
      <w:pPr>
        <w:pStyle w:val="ArticleScripture"/>
        <w:jc w:val="left"/>
      </w:pPr>
      <w:r>
        <w:rPr>
          <w:rFonts w:ascii="Times New Roman" w:hAnsi="Times New Roman" w:eastAsia="Times New Roman" w:cs="Times New Roman"/>
        </w:rPr>
        <w:t>“Би сайн хамгаалагдсан бөгөөд бат зогсож, чуулганы тогтсон итгэлийг ганхуулахыг оролдогсдод өчүүхэн ч дэмжлэг үл үзүүлэх нэгэн бүлгийг үзэв. Бурхан тэднийг таалалтайгаар харж байлаа. Надад гурван алхмыг—эхний, хоёр дахь, гурав дахь тэнгэрэлчийн мэдээг—харуулав. Надтай хамт байсан тэнгэрэлч, ‘Эдгээр мэдээнүүдийн нэгэн чулууг хөдөлгөх буюу нэгэн зүүг хөдөлгөх хүнд гай ирнэ. Эдгээр мэдээнүүдийн жинхэнэ ойлголт амин чухал юм. Сүнснүүдийн хувь заяа тэдгээрийг хэрхэн хүлээн авахаас хамаарна’ гэж хэлэв. Би дахин эдгээр мэдээнүүдээр дамжин доош бууж, Бурханы ард түмэн өөрсдийн туршлагаа хичнээн үнэтэйгээр олж авсныг үзэв. Энэ нь асар их зовлон шаналал, ширүүн тэмцлээр олдсон байв. Бурхан тэднийг алхам алхмаар удирдсаар, эцэст нь тэднийг бат бэх, хөдөлшгүй тавцан дээр байрлуулсан байлаа. Би зарим хүмүүс тэр тавцанд ойртон ирж, суурийг нь шалгаж байгааг үзэв. Зарим нь баяр хөөртэйгөөр тэр даруй дээр нь гарлаа. Бусад нь сууринаас өө сэв хайж эхлэв. Тэд сайжруулалт хийхийг хүсэж байсан бөгөөд тэгвэл тавцан илүү төгс болж, хүмүүс ч хавьгүй илүү аз жаргалтай болно гэж байв. Зарим нь тавцангаас буун түүнийг шалгаад, буруу тавигдсан гэж мэдэгдэв. Гэвч бараг бүгд тавцан дээр бат зогсож, бууж гарсан хүмүүсийг гомдоллохоосоо болихыг ятгаж байгааг би үзэв; учир нь Бурхан бол Гол Барилгачин мөн, харин тэд Түүний эсрэг тэмцэж байлаа. Тэд өөрсдийг нь энэ бат тавцанд хүргэсэн Бурханы гайхамшигт үйлсийг дурсан өгүүлж, нэгэн санаагаар нүд ээ тэнгэр өөд өргөн, чанга дуугаар Бурханыг алдаршуулав. Энэ нь гомдоллож, тавцангаас буусан заримд нь нөлөөлж, тэд даруу төрхтэйгөөр дахин тавцан дээр гарч ирэв.”</w:t>
      </w:r>
    </w:p>
    <w:p>
      <w:pPr>
        <w:pStyle w:val="ArticleScripture"/>
        <w:jc w:val="left"/>
      </w:pPr>
      <w:r>
        <w:rPr>
          <w:rFonts w:ascii="Times New Roman" w:hAnsi="Times New Roman" w:eastAsia="Times New Roman" w:cs="Times New Roman"/>
        </w:rPr>
        <w:t>“Би Христийн анхны ирэлтийг тунхагласан тэр мэдээнд дахин анхаарлаа хандуулахад хүргэгдсэн юм. Иохан Есүсийн замыг бэлтгэхийн тулд Елиагийн сүнс ба хүчээр илгээгдсэн байв. Иоханы гэрчлэлийг няцаасан хүмүүс Есүсийн сургаалаас ашиг хүртээгүй. Түүний ирэлтийг урьдчилан зөгнөн зарласан мэдээнд тэдний үзүүлсэн эсэргүүцэл нь Тэр Мессиа мөн болох хамгийн хүчтэй нотолгоог тэд амархан хүлээн авч чадахгүй байдалд оруулсан. Сатан Иоханы мэдээг няцаасан хүмүүсийг улам цааш нь хөтөлж, Христийг няцаан цовдлоход хүргэсэн. Үүнийг үйлдсэнээрээ тэд Пентекостын өдөр ирэх ерөөлийг хүлээн авч чадахгүй байдалд өөрсдийгөө оруулсан бөгөөд тэр ерөөл нь тэдэнд тэнгэрийн ариун сүм рүү орох замыг заах байсан юм. Сүмийн хөшиг урагдсан явдал нь иудейн тахилууд ба тогтоолууд цаашид хүлээн авагдахгүйг харуулсан. Агуу Тахил өргөгдөж, хүлээн авагдсан байсан бөгөөд Пентекостын өдөр бууж ирсэн Ариун Сүнс шавь нарын оюун санааг газрын ариун сүмээс тэнгэрийн ариун сүм рүү—Есүс Өөрийн цусаар орсон тэр газар руу—хандуулсан бөгөөд тэндээс Тэр Өөрийн эвлэрүүллийн үр шимийг шавь нар дээрээ асгахаар орсон юм. Харин иудейчүүд бүрэн харанхуйд үлдсэн. Тэд авралын төлөвлөгөөний талаар байж болох бүх гэрлийг алдсан атлаа өөрсдийн ашиггүй тахил, өргөлдөө итгэсээр байв. Тэнгэрийн ариун сүм газрын ариун сүмийн байрыг эзэлсэн боловч тэд энэ өөрчлөлтийн талаар ямар ч мэдлэггүй байлаа. Иймээс тэд ариун газарт Христийн зуучлалаас ашиг хүртэж чадахгүй байв.”</w:t>
      </w:r>
    </w:p>
    <w:p>
      <w:pPr>
        <w:pStyle w:val="ArticleScripture"/>
        <w:jc w:val="left"/>
      </w:pPr>
      <w:r>
        <w:rPr>
          <w:rFonts w:ascii="Times New Roman" w:hAnsi="Times New Roman" w:eastAsia="Times New Roman" w:cs="Times New Roman"/>
        </w:rPr>
        <w:t>“Олон хүн Христийг няцааж, цовдолсон иудейчүүдийн үйл явдлыг жигшин айдастайгаар хардаг; Түүний хэрцгийгээр доромжлогдсон түүхийг уншихдаа тэд өөрсдийгөө Түүнийг хайрладаг, Петрийн адил Түүнийг үгүйсгэхгүй, эсвэл иудейчүүдийн адил цовдлохгүй байсан гэж боддог. Гэвч бүх хүний зүрх сэтгэлийг нэвт уншдаг Бурхан, тэдний Есүст хандуулан мэдэрч байна хэмээн тунхагласан тэр хайрыг шалгалтад оруулсан юм. Эхний тэнгэрэлчийн мэдээ хэрхэн хүлээн авагдахыг бүх тэнгэр гүн их сонирхлоор ажиглаж байлаа. Харин Есүсийг хайрладаг хэмээн өөрсдийгөө тунхагладаг, мөн загалмайн тухай түүхийг уншихдаа нулимс унагадаг олон хүн Түүний ирэлтийн сайн мэдээг элэглэн тохуурхав. Тэд мэдээг баяртайгаар хүлээн авахын оронд төөрөгдөл хэмээн зарласан. Тэд Түүний үзэгдэхийг хайрлагсдыг үзэн ядаж, сүмүүдээсээ хөөн гаргасан. Эхний мэдээг няцаасан хүмүүс хоёр дахь мэдээнээс ашиг хүртэж чадаагүй; мөн тэднийг итгэлээр Есүстэй хамт тэнгэрийн ариун газрын хамгийн ариун хэсэгт ороход бэлтгэх ёстой байсан шөнийн дундын хашхираанаас ч ашиг хүртээгүй. Урьдах хоёр мэдээг няцааснаараа тэд ухаан санаагаа тийнхүү харанхуйруулсан тул хамгийн ариун газарт хүрэх замыг харуулдаг гурав дахь тэнгэрэлчийн мэдээн дэх ямар ч гэрлийг харж чадахгүй болсон. Иудейчүүд Есүсийг цовдолсны адил нэр төдий сүмүүд эдгээр мэдээг цовдолсон тул хамгийн ариун газарт хүрэх замын талаар тэдэнд ямар ч мэдлэг үгүй, мөн тэнд үйлдэгдэж буй Есүсийн зуучлалаас тэд ашиг хүртэж чадахгүйг би харсан. Өөрсдийн хэрэггүй тахилуудаа өргөдөг байсан иудейчүүдийн адил, тэд ч Есүсийн орхисон тэр тасалгаанд хэрэггүй залбирлуудаа өргөдөг; мөн энэ мэхэнд баяссан Сатан шашны дүр төрхийг өөртөө авч, өөрсдийгөө Христэд итгэгчид хэмээн тунхаглагч эдгээр хүмүүсийн оюун санааг өөр лүүгээ чиглүүлэн, өөрийн хүч чадал, тэмдэгүүд, худал гайхамшгуудаар үйлдэн, тэднийг өөрийн урхинд бат түгждэг. Заримыг нь тэр нэгэн аргаар мэхэлдэг, заримыг нь өөр аргаар. Янз бүрийн оюун санаанд нөлөөлөх өөр өөр төөрөгдлүүдийг тэр бэлтгэсэн байдаг. Зарим нь нэгэн төөрөгдлийг жигшин айдастайгаар хардаг атал, нөгөөг нь амархан хүлээн авдаг. Сатан заримыг Спиритизмээр мэхэлдэг. Тэр мөн гэрлийн тэнгэрэлч мэт ирж, хуурамч шинэчлэлүүдийн тусламжаар нутаг даяар нөлөөгөө түгээдэг. Сүмүүд омогшин баясаж, Бурхан тэдний төлөө гайхамшигтайгаар ажиллаж байна гэж үздэг боловч үнэндээ энэ нь өөр нэгэн сүнсний ажил юм. Тэрхүү хөөрөл намжин алга болж, ертөнц болон сүмийг урьдахаасаа ч дор байдалд орхино.”</w:t>
      </w:r>
    </w:p>
    <w:p>
      <w:pPr>
        <w:pStyle w:val="ArticleScripture"/>
        <w:jc w:val="left"/>
      </w:pPr>
      <w:r>
        <w:rPr>
          <w:rFonts w:ascii="Times New Roman" w:hAnsi="Times New Roman" w:eastAsia="Times New Roman" w:cs="Times New Roman"/>
        </w:rPr>
        <w:t>“Бурхан нэр төдий Адвентистүүдийн дунд болон унасан сүмүүдийн дотор үнэнч шударга хүүхдүүдтэй гэдгийг би харсан; мөн гамшгууд асгаруулагдахаас өмнө үйлчлэгчид болон ард түмэн эдгээр сүмүүдээс дуудагдан гарч, үнэнийг баяртайгаар хүлээн авах болно. Сатан үүнийг мэддэг; тиймээс гурав дахь тэнгэрэлчийн чанга хашхираан өгөгдөхөөс өмнө тэр эдгээр шашны хүрээллүүдэд нэгэн сэтгэлийн хөөрлийг өдөөж, ингэснээр үнэнийг няцаасан хүмүүс Бурхан өөрсөдтэй нь хамт байна гэж бодох болтугай хэмээн зорьдог. Тэр үнэнч шударга хүмүүсийг мэхэлж, Бурхан сүмүүдийн төлөө одоо ч ажиллаж байна гэж тэднээр бодогдуулахыг найдна. Гэвч гэрэл тусах бөгөөд үнэнч шударга бүх хүн унасан сүмүүдийг орхиж, үлдэгдэлтэй хамт байр сууриа эзлэх болно.”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долоо</dc:title>
  <dc:subject>Арслангийн Илчлэл: Паниумаас Эцсийн Тамгалах хүртэл</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