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наян есдүгээр бүлэг</w:t>
      </w:r>
    </w:p>
    <w:p>
      <w:pPr>
        <w:pStyle w:val="ArticleSubtitle"/>
        <w:jc w:val="left"/>
      </w:pPr>
      <w:r>
        <w:rPr>
          <w:rFonts w:ascii="Arial" w:hAnsi="Arial" w:eastAsia="Arial" w:cs="Arial"/>
        </w:rPr>
        <w:t>Паниумын тулалдааны эш үзүүллэгт хээ угалз: Ням гаргийн хуулийн өмнөтгөл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Паниумын тулалдаан нь мөн чанартаа сүнслэг дайн байв. Ням гаргийн хуулиас яг өмнөхөн төгсгөлийн цаг дахь 1989 оноос Рональд Рейганаас хойших зургаа дахь нь болох найм дахь ерөнхийлөгч, мөн Бүгд Найрамдах намын сүүлчийн ерөнхийлөгч, мөн хамгийн баян ерөнхийлөгч, түүнчлэн даяаршлын бүх хүрээг үймүүлэн хөдөлгөдөг тэрээр, даяаршлын “woke-изм” болох Пан хэмээх Грекийн шашныг ялан дийлэхдээ урвасан протестантизмыг манлайлах болно. Арван нэг, арван хоёрдугаар эшлэлүүдэд 2014 оны Украины дайнаас эхэлдэг түүх арван зургаадугаар эшлэл дэх Ням гаргийн хуулиар төгсөнө. Арван тавдугаар эшлэл нь Паниумын тулалдаан бөгөөд Паниумын тулалдаан нь гурав дахь Дэлхийн дайн болох Акциумын тулалдаанд хүргэдэг.</w:t>
      </w:r>
    </w:p>
    <w:p>
      <w:pPr>
        <w:pStyle w:val="ArticleBody"/>
        <w:jc w:val="left"/>
      </w:pPr>
      <w:r>
        <w:rPr>
          <w:rFonts w:ascii="Times New Roman" w:hAnsi="Times New Roman" w:eastAsia="Times New Roman" w:cs="Times New Roman"/>
        </w:rPr>
        <w:t>“Агуу газар хөдлөлт”-ийн цагт, өөрөөр хэлбэл арван зургаадугаар эшлэлийн Ням гаргийн хууль хэрэгжих үед, гурав дахь гай зовлонгийн Ислам нь Америкийн Нэгдсэн Улсад довтолж, үндэстнүүдийг хилэгнүүлэн, улсын сүйрлийг авчирна. Тэр довтолгооноос өмнө Панийн тулалдаан болдог. Ням гаргийн хуулийн үед луу, араатан, хуурамч эш үзүүлэгчийн гурвалсан холбоо тогтдог.</w:t>
      </w:r>
    </w:p>
    <w:p>
      <w:pPr>
        <w:pStyle w:val="ArticleScripture"/>
        <w:jc w:val="left"/>
      </w:pPr>
      <w:r>
        <w:rPr>
          <w:rFonts w:ascii="Times New Roman" w:hAnsi="Times New Roman" w:eastAsia="Times New Roman" w:cs="Times New Roman"/>
        </w:rPr>
        <w:t>“Бурханы хуулийг зөрчин Папын засаглалыг тогтоохыг албадсан зарлигаар манай үндэстэн өөрийгөө зөвт байдлаас бүрмөсөн таслан салгах болно. Протестантизм ангал дээгүүр гараа сунган Ромын эрх мэдлийн гарыг атгах үед, тэрээр ёроолгүй ангал даван гараа сунгаж Сүнслэг үзэлтэй гар барих үед, энэ гурвалсан нэгдлийн нөлөөн дор манай улс Протестант бөгөөд бүгд найрамдах засаглалын хувьд Үндсэн хуулийнхаа аливаа зарчмыг няцааж, папын худал сургаал ба төөрөгдлийг түгээн дэлгэрүүлэхэд зориулсан нөхцөлийг бүрдүүлэх үед, тэгвэл Сатаны гайхамшигт үйл ажиллагааны цаг ирсэн бөгөөд төгсгөл ойрхон байгааг бид мэдэж болно.” Testimonies, 5-р боть, 451.</w:t>
      </w:r>
    </w:p>
    <w:p>
      <w:pPr>
        <w:pStyle w:val="ArticleBody"/>
        <w:jc w:val="left"/>
      </w:pPr>
      <w:r>
        <w:rPr>
          <w:rFonts w:ascii="Times New Roman" w:hAnsi="Times New Roman" w:eastAsia="Times New Roman" w:cs="Times New Roman"/>
        </w:rPr>
        <w:t>Тэр үед папын эрх мэдэлд учирсан үхлийн шарх бүрэн эдгэрч, эцэстээ түүнд туслах хэн ч үгүйгээр төгсгөлдөө хүрэх хүртлээ тэрээр дээд эрхтэйгээр ноёрхоно. Ром гурав дахь саадыг ялдан дийлэх үедээ ноёрходог бөгөөд энэ нь Даниел номын наймдугаар бүлгийн есдүгээр эшлэл, мөн арван нэгдүгээр бүлгийн арван зургаагаас арван есдүгээр эшлэлүүдэд харь үндэстний Ромоор төлөөлөгдөн дүрслэгдсэн байдаг. Папын Ром гурван эврийг зайлуулсан үедээ мянга хоёр зуун жаран жилийн турш дээд эрхтэйгээр ноёрхсон; үүнтэй адил, харь үндэстний Ром МЭӨ 31 онд Акциумын тулалдаанд гурав дахь саад болох Египетийг байлдан дагуулсныхаа дараа гурван зуун жаран жилийн турш дээд эрхтэйгээр ноёрхсон билээ.</w:t>
      </w:r>
    </w:p>
    <w:p>
      <w:pPr>
        <w:pStyle w:val="ArticleBody"/>
        <w:jc w:val="left"/>
      </w:pPr>
      <w:r>
        <w:rPr>
          <w:rFonts w:ascii="Times New Roman" w:hAnsi="Times New Roman" w:eastAsia="Times New Roman" w:cs="Times New Roman"/>
        </w:rPr>
        <w:t>Хэл зүйд “ium” дагаврыг үгийн төгсгөлд залгаж, газар, төлөв байдал, эсвэл аливаа зүйлийн цогцыг илэрхийлсэн нэр үг бүтээдэг. Энэ нь техникийн болон шинжлэх ухааны нэр томьёо, ялангуяа хими ба биологийн нэр томьёо бүтээхэд түгээмэл хэрэглэгддэг. Жишээлбэл: “stadium” нь спортын тэмцээн буюу бусад арга хэмжээ зохион байгуулагддаг газрыг, “aquarium” нь усны амьд организм эсвэл ургамлыг үзүүлэх зорилгоор хадгалдаг газрыг, “gymnasium” нь биеийн тамирын дасгал эсвэл сургуулилалт хийх газрыг тус тус илэрхийлдэг. Шинжлэх ухааны нэр томьёонд “ium” нь ихэвчлэн химийн элемент эсвэл нэгдлийг заахад хэрэглэгддэг, ялангуяа тухайн элемент буюу нэгдлийг ялган авч тогтоосон эсвэл нээсэн тохиолдолд. Жишээлбэл: “sodium” нь Na тэмдэгтэй химийн элементийг, “calcium” нь Ca тэмдэгтэй химийн элементийг тус тус заана.</w:t>
      </w:r>
    </w:p>
    <w:p>
      <w:pPr>
        <w:pStyle w:val="ArticleBody"/>
        <w:jc w:val="left"/>
      </w:pPr>
      <w:r>
        <w:rPr>
          <w:rFonts w:ascii="Times New Roman" w:hAnsi="Times New Roman" w:eastAsia="Times New Roman" w:cs="Times New Roman"/>
        </w:rPr>
        <w:t>Харийн Ром дээд эрхтэйгээр ноёрхож эхэлсэн нь Акциумын тулалдаанаар биелсэн бөгөөд Паниумын тулалдаан нь Акциумаар дүрслэгдсэн дайнд хүрэх үүд хаалгыг нээсэн юм. Учир нь “мөр дээр мөр” гэсэн зарчмаар Акциум нь папын засаглал дахин дэлхийг дээд эрхтэйгээр ноёрхох үед Ням гаргийн хуулийг төлөөлдөг.</w:t>
      </w:r>
    </w:p>
    <w:p>
      <w:pPr>
        <w:pStyle w:val="ArticleBody"/>
        <w:jc w:val="left"/>
      </w:pPr>
      <w:r>
        <w:rPr>
          <w:rFonts w:ascii="Times New Roman" w:hAnsi="Times New Roman" w:eastAsia="Times New Roman" w:cs="Times New Roman"/>
        </w:rPr>
        <w:t>Акциум нь тэнгисийн тулалдаан байсан бөгөөд Паниум нь хуурай газрын тулалдаан байсан; иймээс эдгээр хоёр тулалдааны холбоо нь газар ба тэнгисийг хамарсан, дэлхий дахины цар хүрээтэй тулалдааныг илэрхийлдэг. Эртний түүхийн хамгийн алдартай тэнгисийн тулалдаан болох Акциум нь мөн дэлхий нийтийг хамарсан дайныг төлөөлдөг. Учир нь “чи харсан, янхан эм сууж байсан уснууд бол ард түмнүүд, үй олон, үндэстнүүд, хэлүүд мөн.” Паниум нь удалгүй ирэх Ням гаргийн хуулийн үед улс төрийн дайнтай хослон явагдах сүнслэг дайныг төлөөлдөг.</w:t>
      </w:r>
    </w:p>
    <w:p>
      <w:pPr>
        <w:pStyle w:val="ArticleBody"/>
        <w:jc w:val="left"/>
      </w:pPr>
      <w:r>
        <w:rPr>
          <w:rFonts w:ascii="Times New Roman" w:hAnsi="Times New Roman" w:eastAsia="Times New Roman" w:cs="Times New Roman"/>
        </w:rPr>
        <w:t>“Pan” гэдэг үг нь нэр үгийн хувьд хэрэглэгдэх нөхцөл байдлаасаа хамааран олон утгатай боловч Грекийн домог зүйд Пан нь хоньчид, сүрэг мал, хөдөөгийн хөгжим, зэлүүд байгалийн бурхан юм. Түүнийг хөгжим болон байгальд хайртай нэгэн хэмээн, хагас хүн, хагас ямаа дүртэйгээр олонтаа дүрсэлдэг.</w:t>
      </w:r>
    </w:p>
    <w:p>
      <w:pPr>
        <w:pStyle w:val="ArticleScripture"/>
        <w:jc w:val="left"/>
      </w:pPr>
      <w:r>
        <w:rPr>
          <w:rFonts w:ascii="Times New Roman" w:hAnsi="Times New Roman" w:eastAsia="Times New Roman" w:cs="Times New Roman"/>
        </w:rPr>
        <w:t>“Мэхлэлтийн агуу жүжгийн титэм болсон эцсийн үйлдэл болгон, Сатан өөрөө Христийн дүрийг эсгэнэ. Чуулган аврагчийн ирэлтийг өөрийн найдварын төгс гүйцэл хэмээн харахаа эртнээс хүлээн зөвшөөрсөөр ирсэн. Одоо агуу мэхлэгч Христ ирсэн мэтээр харагдуулна. Дэлхийн янз бүрийн хэсэгт Сатан хүмүүсийн дунд нүд гялбам гэрэл цацруулсан, сүр жавхлант оршихуй болон илэрч, Илчлэл номд Иоханы өгүүлсэн Бурханы Хүүгийн дүрслэлтэй адилхан харагдана. Илчлэл 1:13–15.” Агуу тэмцэл, 624.</w:t>
      </w:r>
    </w:p>
    <w:p>
      <w:pPr>
        <w:pStyle w:val="ArticleBody"/>
        <w:jc w:val="left"/>
      </w:pPr>
      <w:r>
        <w:rPr>
          <w:rFonts w:ascii="Times New Roman" w:hAnsi="Times New Roman" w:eastAsia="Times New Roman" w:cs="Times New Roman"/>
        </w:rPr>
        <w:t>Пан бол хоньчны бурхан бөгөөд Жинхэнэ Хоньчны дүрийг эсгэнэ. Христийг дуурайн дүр эсгэх Сатаны үйл ажиллагаа Ням гаргийн хуулиас эхэлнэ. Учир нь “зарлиг” гарах үед “бид” тэр цаг ирснийг, өөрөөр хэлбэл Сатаны гайхамшигт үйл ажиллагаа эхэлж, төгсгөл ойрхон болсныг “мэдэж болно”.</w:t>
      </w:r>
    </w:p>
    <w:p>
      <w:pPr>
        <w:pStyle w:val="ArticleBody"/>
        <w:jc w:val="left"/>
      </w:pPr>
      <w:r>
        <w:rPr>
          <w:rFonts w:ascii="Times New Roman" w:hAnsi="Times New Roman" w:eastAsia="Times New Roman" w:cs="Times New Roman"/>
        </w:rPr>
        <w:t>“Pan” гэдэг үг нь мөн шарах, жигнэх, эсвэл хоол хийхэд хэрэглэдэг, амсар өргөнтэй, гүехэн тогоо савыг ч зааж болно. Эцсийн дайн нь өргөгдөн тэмдэг болгон тавигдсан ариун уул болох, мөн Бурханы Вавилонд хараахан байгаа өөр сүрэг нь түүн уруу зугтан очдог уул болох сүнслэг Иерусалимын эргэн тойронд төвлөрнө. Тэр цагт бүх үндэстэн сүнслэг Иерусалимын эсрэг ирэх бөгөөд энэ нь “аяга” (pan) хэмээн тодорхойлогддог.</w:t>
      </w:r>
    </w:p>
    <w:p>
      <w:pPr>
        <w:pStyle w:val="ArticleScripture"/>
        <w:jc w:val="left"/>
      </w:pPr>
      <w:r>
        <w:rPr>
          <w:rFonts w:ascii="Times New Roman" w:hAnsi="Times New Roman" w:eastAsia="Times New Roman" w:cs="Times New Roman"/>
        </w:rPr>
        <w:t>Израилийн тухай ЭЗЭНий үгийн ачаа мөн, тэнгэрүүдийг дэлгэн сунгагч, газрын суурийг тавигч, хүний доторх сүнсийг бүтээгч ЭЗЭН ийнхүү айлдаж байна. Болгоогтун, Би Иерусалимыг эргэн тойрны бүх ард түмнүүдэд чичрүүлэм аяга болгоно; тэд Иудагийн эсрэг болон Иерусалимын эсрэг бүслэлтэд орох үед тийнхүү болно. Тэр өдөр Би Иерусалимыг бүх ард түмнүүдэд хүнд ачааны чулуу болгоно; түүнийг өргөх гэж өөрсдийгөө ачаалуулах бүхэн хэсэг хэсгээрээ тас цохигдох болно, хэдийгээр газрын бүх ард түмнүүд түүний эсрэг цугларсан байвч. Зехариа 12:1-3.</w:t>
      </w:r>
    </w:p>
    <w:p>
      <w:pPr>
        <w:pStyle w:val="ArticleBody"/>
        <w:jc w:val="left"/>
      </w:pPr>
      <w:r>
        <w:rPr>
          <w:rFonts w:ascii="Times New Roman" w:hAnsi="Times New Roman" w:eastAsia="Times New Roman" w:cs="Times New Roman"/>
        </w:rPr>
        <w:t>Иерусалим мөн тогоо мөн; учир нь энэ нь уг жүжиг өрнөн явагддаг сав билээ. “Тогоо” гэдэг нь хоол чанах сав юм.</w:t>
      </w:r>
    </w:p>
    <w:p>
      <w:pPr>
        <w:pStyle w:val="ArticleScripture"/>
        <w:jc w:val="left"/>
      </w:pPr>
      <w:r>
        <w:rPr>
          <w:rFonts w:ascii="Times New Roman" w:hAnsi="Times New Roman" w:eastAsia="Times New Roman" w:cs="Times New Roman"/>
        </w:rPr>
        <w:t>Тэгээд Тэр надад айлдахдаа, Хүний хүү, эдгээр нь энэ хотод хорлолыг сэдэж, хорон зөвлөгөө өгдөг хүмүүс мөн; тэд, Цаг нь ойртоогүй байна; байшингууд барья; энэ хот бол тогоо, харин бид бол мах нь гэж хэлдэг. Тиймээс тэдний эсрэг эш үзүүл; эш үзүүл, өө хүний хүү. Тэгэхэд ЭЗЭНий Сүнс над дээр бууж, надад айлдав, Ярь; ЭЗЭН ийнхүү айлдаж байна; Израилийн гэр ээ, та нар ийнхүү хэлсэн; учир нь та нарын хүн бүрийн оюун санаанд орж ирдэг зүйлсийг Би мэднэ. Та нар энэ хотод алуулсан хүмүүсээ олшруулж, түүний гудамжуудыг алуулсан хүмүүсээр дүүргэсэн. Тиймээс Эзэн БУРХАН ийнхүү айлдаж байна; та нарын дунд нь тавьсан алуулсан хүмүүс чинь мах нь мөн, энэ хот бол тогоо нь мөн; харин Би та нарыг түүний дундаас гаргана. Та нар илдээс эмээсэн; харин Би та нарын дээр илд авчирна гэж Эзэн БУРХАН айлдаж байна. Би та нарыг түүний дундаас гаргаж, гаднын хүмүүсийн гарт тушаан өгч, та нарын дунд шүүлтүүдийг гүйцэтгэнэ. Та нар илдээр унана; Би та нарыг Израилийн хил дээр шүүнэ; тэгээд та нар Намайг ЭЗЭН гэдгийг мэдэх болно. Энэ хот та нарын тогоо болохгүй, мөн та нар ч түүний дунд мах нь болохгүй; харин Би та нарыг Израилийн хил дээр шүүнэ. Тэгээд та нар Намайг ЭЗЭН гэдгийг мэдэх болно. Учир нь та нар Миний тогтоолуудаар яваагүй, Миний шүүлтүүдийг хэрэгжүүлээгүй, харин өөрсдийгөө хүрээлэн буй харь үндэстнүүдийн ёс заншлаар үйлдсэн юм. Езекиел 11:2–12.</w:t>
      </w:r>
    </w:p>
    <w:p>
      <w:pPr>
        <w:pStyle w:val="ArticleBody"/>
        <w:jc w:val="left"/>
      </w:pPr>
      <w:r>
        <w:rPr>
          <w:rFonts w:ascii="Times New Roman" w:hAnsi="Times New Roman" w:eastAsia="Times New Roman" w:cs="Times New Roman"/>
        </w:rPr>
        <w:t>Англи хэлэнд угтвар болгон хэрэглэгдэх “pan” нь “нийтлэг,” “бүгд,” эсвэл “даяар” гэсэн утгыг илэрхийлдэг. Жишээлбэл, “panorama” нь ямар нэгэн газар нутгийг өргөн цар хүрээтэй, бүхэлд нь хамарсан байдлаар харахыг хэлдэг; “pantheism” нь орчлон ертөнц өөрөө бурханлаг гэсэн итгэл үнэмшлийг заадаг; харин “Pan-American” нь Америк тивийн бүх улс орнуудыг хамарсан ямар нэг зүйлийг хэлнэ. Иймээс “pan” нь дэлхий нийтийг хамарсан дайныг зааж байгаа юм.</w:t>
      </w:r>
    </w:p>
    <w:p>
      <w:pPr>
        <w:pStyle w:val="ArticleScripture"/>
        <w:jc w:val="left"/>
      </w:pPr>
      <w:r>
        <w:rPr>
          <w:rFonts w:ascii="Times New Roman" w:hAnsi="Times New Roman" w:eastAsia="Times New Roman" w:cs="Times New Roman"/>
        </w:rPr>
        <w:t>“Сатан оюун санааг үл ач холбогдолтой асуултуудаар сарниулж, ингэснээр хүмүүс асар их ач холбогдолтой зүйлсийг тодорхой бөгөөд ялгамжтай хараагаар олж харахгүй байхаар үйлдэж байна. Дайсан ертөнцийг урхидахаар төлөвлөж байна.</w:t>
      </w:r>
    </w:p>
    <w:p>
      <w:pPr>
        <w:pStyle w:val="ArticleScripture"/>
        <w:jc w:val="left"/>
      </w:pPr>
      <w:r>
        <w:rPr>
          <w:rFonts w:ascii="Times New Roman" w:hAnsi="Times New Roman" w:eastAsia="Times New Roman" w:cs="Times New Roman"/>
        </w:rPr>
        <w:t>“Христийнхэн хэмээн нэрлэгддэг ертөнц агуу бөгөөд шийдвэрлэх үйл явдлуудын тайз тавцан болох ёстой. Эрх мэдэл бүхий хүмүүс Папын ёсыг дуурайн, мөс чанарыг захирах хуулиудыг батлан гаргана. Вавилон бүх үндэстнийг өөрийн садар самууны хилэнгийн дарсаар уулгана. Бүх үндэстэн үүнд татагдан оролцоно.” Selected Messages, book 3, 392.</w:t>
      </w:r>
    </w:p>
    <w:p>
      <w:pPr>
        <w:pStyle w:val="ArticleBody"/>
        <w:jc w:val="left"/>
      </w:pPr>
      <w:r>
        <w:rPr>
          <w:rFonts w:ascii="Times New Roman" w:hAnsi="Times New Roman" w:eastAsia="Times New Roman" w:cs="Times New Roman"/>
        </w:rPr>
        <w:t>“Act” гэдэг үг нь нэр үгийн хувьд “хууль тогтоох байгууллагаас батлан гаргасан албан ёсны бичгээр үйлдсэн шийдвэр буюу хууль” гэсэн утгатай.</w:t>
      </w:r>
    </w:p>
    <w:p>
      <w:pPr>
        <w:pStyle w:val="ArticleScripture"/>
        <w:jc w:val="left"/>
      </w:pPr>
      <w:r>
        <w:rPr>
          <w:rFonts w:ascii="Times New Roman" w:hAnsi="Times New Roman" w:eastAsia="Times New Roman" w:cs="Times New Roman"/>
        </w:rPr>
        <w:t>“Манай үндэстэн өөрийн засаглалын зарчмуудаас тийнхүү няцан татгалзаж, Ням гаргийн хуулийг батлан гаргах үед, Протестантизм энэ үйлдлээр папизмыг гар нийлүүлэн дэмжих болно.” Testimonies, volume 5, 712.</w:t>
      </w:r>
    </w:p>
    <w:p>
      <w:pPr>
        <w:pStyle w:val="ArticleBody"/>
        <w:jc w:val="left"/>
      </w:pPr>
      <w:r>
        <w:rPr>
          <w:rFonts w:ascii="Times New Roman" w:hAnsi="Times New Roman" w:eastAsia="Times New Roman" w:cs="Times New Roman"/>
        </w:rPr>
        <w:t>Христийнхэмээх гэгдэх ертөнц нь агуу үйлдлүүд, буюу үзэгдлүүдийн тайз бөгөөд үндэстэн бүр (pan) үүнд оролцоно. “Үзэгдэл” хэмээх үг нь мөн жүжиг, кино, эсвэл бусад тоглолтын нэгэн хэсэг буюу хуваагдлыг, ихэвчлэн тодорхой үйл явдал эсвэл үйлдлүүдийн цогцоор тодорхойлогдох хэсгийг зааж болно. “Act” гэдэг үг нь үйл үгийн хувьд тодорхой нэг үйлдэл хийх, эсвэл тодорхой байдлаар авирлах гэсэн утгатай. Түүнчлэн энэ нь жүжиг эсвэл кинонд тоглохтой адил дүр эсгэх, эсвэл ямар нэгэн дүр гүйцэтгэхийг ч зааж болно.</w:t>
      </w:r>
    </w:p>
    <w:p>
      <w:pPr>
        <w:pStyle w:val="ArticleScripture"/>
        <w:jc w:val="left"/>
      </w:pPr>
      <w:r>
        <w:rPr>
          <w:rFonts w:ascii="Times New Roman" w:hAnsi="Times New Roman" w:eastAsia="Times New Roman" w:cs="Times New Roman"/>
        </w:rPr>
        <w:t>“Дэлхий бол нэгэн тайз мөн. Түүний оршин суугчид болох жүжигчид сүүлчийн агуу жүжигт өөрсдийн дүрээ бүтээхэд бэлтгэж байна. Бурханыг анхаарлаасаа алдсан байна. Хүн төрөлхтний агуу олны дунд хүмүүс хувийн ашиг сонирхлоо гүйцэлдүүлэхийн тулд эвсэн нэгдэхээс өөр ямар ч нэгдэл үгүй. Бурхан харж байна. Өөрт нь тэрсэлсэн харьяатуудынхаа талаархи Түүний зорилгууд биелэгдэх болно. Дэлхийг хүний гарт өгөөгүй, гэвч Бурхан төөрөгдөл ба эмх замбараагүй байдлын хүчнүүдийг хэсэг хугацаанд ноёрхохыг зөвшөөрч байна. Доороос ирэх нэгэн хүч жүжгийн сүүлчийн агуу үзэгдлүүдийг бий болгохоор ажиллаж байна,—Сатан Христ мэтээр ирж, нууц нийгэмлэгүүдэд өөрсдийгөө холбон нэгтгэж буй хүмүүсийн дунд зөвт бусын бүх мэхлэлтэйгээр үйлчилж байна. Холбоотон болох хүсэл тачаалд бууж өгч буй хүмүүс дайсны төлөвлөгөөг хэрэгжүүлж байна. Шалтгааныг үр дагавар нь дагах болно.”</w:t>
      </w:r>
    </w:p>
    <w:p>
      <w:pPr>
        <w:pStyle w:val="ArticleScripture"/>
        <w:jc w:val="left"/>
      </w:pPr>
      <w:r>
        <w:rPr>
          <w:rFonts w:ascii="Times New Roman" w:hAnsi="Times New Roman" w:eastAsia="Times New Roman" w:cs="Times New Roman"/>
        </w:rPr>
        <w:t>“Гэм нүгэл бараг хязгаартaa хүрчээ. Төөрөгдөл дэлхийг дүүргэж, агуу айдас удалгүй хүн төрөлхтөн дээр ирэх гэж байна. Төгсгөл маш ойрхон байна. Үнэнийг мэддэг бид дэлхий дээр удахгүй дийлдэшгүй гэнэтийн зүйл мэт нөмрөн ирэх тэрхүү явдалд бэлтгэж байх ёстой.” Review and Herald, September 10, 1903.</w:t>
      </w:r>
    </w:p>
    <w:p>
      <w:pPr>
        <w:pStyle w:val="ArticleBody"/>
        <w:jc w:val="left"/>
      </w:pPr>
      <w:r>
        <w:rPr>
          <w:rFonts w:ascii="Times New Roman" w:hAnsi="Times New Roman" w:eastAsia="Times New Roman" w:cs="Times New Roman"/>
        </w:rPr>
        <w:t>Паниум ба Акциум нь дэлхийн гуравдугаар дайныг төлөөлдөг. Тэр дайнд Грекийн ямаан бурхан Пан-аар дүрслэгдсэнчлэн ер бусын илрэлүүд гарч ирнэ. Тэр дайн нь Ням гарагийн хуулийг нэгэн “үйлдэл” болгон хэрэгжүүлэхтэй холбоотой байх болно. Мөн тэр дайн нь “агуу жүжгийн эцсийн үзэгдлүүд” хэмээн тодорхойлогддог. Учир нь энэ нь зөвхөн Ням гарагийн тухай хууль тогтоомжийг албадан хэрэгжүүлэх хууль ёсны үйлдэл төдийгүй, мөн хүний сорилтын хугацааны төгсгөлийн мөчүүдэд сайн мэдээний жүжгийн оргил цэг мөн юм. Паниум ба Акциум эш үзүүллэгийн хувьд нэгдэх тулалдаанаас өмнө, Даниелын арван нэгдүгээр бүлгийн арван зургаадугаар зүйлд, Бурханы эцсийн өдрүүдийн цэрэг аль хэдийн босгогдсон байх бөгөөд тэдний туг, өөрөөр хэлбэл тэмдэг нь, тэр үед өргөгдөнө. “Тэмдэг” хэмээх үгийн үндсэн утга нь цэргийн туг юм.</w:t>
      </w:r>
    </w:p>
    <w:p>
      <w:pPr>
        <w:pStyle w:val="ArticleBody"/>
        <w:jc w:val="left"/>
      </w:pPr>
      <w:r>
        <w:rPr>
          <w:rFonts w:ascii="Times New Roman" w:hAnsi="Times New Roman" w:eastAsia="Times New Roman" w:cs="Times New Roman"/>
        </w:rPr>
        <w:t>Акт ба Пан нь Акциум ба Паниум мөн бөгөөд Гайхамшигт Хэлзүйч хоёр тулалдааны газар зүй, нэрс, түүхийг захирсан юм. Учир нь энэ нь тун удахгүй ирэх Ням гаргийн хуулийн өмнөхөнх түүх билээ. Паниумын тулалдаан МЭӨ 200 онд болсон бөгөөд арван зургаадугаар эшлэл Ром МЭӨ 63 онд Иерусалимыг эзлэн авсныг тодорхойлдог.</w:t>
      </w:r>
    </w:p>
    <w:p>
      <w:pPr>
        <w:pStyle w:val="ArticleBody"/>
        <w:jc w:val="left"/>
      </w:pPr>
      <w:r>
        <w:rPr>
          <w:rFonts w:ascii="Times New Roman" w:hAnsi="Times New Roman" w:eastAsia="Times New Roman" w:cs="Times New Roman"/>
        </w:rPr>
        <w:t>МЭӨ 200 оноос МЭӨ 63 он хүртэлх хугацаагаар дүрслэгдсэн эцсийн өдрүүдийн түүхийн дундуур, АНУ-д араатны дүр төрхийг байгуулах үйл хэрэг МЭӨ 161 оноос МЭӨ 158 он хүртэлх түүхээр төлөөлөгдөн гүйцэлдэх болно. АНУ-д араатны дүр төрхийг босгох эцсийн хөдөлгөөнүүд өрнөх тэр хугацаанаас өмнө, МЭӨ 167 онд Модеины бослогоор төлөөлөгдсөн нэгэн үйл явдал байх болно. Тэр бослого нь Грекийн албадмал шашны эсрэг бослогын хэв шинж бөгөөд, уг бослого нь МЭӨ 164 онд сүмийг дахин ариусган зориулснаар төлөөлөгдсөн нэгэн замын тэмдэгт хүргэх болно.</w:t>
      </w:r>
    </w:p>
    <w:p>
      <w:pPr>
        <w:pStyle w:val="ArticleBody"/>
        <w:jc w:val="left"/>
      </w:pPr>
      <w:r>
        <w:rPr>
          <w:rFonts w:ascii="Times New Roman" w:hAnsi="Times New Roman" w:eastAsia="Times New Roman" w:cs="Times New Roman"/>
        </w:rPr>
        <w:t>Өдөрт хүрэлцэх ариун тос найман өдөр үргэлжилсэн гайхамшгийг дурсан санадгаараа МЭӨ 164 оныг Иудейн шашин тэмдэглэдэг. Иймд МЭӨ 161 оноос өмнөх МЭӨ 164 он нь Бурханаас урвасан ард түмний төлөө үйлдэгдсэн сатанлаг гайхамшгийг зааж өгдөг. Тэрхүү гайхамшиг нь нэг өдөр найман өдрийг бий болгосон байдлаар дүрслэгддэг бөгөөд эхний өдрийн тос нь бүхэл найман өдрийн хэрэгцээг хангасан юм. Энэхүү гайхамшиг нь долоогийн дотроос байсан нэг хэсэг дээр авчирсан бөгөөд энэ замын тэмдэг нь яг л долоогийн дотроос буй наймын оньсого Бүгд Найрамдах урвагч эвэр дээр ч, Протестант урвагч эвэр дээр ч биелүүлэгдэж буй түүхийн дотор тогтоогдсон байна.</w:t>
      </w:r>
    </w:p>
    <w:p>
      <w:pPr>
        <w:pStyle w:val="ArticleBody"/>
        <w:jc w:val="left"/>
      </w:pPr>
      <w:r>
        <w:rPr>
          <w:rFonts w:ascii="Times New Roman" w:hAnsi="Times New Roman" w:eastAsia="Times New Roman" w:cs="Times New Roman"/>
        </w:rPr>
        <w:t>Удалгүй ирэх Ням гаргийн хуулийн өмнө илрэх сатанлаг гайхамшгуудын илрэл нь Грекийн бурхан Пан-тай холбоотой. Панийн тулаан өрнөж, Трамп болон урвасан протестантизм ялалт байгуулах үед “Пандорагийн хайрцаг” нээгдсэн байх бөгөөд тэгээд хүн төрөлхтөн дээр тавигдан суллагдах асуудлуудыг шийдэх ямар ч арга зам үгүй болно. Учир нь, “хүн төрөлхтөн дээр удалгүй агуу айдас ирнэ. Төгсгөл маш ойрхон байна. Үнэнийг мэддэг бид удахгүй дэлхий дээр дийлдэшгүй гэнэтийн зүйл мэт нөмрөн буух тэрхүү юманд бэлтгэж байх ёстой.”</w:t>
      </w:r>
    </w:p>
    <w:p>
      <w:pPr>
        <w:pStyle w:val="ArticleBody"/>
        <w:jc w:val="left"/>
      </w:pPr>
      <w:r>
        <w:rPr>
          <w:rFonts w:ascii="Times New Roman" w:hAnsi="Times New Roman" w:eastAsia="Times New Roman" w:cs="Times New Roman"/>
        </w:rPr>
        <w:t>Нэг зуун дөчин дөрвөн мянга гэдэг нь Есүс Христийн Илчлэлийг нээж тайлснаар өгөгдсөн Бурханы Үгийн ариусгагч хүчээр тамгалагдсан хүмүүс мөн. Тэрхүү Илчлэл нь үнэний хэд хэдэн тодорхой шугамыг агуулдаг бөгөөд Есүс хэн болох тухай ариусгагч сургамжийг өгдөг. Бурханы Үг болохын хувьд, Тэр бол гайхамшигт Хэл шинжээч мөн. Учир нь Бабелийн цамхаг дээр будлиан буулгаж, олон хэл үүсэхэд Өөрийн хүчээр хүргэсэн тул хүний бүх хэлийг Тэр захирч ирсэн юм. Тэр бол Өөрийн Үгэнд илэрхийлэгдсэн тоонууд болон Өөрийн бүх бүтээл дотор нууцуудыг нуун далдалсан гайхамшигт Тоологч мөн. Тэр түүхийн захирагч мөн, учир нь түүх бол “Түүний” түүх юм. Тэр дэлхийг бүтээсэн бөгөөд Үерийн дараа дэлхий гаригийн газарзүйн хэлбэрийг Тэр захирсан, иймээс мөн Өөрийн Үгэнд буй “үнэнүүд”-ийг бүрдүүлдэг бошиглолын олон янзын газарзүйн байдлыг ч Тэр захирсан юм. Нэг зуун дөчин дөрвөн мянга нь, бусад зүйлийн хамт, Тэр бүхнийг бүтээсэн гэдэгт итгэх итгэлийг илэрхийлдэг хүмүүсийг төлөөлдөг.</w:t>
      </w:r>
    </w:p>
    <w:p>
      <w:pPr>
        <w:pStyle w:val="ArticleScripture"/>
        <w:jc w:val="left"/>
      </w:pPr>
      <w:r>
        <w:rPr>
          <w:rFonts w:ascii="Times New Roman" w:hAnsi="Times New Roman" w:eastAsia="Times New Roman" w:cs="Times New Roman"/>
        </w:rPr>
        <w:t>Эхэнд Үг байсан бөгөөд Үг нь Бурхантай хамт байсан, Үг нь Бурхан байсан. Тэрээр эхэнд Бурхантай хамт байсан. Бүх юм Түүгээр бүтээгдсэн; Түүнгүйгээр бүтээгдсэн юунаас ч нэг нь ч бүтээгдээгүй. Иохан 1:1–3.</w:t>
      </w:r>
    </w:p>
    <w:p>
      <w:pPr>
        <w:pStyle w:val="ArticleBody"/>
        <w:jc w:val="left"/>
      </w:pPr>
      <w:r>
        <w:rPr>
          <w:rFonts w:ascii="Times New Roman" w:hAnsi="Times New Roman" w:eastAsia="Times New Roman" w:cs="Times New Roman"/>
        </w:rPr>
        <w:t>Пандорагийн хайрцгийн түүх бол эртний Грекийн домог зүйн нэгэн домог юм. Энэ тухай голчлон Грекийн яруу найрагч Хесиодын “Works and Days” зохиолд, мөн бусад сонгодог эх сурвалжуудад өгүүлдэг. Энэ нь Еден цэцэрлэг дэх Евагийн туршлагын илэрхий парафраз мөн. “Пандора” хэмээх нэр нь эртний Грекийн домог зүйгээс гаралтай. Энэ нь “бүх” гэсэн утгатай “pan”, “бэлгүүд” гэсэн утгатай “dora” гэх Грек үгсээс үүсэлтэй. Пандора нь “бүх бэлгээр шагнагдсан” гэсэн утгатай. Ева бол сүмийн бэлгэдэл бөгөөд бүх бэлэг Бурханы сүм дотор байдаг.</w:t>
      </w:r>
    </w:p>
    <w:p>
      <w:pPr>
        <w:pStyle w:val="ArticleBody"/>
        <w:jc w:val="left"/>
      </w:pPr>
      <w:r>
        <w:rPr>
          <w:rFonts w:ascii="Times New Roman" w:hAnsi="Times New Roman" w:eastAsia="Times New Roman" w:cs="Times New Roman"/>
        </w:rPr>
        <w:t>Грекийн домог зүйд Пандора нь бурхдаар бүтээгдсэн анхны үхэшгүй бус эмэгтэй байв. Домгийн дагуу, түүнийг бурхдын хаан Зевсийн тушаалаар, хүн төрөлхтнийг шийтгэх төлөвлөгөөний нэг хэсэг болгон Гефест урлан бүтээжээ. Бурхад тус бүр Пандорад гоо үзэсгэлэн, эрхэмсэг байдал, оюун ухаан, сэтгэл татам чанар зэрэг бэлгүүдийг хүртээсэн байна. Зевс түүнд нэгэн ваар өгч (хожмын өгүүлэмжүүдэд энэ нь хайрцаг болсон) ямар ч нөхцөлд түүнийг хэзээ ч нээж үл болохыг тушаажээ. Евад “Цэцэрлэгийн голд буй мод”-ноос бусад бүх модны үр жимснээс идэж болно хэмээн хэлэгдсэн билээ.</w:t>
      </w:r>
    </w:p>
    <w:p>
      <w:pPr>
        <w:pStyle w:val="ArticleBody"/>
        <w:jc w:val="left"/>
      </w:pPr>
      <w:r>
        <w:rPr>
          <w:rFonts w:ascii="Times New Roman" w:hAnsi="Times New Roman" w:eastAsia="Times New Roman" w:cs="Times New Roman"/>
        </w:rPr>
        <w:t>Сониуч зандаа дийлдсэн Пандора эцэст нь уруу таталтад автан ваарыг нээв. Түүнийг нээмэгц, өмнө нь дотор нь хадгалагдаж байсан бүх гай гамшиг, зовлон шаналал, өвчин эмгэг дэлхий ертөнцөд суллагдан гарч, хүн төрөлхтний дунд шаналал ба гаслан зовлонг түгээв. Харин ваарт нэг зүйл үлдсэн нь найдвар байлаа. Домгийн зарим хувилбарт Пандора ваарыг даруйхан хааснаар найдвар гадагшлахыг нь саатуулсан байдаг бол, өөр заримд нь найдвар мөн гарч ирж, бэрхшээлийн өмнө хүн төрөлхтөнд өөдрөг итгэлийн гэгээ болон тэсвэр хатуужлын эх ундаргыг өгдөг.</w:t>
      </w:r>
    </w:p>
    <w:p>
      <w:pPr>
        <w:pStyle w:val="ArticleBody"/>
        <w:jc w:val="left"/>
      </w:pPr>
      <w:r>
        <w:rPr>
          <w:rFonts w:ascii="Times New Roman" w:hAnsi="Times New Roman" w:eastAsia="Times New Roman" w:cs="Times New Roman"/>
        </w:rPr>
        <w:t>Паниумын тулаан нь удахгүй ирэх Ням гаргийн хуулийн үед Акциумын тулалдаантай нэгддэг бөгөөд удахгүй ирэх тэрхүү Ням гаргийн хууль нь Еден цэцэрлэг дэх сорилтоор бэлгэдэгдсэн байв. Цэцэрлэг дэх тэр сорилт нь зүгээр л Адам, Ева хоёрт хамаарч байсан бол эцсийн өдрүүдэд уг сорилт нь дэлхий даяарх бүх хүн төрөлхтөнтэй тулгарах шаардлагатай болсон юм. Цэцэрлэгт Бурханы Үгэнд итгэх эсвэл үл итгэх анхны сорилт нь Ням гаргийн хуулийн эцсийн сорилтыг бэлгэддэг. Ева тэрхүү анхны сорилтод унаж, Пандорагийн домогт дүрслэгддэгийн адил, хүн төрөлхтөн дээр гай зовлонгийн үерийн хаалгыг нээсэн юм.</w:t>
      </w:r>
    </w:p>
    <w:p>
      <w:pPr>
        <w:pStyle w:val="ArticleBody"/>
        <w:jc w:val="left"/>
      </w:pPr>
      <w:r>
        <w:rPr>
          <w:rFonts w:ascii="Times New Roman" w:hAnsi="Times New Roman" w:eastAsia="Times New Roman" w:cs="Times New Roman"/>
        </w:rPr>
        <w:t>Паниумын тулалдаан Актиумын тулалдаантай нэгдэх үед, Еденийн цэцэрлэгт дүрслэгдсэн шалгалт бүх хүн төрөлхтний өмнө нээгдэнэ. Тэр үед дэлхийд өгөгдөх найдвар нь бүх дэлхий (панорама)-гийн хараанд өргөгдөх туг тэмдэг мөн.</w:t>
      </w:r>
    </w:p>
    <w:p>
      <w:pPr>
        <w:pStyle w:val="ArticleScripture"/>
        <w:jc w:val="left"/>
      </w:pPr>
      <w:r>
        <w:rPr>
          <w:rFonts w:ascii="Times New Roman" w:hAnsi="Times New Roman" w:eastAsia="Times New Roman" w:cs="Times New Roman"/>
        </w:rPr>
        <w:t>Ертөнцийн бүх оршин суугчид аа, газар дэлхийн оршин суугчид аа, Тэр уулс дээр туг өргөхөд та нар хар; Тэр бүрээ үлээхэд та нар сонсогтун. Исаиа 18:3.</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“Ертөнц бол нэгэн тайз; түүний оршин суугчид болох жүжигчид эцсийн агуу жүжгийн дотор өөр өөрсдийн дүрийг бүтээхээр бэлтгэж байна. Хүн төрөлхтний агуу олны дунд хүмүүс хувийн ашиг хонжооныхоо зорилгыг биелүүлэхээр нэгдэн нийлснээс өөр жинхэнэ нэгдэл үгүй. Бурхан ажиглан харж байна. Түүний эсэргүүцэгч албатнуудын талаар тогтоосон зорилгууд нь биелэх болно. Хэдийгээр Бурхан төөрөгдөл ба эмх замбараагүй байдлын хүчинд түр хугацаанд ноёрхохыг зөвшөөрч байгаа боловч ертөнцийг хүний гарт шилжүүлэн өгөөгүй юм. Доороос ирэх нэгэн хүч жүжгийн эцсийн агуу үзэгдлүүдийг бий болгохоор ажиллаж байна,—Сатан Христ мэт ирж, нууц бүлгэмүүдэд өөрсдийгөө холбон нэгтгэж буй хүмүүсийн дунд зөвт бусын бүх мэхлэлтээр үйлдэн байна. Холбоотон болох хүсэлд бууж өгч буй хүмүүс дайсны төлөвлөгөөг хэрэгжүүлж байна. Шалтгааныг үр дагавар дагалдах болно.”</w:t>
      </w:r>
    </w:p>
    <w:p>
      <w:pPr>
        <w:pStyle w:val="ArticleScripture"/>
        <w:jc w:val="left"/>
      </w:pPr>
      <w:r>
        <w:rPr>
          <w:rFonts w:ascii="Times New Roman" w:hAnsi="Times New Roman" w:eastAsia="Times New Roman" w:cs="Times New Roman"/>
        </w:rPr>
        <w:t>“Энэ мэдээ өнөөдөр үйлчилж буйгаасаа илүү хүчтэйгээр хэзээ ч үйлчилж байгаагүй. Дэлхий ертөнц улам бүр Бурханы шаардлагыг үл тоомсорлож байна. Хүмүүс гэм нүгэл үйлдэхдээ зоригжин догширчээ. Дэлхийн оршин суугчдын ёс бус байдал нь тэдний гэм буруугийн хэмжээг бараг дүүргэжээ. Энэ газар дэлхий дээр сүйтгэгчийг өөрийн хүслийг түүний дээр хэрэгжүүлэхийг Бурхан зөвшөөрөх тэр байдалд бараг хүрчээ. Хүний хуулиудыг Бурханы хуулийн оронд тавих нь, Библийн Амралтын өдрийн оронд Ням гаргийг зөвхөн хүний эрх мэдлээр өргөмжлөх нь, энэхүү жүжгийн сүүлчийн үйлдэл мөн. Энэ орлуулалт нийтээр түгээмэл болоход Бурхан Өөрийгөө илчлэх болно. Тэр Өөрийн сүр жавхлан дотор босож, газар дэлхийг аймшигтайгаар сэгсрэх болно. Тэр Өөрийн орноос гарч ирэн, дэлхийн оршин суугчдыг гэм буруугийнх нь төлөө шийтгэх болно. Газар дэлхий өөрийн урсгасан цусыг ил гаргаж, алагдагсдаа цаашид үл нуух болно.”</w:t>
      </w:r>
    </w:p>
    <w:p>
      <w:pPr>
        <w:pStyle w:val="ArticleScripture"/>
        <w:jc w:val="left"/>
      </w:pPr>
      <w:r>
        <w:rPr>
          <w:rFonts w:ascii="Times New Roman" w:hAnsi="Times New Roman" w:eastAsia="Times New Roman" w:cs="Times New Roman"/>
        </w:rPr>
        <w:t>“Бид эрин үеүүдийн хямралын босгон дээр зогсож байна. Бурханы шүүлтүүд ар араасаа түргэн дарааллан ирнэ,—гал, үер, газар хөдлөлт, мөн дайн ба цус урсгал. Энэ цаг үед агуу бөгөөд шийдвэрлэх үйл явдлуудад бид гайхах ёсгүй; учир нь нигүүлслийн тэнгэрэлч гэмшээгүй хүмүүсийг халхлан хамгаалсаар удаан үлдэж чадахгүй юм.</w:t>
      </w:r>
    </w:p>
    <w:p>
      <w:pPr>
        <w:pStyle w:val="ArticleScripture"/>
        <w:jc w:val="left"/>
      </w:pPr>
      <w:r>
        <w:rPr>
          <w:rFonts w:ascii="Times New Roman" w:hAnsi="Times New Roman" w:eastAsia="Times New Roman" w:cs="Times New Roman"/>
        </w:rPr>
        <w:t>“Хямрал бидний дээр аажмаар сэмхэн ирж байна. Нар тэнгэрт гэрэлтэн, хэвийн тойргоороо замнан өнгөрч, тэнгэрс одоо ч Бурханы алдрыг тунхагласаар байна. Хүмүүс одоо ч идэж уун, тарьж суулган, барьж байгуулж, гэрлэн, гэрлүүлсээр байна. Худалдаачид одоо ч худалдан авч, худалдаалсаар байна. Хүмүүс одоо ч бие биетэйгээ түлхэлдэн, хамгийн дээд байр суурийн төлөө өрсөлдөж байна. Зугаа цэнгэлд дурлагчид одоо ч театрууд, морин уралдаанууд, мөрийтэй тоглоомын газрууд руу олноороо хошуурсаар байна. Хамгийн их хөөрөл дэврэл ноёрхож байгаа авч сорилтын цаг хурдан хаагдаж, тохиолдол бүр мөнхөд шийдэгдэх гэж байна. Сатан өөрийн цаг бага үлдсэнийг харж байна. Тэрээр хүмүүсийг мэхлэгдүүлж, төөрөгдүүлж, эзэмдүүлж, ховсдуулан сорилтын өдөр дуусч, нигүүлслийн үүд үүрд хаагдах хүртэл байлгахын тулд бүх хүч хэрэгслээ ажилд оруулсан.”</w:t>
      </w:r>
    </w:p>
    <w:p>
      <w:pPr>
        <w:pStyle w:val="ArticleScripture"/>
        <w:jc w:val="left"/>
      </w:pPr>
      <w:r>
        <w:rPr>
          <w:rFonts w:ascii="Times New Roman" w:hAnsi="Times New Roman" w:eastAsia="Times New Roman" w:cs="Times New Roman"/>
        </w:rPr>
        <w:t>“Гэм нүглийн хил хязгаар бараг дүүрчээ. Самуун будлиан дэлхийг дүүргэж, агуу айдас удахгүй хүн төрөлхтөн дээр ирэх гэж байна. Эцэс тун ойрхон байна. Үнэнийг мэддэг бид дэлхий дээр дийлдэшгүй гэнэтийн зүйл мэт нөмрөн буух гэж буй тэр зүйлд өөрсдийгөө бэлтгэж байх ёстой.”</w:t>
      </w:r>
    </w:p>
    <w:p>
      <w:pPr>
        <w:pStyle w:val="ArticleScripture"/>
        <w:jc w:val="left"/>
      </w:pPr>
      <w:r>
        <w:rPr>
          <w:rFonts w:ascii="Times New Roman" w:hAnsi="Times New Roman" w:eastAsia="Times New Roman" w:cs="Times New Roman"/>
        </w:rPr>
        <w:t>“Энэхүү ноёрхож буй ёс бусын цаг үед эцсийн агуу хямрал тулж ирснийг бид мэдэж болно. Бурханы хуульд тэрсэлдэх явдал бараг нийтлэг болж, Түүний ард түмэн өөрсдийнх нь адил хүмүүст дарлагдаж, зүдэрч шаналж байх үед Эзэн оролцох болно.</w:t>
      </w:r>
    </w:p>
    <w:p>
      <w:pPr>
        <w:pStyle w:val="ArticleScripture"/>
        <w:jc w:val="left"/>
      </w:pPr>
      <w:r>
        <w:rPr>
          <w:rFonts w:ascii="Times New Roman" w:hAnsi="Times New Roman" w:eastAsia="Times New Roman" w:cs="Times New Roman"/>
        </w:rPr>
        <w:t>“Бид агуу бөгөөд сүр жавхлант үйл явдлуудын босгон дээр зогсож байна. Зөгнөлүүд биелж байна. Хачирхалтай, үйл явдлаар дүүрэн түүх тэнгэрийн номуудад тэмдэглэгдэн бичигдэж байна. Манай дэлхий дээрх бүх зүйл хөдөлгөөн, түгшүүрийн байдалд байна. Дайнууд байна, мөн дайны чимээ сураг байна. Үндэстнүүд хилэгнэж, үхэгсдийн шүүлт эхлэх цаг ирсэн бөгөөд тэд шүүгдэх ёстой болсон. Үйл явдлууд Бурханы өдрийг, маш түргэн ойртон ирж буй тэр өдрийг авчрахын тулд өөрчлөгдөж байна. Хэдий тийм боловч үлдсэн хугацаа нь, хэлэхэд, өчүүхэн хором төдий юм. Гэвч аль хэдийн үндэстэн үндэстний эсрэг, хаанчлал хаанчлалын эсрэг босож байгаа ч одоогоор нийтлэг, бүхнийг хамарсан мөргөлдөөн хараахан болоогүй байна. Одоохондоо Бурханы зарц нар духан дээрээ тамгалагдах хүртэл дөрвөн салхи баригдсаар байна. Тэгээд газрын хүчнүүд эцсийн агуу тулалдаанд хүчээ жагсаах болно.”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наян есдүгээр бүлэг</dc:title>
  <dc:subject>Паниумын тулалдааны эш үзүүллэгт хээ угалз: Ням гаргийн хуулийн өмнөтгөл</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