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ерэн дэх нь</w:t>
      </w:r>
    </w:p>
    <w:p>
      <w:pPr>
        <w:pStyle w:val="ArticleSubtitle"/>
        <w:jc w:val="left"/>
      </w:pPr>
      <w:r>
        <w:rPr>
          <w:rFonts w:ascii="Arial" w:hAnsi="Arial" w:eastAsia="Arial" w:cs="Arial"/>
        </w:rPr>
        <w:t>Зөгнөлийн оргил хөгжил: Паниумын тулалдаан ба Ням гаргийн хуулийн өмнөх оршлыг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Сүүлчийн өгүүлэл дараах догол мөрийг агуулсан нэгэн эшлэлээр төгссөн. Үүнд: “Гэм нүглийн хил бараг дүүрчээ. Самуун дэлхийг дүүргэж, агуу айдас тун удахгүй хүн төрөлхтөнд ирнэ. Төгсгөл маш ойрхон байна. Үнэнийг мэддэг бид удахгүй дэлхий дээр дийлэшгүй гэнэтийн зүйл мэт нөмрөн ирэх тэрхүү явдалд бэлтгэж байх ёстой.” “Гэм нүгэл” нь сорилтын хугацааны аяга дүүрэхэд өөрийн хязгаарт хүрдэг бөгөөд тэрхүү хязгаар нь Ням гаргийн хуулиар Америкийн Нэгдсэн Улсын хувьд хүрдэг.</w:t>
      </w:r>
    </w:p>
    <w:p>
      <w:pPr>
        <w:pStyle w:val="ArticleScripture"/>
        <w:jc w:val="left"/>
      </w:pPr>
      <w:r>
        <w:rPr>
          <w:rFonts w:ascii="Times New Roman" w:hAnsi="Times New Roman" w:eastAsia="Times New Roman" w:cs="Times New Roman"/>
        </w:rPr>
        <w:t>“Гэвч Христ тэнгэр ба газар өнгөртөл хуулийн нэг ч иота, нэг ч жижиг тэмдэг хүчингүй болох ёсгүй хэмээн тунхагласан. Түүний ирж хийсэн ажилын жинхэнэ зорилго нь хуулийг өргөмжлөн дээдэлж, бүтээгдсэн ертөнцүүд болон тэнгэрийн өмнө Бурхан зөвт бөгөөд Түүний хуулийг өөрчлөх шаардлагагүйг харуулах явдал байв. Харин энд Сатаны баруун гар болсон хүн Сатаны тэнгэрт эхлүүлсэн ажлыг үргэлжлүүлэхэд бэлэн байна, өөрөөр хэлбэл Бурханы хуулийг засварлахыг оролдох тэр ажлыг. Мөн Христийн ертөнц түүний энэ хүчин чармайлтыг папын тогтолцооны энэ үр хүүхдийг, —Ням гаргийн тогтоолыг— хүлээн авснаараа зөвшөөрөн баталсан. Тэд үүнийг тэтгэн өсгөсөн, мөн Протестантизм Ромын эрх мэдэлтэй нөхөрлөлийн гараа атгатал цаашид ч тэтгэн өсгөсөөр байх болно. Тэгвэл Бурханы бүтээлийн Амралтын өдрийн эсрэг хууль гарч, тэр үед л Бурхан ‘дэлхий дээр хачин үйл хийх’ болно. Тэр хүн төрөлхтний гажуудлыг удаан тэсвэрлэсэн; Тэр тэднийг Өөр лүүгээ татахыг хичээсэн. Гэвч тэд өөрсдийн гэм буруугийн хэмжээг гүйцээх цаг ирнэ; тэгээд тэр үед л Бурхан үйлдэх болно. Энэ цаг бараг ирчихээд байна. Бурхан үндэстнүүдийн талаар тэмдэглэл хөтөлдөг: тэнгэрийн номууд дахь тоонууд тэдний эсрэг өсөн нэмэгдэж байна; мөн долоо хоногийн эхний өдрийг зөрчих явдлыг шийтгэлээр шийтгэх нь хууль болох үед тэдний аяга дүүрэн болно.” Review and Herald, 1886 оны 3 дугаар сарын 9.</w:t>
      </w:r>
    </w:p>
    <w:p>
      <w:pPr>
        <w:pStyle w:val="ArticleBody"/>
        <w:jc w:val="left"/>
      </w:pPr>
      <w:r>
        <w:rPr>
          <w:rFonts w:ascii="Times New Roman" w:hAnsi="Times New Roman" w:eastAsia="Times New Roman" w:cs="Times New Roman"/>
        </w:rPr>
        <w:t>Ням гарагийн хуулийн үед Америкийн Нэгдсэн Улс өөрийн аягыг дүүртэл нь дүүргэсэн байх бөгөөд үндэсний урвалтын араас үндэсний сүйрэл дагалдана. Бидний авч үзэж буй догол мөрөнд, “гэм нүгэл нь бараг хил хязгаартaa хүрчээ”, мөн “агуу айдас удалгүй хүн төрөлхтөн дээр ирнэ” гэж өгүүлдэг. Илчлэлт номын арван нэгдүгээр бүлэгт гардаг “агуу газар хөдлөлтийн цаг” болох Ням гарагийн хуулийн үед “хотын аравны нэг нь нуран унасан”, мөн “харагтун, гурав дахь гай зовлон түргэн ирж байна”, бас “долоо дахь тэнгэрэлч бүрээгээ үлээв.” Гурав дахь гай зовлон нь долоо дахь бүрээ бөгөөд тэр нь “агуу айдас” авчран Ням гарагийн хуулийн үед ирдэг. Тэр үед “төгсгөл маш ойрхон” бөгөөд энэ нь “хамгийг нөмрөн авсан гэнэтийн зүйл” мэт ирнэ. Ням гарагийн хуулийн үед туршилтын хугацааны аяга папын засаглалын хувьд мөн дүүрнэ. Учир нь тэр үед Илчлэлт арван наймдугаар бүлгийн хоёр дахь дуу хоолой: “Миний ард түмэн, та нар түүний нүгэлд хамтран оролцогчид болохгүйн тулд, мөн түүний гамшгуудаас хүртэхгүйн тулд түүнээс гарцгаа. Учир нь түүний нүглүүд тэнгэрт тултал хүрсэн бөгөөд Бурхан түүний гэм бурууг санасан билээ. Тэр та нарт хэрхэн хариулсанчлан түүнд мөн тийн хариул; түүний үйлсийн дагуу түүнд давхар давтан өг; түүний дүүргэсэн аяганд түүнд хоёр дахин дүүргэн өг” хэмээн тунхагладаг.</w:t>
      </w:r>
    </w:p>
    <w:p>
      <w:pPr>
        <w:pStyle w:val="ArticleBody"/>
        <w:jc w:val="left"/>
      </w:pPr>
      <w:r>
        <w:rPr>
          <w:rFonts w:ascii="Times New Roman" w:hAnsi="Times New Roman" w:eastAsia="Times New Roman" w:cs="Times New Roman"/>
        </w:rPr>
        <w:t>Тэр түүх Ням гарагийн хуулиар нээгдэж, папын засаглал “их хилэнгээр гарч, олныг устгаж, бүрмөсөн үгүй хийхээр” хөдөлнө гэсэн бэлгэдэлт хугацааг тэмдэглэдэг. Учир нь “эцсийн өдрүүдэд олон алтан амиа өргөгчид байх болно.” Папын засаглалыг хилэгнүүлдэг зүйл нь “зүүнээс болон хойноос ирэх мэдээ” бөгөөд энэ нь “түүнийг түгшээх” авч, “тэр эцэстээ хүрч, хэн ч түүнд туслахгүй.” Ням гарагийн хуулиас эхлэн папын засаглалын төгсгөл хүртэл Бурханы гүйцэтгэх шүүлтийн эхний үе шат эхэлдэг. Үүний дараа долоон сүүлчийн гай гамшиг болох хоёр дахь үе шат үргэлжилж, эцэст нь мянган жилийн мянганы төгсгөлд хорон муу хүмүүсийн мөнхийн сүйрлээр өндөрлөнө. Бурханы гүйцэтгэх шүүлтийн түүх дайны хүрээнд байрладаг.</w:t>
      </w:r>
    </w:p>
    <w:p>
      <w:pPr>
        <w:pStyle w:val="ArticleScripture"/>
        <w:jc w:val="left"/>
      </w:pPr>
      <w:r>
        <w:rPr>
          <w:rFonts w:ascii="Times New Roman" w:hAnsi="Times New Roman" w:eastAsia="Times New Roman" w:cs="Times New Roman"/>
        </w:rPr>
        <w:t>“Бид агуу бөгөөд сүр жавхлант үйл явдлуудын босгон дээр зогсож байна. Зөгнөлүүд биелж байна. Тэнгэрийн номуудад хачин, онцгой түүх тэмдэглэгдэн бичигдэж байна. Манай дэлхий дээрх бүх зүйл хөдөлгөөн, үймээн самуун дунд байна. Дайнууд, мөн дайны цуурхлууд байна. Үндэстнүүд уур хилэнтэй болж, үхэгсдийн шүүлт ирэх цаг хүрчээ. Үйл явдлууд Бурханы өдрийг, агуу хурдтай ойртон ирж буй тэр өдрийг авчрахын тулд өөрчлөгдөж байна. Яг л өчүүхэн хормын хугацаа л үлдсэн мэт байна. Гэвч хэдийнээ үндэстэн үндэстний эсрэг, хаанчлал хаанчлалын эсрэг босож байгаа боловч одоогоор нийтлэг, бүх нийтийн мөргөлдөөн хараахан болоогүй байна. Одоохондоо Бурханы зарц нар магнай дээрээ лац тэмдэглэгдэх хүртэл дөрвөн салхи баригдсаар байна. Тэгээд газрын хүчнүүд эцсийн агуу тулалдаанд хүчээ жагсаах болно.” Christian Service, 50, 51.</w:t>
      </w:r>
    </w:p>
    <w:p>
      <w:pPr>
        <w:pStyle w:val="ArticleBody"/>
        <w:jc w:val="left"/>
      </w:pPr>
      <w:r>
        <w:rPr>
          <w:rFonts w:ascii="Times New Roman" w:hAnsi="Times New Roman" w:eastAsia="Times New Roman" w:cs="Times New Roman"/>
        </w:rPr>
        <w:t>Бурхан нэг зуун дөчин дөрвөн мянгыг тамгалж, дараа нь Өөрийн бусад хонин сүргийг Вавилоноос дуудан гаргадаг бөгөөд нөгөө сүрэг ч мөн Бурханы тамгыг хүлээн авдаг, гэвч тэд нэг зуун дөчин дөрвөн мянгад эсрэгцүүлэн “агуу их үй олон” хэмээн дүрслэгддэг. Өмнөх эшлэл дэх зайлшгүй олж харах ёстой гол санаа нь “Бурханы зарц нар духан дээрээ тамгалагдах хүртэл дөрвөн салхи тогтоон баригддаг” явдал юм. Ням гаргийн хууль тогтоогдох үед нэг зуун дөчин дөрвөн мянга тамгалагдсан байдаг бөгөөд “харагтун, гурав дахь гай зовлон түргэн ирнэ”; гэвч Бурханы бусад хонин сүргийн хамгийн сүүлчийн хүн хүртэл тамгыг хүлээн авах хүртэл тэр дөрвөн салхи бүрэн тавигддаггүй.</w:t>
      </w:r>
    </w:p>
    <w:p>
      <w:pPr>
        <w:pStyle w:val="ArticleScripture"/>
        <w:jc w:val="left"/>
      </w:pPr>
      <w:r>
        <w:rPr>
          <w:rFonts w:ascii="Times New Roman" w:hAnsi="Times New Roman" w:eastAsia="Times New Roman" w:cs="Times New Roman"/>
        </w:rPr>
        <w:t>“Үндэстнүүд одоо уур хилэнтэй болж байна. Харин манай Тэргүүн Тахилч Ариун сүм дэх ажлаа дуусгасныхаа дараа босож, өшөө авалтын хувцсыг өмсөнө; тэгээд сүүлчийн долоон гай асгаруулагдах болно. Дөрвөн тэнгэрэлч Есүсийн Ариун сүм дэх ажил дуусах хүртэл дөрвөн салхийг тогтоон барина, түүний дараа сүүлчийн долоон гай ирнэ гэдгийг би харсан.” Review and Herald, August 1, 1849.</w:t>
      </w:r>
    </w:p>
    <w:p>
      <w:pPr>
        <w:pStyle w:val="ArticleBody"/>
        <w:jc w:val="left"/>
      </w:pPr>
      <w:r>
        <w:rPr>
          <w:rFonts w:ascii="Times New Roman" w:hAnsi="Times New Roman" w:eastAsia="Times New Roman" w:cs="Times New Roman"/>
        </w:rPr>
        <w:t>Бидний “босгон дээр зогсож” буй “агуу бөгөөд ёслол төгөлдөр үйл явдлууд” нь “дайнууд, мөн дайны тухай цуурхлууд”-аар дүрслэгдсэн байдаг. Манай дэлхийд “бүх зүйл хөдөлгөөнд орсон” үед, үндэстнүүд “аль хэдийн үндэстний эсрэг босож” буй цагт энэ нь тохиолдохоор дүрслэгдсэн байдаг. Паниум нь Даниелын арван нэгдүгээр бүлгийн арван тавдугаар эшлэл дэх “ер бусын бөгөөд үйл явдлаар дүүрэн түүх”-ийг төлөөлдөг бөгөөд энэ нь арван зургадугаар эшлэл рүү хөтөлж, түүнийг эхлүүлдэг; тэр нь Ням гаргийн хууль бөгөөд тэнд “газрын бүх хүчнүүд” эцсийн агуу тулалдаанд хүчээ жагсаадаг “нийтлэг тулгаралт” юм. Тэрхүү “эцсийн агуу тулалдаан” нь Дэлхийн гуравдугаар дайн бөгөөд МЭӨ 31 онд болсон Акциумын тулалдаанаар дүрслэгддэг.</w:t>
      </w:r>
    </w:p>
    <w:p>
      <w:pPr>
        <w:pStyle w:val="ArticleBody"/>
        <w:jc w:val="left"/>
      </w:pPr>
      <w:r>
        <w:rPr>
          <w:rFonts w:ascii="Times New Roman" w:hAnsi="Times New Roman" w:eastAsia="Times New Roman" w:cs="Times New Roman"/>
        </w:rPr>
        <w:t>Нэг ба хоёрдугаар ишлэлүүд, мөн аравдугаараас арван тавдугаар ишлэлүүд нь Даниел 11-ийн дөчдүгээр ишлэлийн далд түүхийг илэрхийлдэг. Дөчдүгээр ишлэл нь 1798 оноос 1989 он хүртэлх АНУ болон Адвентизмийн түүхийг тодорхойлдог. Дараа нь Библийн эш үзүүллэгийн зургаа дахь хаант улс болох АНУ-ын төгсгөл, мөн дөчин нэгдүгээр ишлэл дэх Лаодикийн Долоо дахь өдрийн Адвентист сүмийн амнаасаа бөөлжин гаргах хүртэл энэ нь дуугүй байдаг; энэ нь Ням гаргийн хууль бөгөөд мөн арван зургадугаар ишлэл юм. Нэг ба хоёрдугаар ишлэлүүд нь 1989 онд төгсгөлийн цагийг, мөн тэр үеэс эхлэн сатанлаг глобалистуудыг турхирдаг зургаа дахь баян ерөнхийлөгч хүртэлх АНУ-ын ерөнхийлөгчдийг тодорхойлдог. Хоёрдугаар ишлэл нь түүхийг 2016 онд Дональд Трамп сонгогдсон явдал хүртэл авчирдаг бөгөөд дараа нь гуравдугаар ишлэл нь Библийн эш үзүүллэгийн долоо дахь хаант улс болох, Агуу Александраар төлөөлүүлэгдсэн, удахгүй болох Ням гаргийн хуулийн хямралын үед өөрсдийн хаант улсыг папад өгдөг арван хаадын түүхийг үргэлжлүүлэн өгүүлдэг.</w:t>
      </w:r>
    </w:p>
    <w:p>
      <w:pPr>
        <w:pStyle w:val="ArticleBody"/>
        <w:jc w:val="left"/>
      </w:pPr>
      <w:r>
        <w:rPr>
          <w:rFonts w:ascii="Times New Roman" w:hAnsi="Times New Roman" w:eastAsia="Times New Roman" w:cs="Times New Roman"/>
        </w:rPr>
        <w:t>Аравдугаар эшлэл 1989 оныг төгсгөлийн цаг хэмээн тодорхойлон төгсгөж, арван нэгдүгээр ба арван хоёрдугаар эшлэлүүд Украин дахь дайныг өгүүлэн, Путин болон Орос улс уг дайнд ялна, гэвч тэдний ялалт өөрсдөд нь ашиг тусаа өгөхгүйг тодорхойлж байна. Украйны дайн 2014 онд, Трампын анхны сонгуулийн кампанит ажил эхлэхээс нэг жилийн өмнө эхэлсэн. Эдгээр эшлэлүүд нь долоогийн доторх найм дахь ерөнхийлөгч болохын тулд гурав дахь кампанит ажлаа эхлүүлж буй Дональд Трампын (улс төрийн утгаар) амилалтад хүргэнэ. Арван гуравдугаар эшлэл нь Трампын ялалтаас өмнөх улс төрийн тэмцлийг, арван тавдугаар эшлэл дэх Паниумын ялалтаас өмнө байсан байдлаар тодорхойлж, арван дөрөвдүгээр эшлэл нь Паниумын тулалдааны үеэр, арван тавдугаар эшлэл дэх түүний ялалт хүртэл өрнөх түүхийг — гэмийн хүн улс төрийн түүхэнд ил тодгоор халдан орж эхлэх тэр үеийн түүхийг — хөндөн өгүүлдэг. Папын засаглал эш үзүүллэгийн түүхэнд халдан орох үед Тирийн янхан дуулж эхэлж, үзэгдэл тогтоогдоно.</w:t>
      </w:r>
    </w:p>
    <w:p>
      <w:pPr>
        <w:pStyle w:val="ArticleBody"/>
        <w:jc w:val="left"/>
      </w:pPr>
      <w:r>
        <w:rPr>
          <w:rFonts w:ascii="Times New Roman" w:hAnsi="Times New Roman" w:eastAsia="Times New Roman" w:cs="Times New Roman"/>
        </w:rPr>
        <w:t>МЭӨ 200 онд Паниум дахь ялалтын дараа МЭӨ 167 онд Модеинд (эсэргүүцэл гэсэн утгатай) Маккавейн “бослого” хэмээх замын тэмдэг дагалдсан. МЭӨ 164 онд Маккавейчууд Сүмийг дахин ариусган өргөмжилсөн бөгөөд Антиох Эпифан нас барснаар Грекийн шашны нөлөөний эсрэг Маккавейн тэмцлийн эргэлтийн цэг тэмдэглэгдэв. МЭӨ 161 оноос МЭӨ 158 он хүртэлх хугацаанд холбоонд орох үйл хэрэг эхлүүлэгдэж, эцэслэн гүйцээв. Эшлэл арван тавдугаар зүйлээс хорин гуравдугаар зүйл хүртэлх түүхийн хүрээнд эш үзүүллэгийн замын тэмдгүүд Хасмонейн угсааны үед давтагддаг.</w:t>
      </w:r>
    </w:p>
    <w:p>
      <w:pPr>
        <w:pStyle w:val="ArticleBody"/>
        <w:jc w:val="left"/>
      </w:pPr>
      <w:r>
        <w:rPr>
          <w:rFonts w:ascii="Times New Roman" w:hAnsi="Times New Roman" w:eastAsia="Times New Roman" w:cs="Times New Roman"/>
        </w:rPr>
        <w:t>Хорин гуравдугаар эшлэл дэх Ромтой байгуулсан холбоо нь шууд заалт мөн. Харин арван тавдугаар эшлэлд МЭӨ 167 он, МЭӨ 164 он, МЭӨ 161 он, МЭӨ 158 оны Макабейн дөрвөн замын тэмдэг нь “холбоо”-ны түүхийг уг эшлэлд хэрэглэх үед л харагддаг. Арван зургаадугаар эшлэлд Помпей Иерусалимыг эзлэн авах үед хотын дотор өрнөж байсан иргэний дайнд тулгарсан бөгөөд харилцан сөргөлдөж байсан хоёр тал хоёулаа Хасмонейн удмын хагарсан бүлгүүд байв. Иймээс Макабейнхан мөн арван зургаадугаар эшлэлийн түүхэнд багтдаг.</w:t>
      </w:r>
    </w:p>
    <w:p>
      <w:pPr>
        <w:pStyle w:val="ArticleBody"/>
        <w:jc w:val="left"/>
      </w:pPr>
      <w:r>
        <w:rPr>
          <w:rFonts w:ascii="Times New Roman" w:hAnsi="Times New Roman" w:eastAsia="Times New Roman" w:cs="Times New Roman"/>
        </w:rPr>
        <w:t>Хорьдугаар эшлэл нь Христийн төрснийг зааж, харин хорин нэг, хорин хоёрдугаар эшлэлүүд нь Христийн үхлийн түүхийг заадаг; иймээс тэрхүү түүхэнд Фарисайчуудаар төлөөлүүлэгдсэн Хасмонейн угсааны шугам багтдаг. Арван тавдугаар эшлэлээс хорин гуравдугаар эшлэл хүртэлх хэсэг нь бодит утгаараа алдартай газрыг, мөн Өөрийн үнэнүүдийн хамгаалагчид хэмээн өөрсдийгөө тунхаглаж байсан ч, тэрсэлсэн Протестантизм Бурханы төлөөлөгч байхаа больсонтой адил Бурханы төлөөлөгчид байгаагүй Иудейн тэрслүү ард түмнийг зааж байна.</w:t>
      </w:r>
    </w:p>
    <w:p>
      <w:pPr>
        <w:pStyle w:val="ArticleBody"/>
        <w:jc w:val="left"/>
      </w:pPr>
      <w:r>
        <w:rPr>
          <w:rFonts w:ascii="Times New Roman" w:hAnsi="Times New Roman" w:eastAsia="Times New Roman" w:cs="Times New Roman"/>
        </w:rPr>
        <w:t>Эгч Уайт бидэнд “Даниелын арван нэгдүгээр бүлгийн” “биелэл дотор тохиолдсон түүхийн” “ихэнх нь дахин давтагдах болно” хэмээн мэдэгддэг. Хасмонейн угсаатны хаадын үеэр дүрслэгдсэн эш үзүүллэгийн шугам нь, хамгийн баян зургаа дахь ерөнхийлөгчийн эхлүүлэн авч үзсэн гурав дахь ерөнхийлөгчийн сонгуулийн кампанит ажлаас эхэлдэг Протестантизмын тэрслүү эвэрийг харуулсан эш үзүүллэгийн шугамыг төлөөлдөг. Трамп ерөнхийлөгчид гурван удаа нэр дэвшдэг; тэр анх болон сүүлчийн удаа нэр дэвшихдээ ялалт байгуулдаг, харин хоёр дахь удаад арван гурав гэсэн тоогоор төлөөлөгдсөн бослого нь 2020 оны хулгайлагдсан сонгуулийг илтгэнэ. Тэгээд дэлхий хоёр ангид хуваагдаж байна: нэг анги нь 2020 оныг харж чадна, нөгөө анги нь сохор байна. Энэ нь араатны дүр төрх бүрэлдэх үед, Адвентистуудын нигүүлслийн хугацаа хаагдахаас өмнө тохиох агуу сорилтыг бэлгэддэг.</w:t>
      </w:r>
    </w:p>
    <w:p>
      <w:pPr>
        <w:pStyle w:val="ArticleScripture"/>
        <w:jc w:val="left"/>
      </w:pPr>
      <w:r>
        <w:rPr>
          <w:rFonts w:ascii="Times New Roman" w:hAnsi="Times New Roman" w:eastAsia="Times New Roman" w:cs="Times New Roman"/>
        </w:rPr>
        <w:t>“Бэлтгэл ажлууд хэдийнэ урагшлан хөгжиж, араатанд дүр төрхийг бүтээхэд хүргэх хөдөлгөөнүүд өрнөж байна. Эдгээр эцсийн өдрүүдийн тухай эш үзүүллэгийн зөгнөлүүдийг биелүүлэх үйл явдлууд дэлхийн түүхэнд бий болох болно.” Review and Herald, April 23, 1889.</w:t>
      </w:r>
    </w:p>
    <w:p>
      <w:pPr>
        <w:pStyle w:val="ArticleBody"/>
        <w:jc w:val="left"/>
      </w:pPr>
      <w:r>
        <w:rPr>
          <w:rFonts w:ascii="Times New Roman" w:hAnsi="Times New Roman" w:eastAsia="Times New Roman" w:cs="Times New Roman"/>
        </w:rPr>
        <w:t>Одоо “урагшлан өрнөж” буй “бэлтгэлүүд”, “явагдаж буй” “хөдөлгөөнүүд”, мөн “араатны дүрийг байгуулахад хүргэх” бөгөөд “эдгээр эцсийн өдрүүдэд зөгнөлийн эш үзүүлгүүдийг биелүүлэх” “үйл явдлууд” нь Даниелын арван нэгдүгээр бүлгийн арван тавдугаар эшлэлээс хорин гуравдугаар эшлэл хүртэлх Хасмоны угсааны тэмдэгт үе шатуудыг багтаадаг. Урвагч Хасмоны угсаа нь, урвагч протестантизмыг төлөөлөхийн хувьд, шинэ дэлхийн дэг журмын woke-измын эсрэг өөрийн MAGA-измыг өдөөж, дайчлан хөдөлгөдөг Бүгд Найрамдах намын зургаа дахь бөгөөд найм дахь ерөнхийлөгч Дональд Трампын тухай гэрчлэлд сүлэлдэн оршдог.</w:t>
      </w:r>
    </w:p>
    <w:p>
      <w:pPr>
        <w:pStyle w:val="ArticleBody"/>
        <w:jc w:val="left"/>
      </w:pPr>
      <w:r>
        <w:rPr>
          <w:rFonts w:ascii="Times New Roman" w:hAnsi="Times New Roman" w:eastAsia="Times New Roman" w:cs="Times New Roman"/>
        </w:rPr>
        <w:t>Трампын тухай гэрчлэл Даниел арван нэгдүгээр бүлгийн хоёрдугаар эшлэлд 2020 он хүртэл хүрч, үүнд түүний сонгуулийн кампанит ажил болон эхний бүрэн эрхийн хугацаа багтдаг; дараа нь арван гуравдугаар эшлэлээс арван тавдугаар эшлэл хүртэлх хэсэгт түүний гурав дахь бөгөөд эцсийн кампанит ажил, ялалт, мөн сүүлчийн бүрэн эрхийн хугацааг тодорхойлон заадаг. Хоёр бүрэн эрхийн хугацааны хооронд Илчлэлт арван нэгдүгээр бүлэгт Бүгд Найрамдах намын эвэр алуулж, гурав хагас өдрийн турш гудамжинд үхдэл мэт хэвтсэн гэж тодорхойлдог. Трампын түүхийн тэр шугам нь Даниел арван нэгдүгээр бүлэг дэх түүний ерөнхийлөгчийн үеүүдийн эхлэл ба төгсгөлийг хооронд нь холбон нэгтгэдэг. Иймээс Дональд Трампын тухай гэрчлэл Даниел ба Илчлэлт хэмээх аль алинд нь байрладаг бөгөөд хоёр номын аль алинд нь арван нэгдүгээр бүлэгт байрладаг.</w:t>
      </w:r>
    </w:p>
    <w:p>
      <w:pPr>
        <w:pStyle w:val="ArticleBody"/>
        <w:jc w:val="left"/>
      </w:pPr>
      <w:r>
        <w:rPr>
          <w:rFonts w:ascii="Times New Roman" w:hAnsi="Times New Roman" w:eastAsia="Times New Roman" w:cs="Times New Roman"/>
        </w:rPr>
        <w:t>Хэсэгчилсэн гурван шугамыг нэгтгэн үзвэл, Трампын зургаа дахь бөгөөд найм дахь ерөнхийлөгчийн хувьд бүхий л түүхийг тодорхойлдог бөгөөд тэдгээр нь “Үнэн”-ий тамга тэмдэг дээр бүтэцлэгдсэн байдаг. Тэд Даниел болон Илчлэлт номуудаас гаралтай бөгөөд “эцсийн өдрүүдэд хамаарах Даниел номын тэр хэсэг”-тэй нийцэх түүхийн нэгэн шугамыг үүсгэдэг.</w:t>
      </w:r>
    </w:p>
    <w:p>
      <w:pPr>
        <w:pStyle w:val="ArticleBody"/>
        <w:jc w:val="left"/>
      </w:pPr>
      <w:r>
        <w:rPr>
          <w:rFonts w:ascii="Times New Roman" w:hAnsi="Times New Roman" w:eastAsia="Times New Roman" w:cs="Times New Roman"/>
        </w:rPr>
        <w:t>Даниелын тэр хэсгийг шалгалтын хугацаа хаагдахын яг өмнө Иудагийн овгийн Арслан лацыг нь тайлдаг бөгөөд иймээс энэ нь нэг зуун дөчин дөрвөн мянгын лацдах мэдээний нэг бүрэлдэхүүн мөн. Харин 2020 онд хоёр гэрч алагдаж буй эш үзүүллэгийн замын тэмдгүүдийг харахын тулд сүнслэг төгс хараа шаардлагатай.</w:t>
      </w:r>
    </w:p>
    <w:p>
      <w:pPr>
        <w:pStyle w:val="ArticleBody"/>
        <w:jc w:val="left"/>
      </w:pPr>
      <w:r>
        <w:rPr>
          <w:rFonts w:ascii="Times New Roman" w:hAnsi="Times New Roman" w:eastAsia="Times New Roman" w:cs="Times New Roman"/>
        </w:rPr>
        <w:t>Даниел 11-ийн арван тавдугаар эшлэл нь Паниумын тулалдаан болон Хасмонейн угсааны шугамыг төлөөлдөг бөгөөд энэ нь бодит тулалдаанаар биелсэн тул, урвагч Протестантизмын шашин ба даяарчлалчдын шинэ эрин үеийн шашны хоорондох сүнслэг дайны эш үзүүллэгийн бэлгэдэлт дүрслэлийг илэрхийлдэг. МЭӨ 200 онд болсон Паниумын тулалдаан нь Бүгд Найрамдах эвэрний тулалдааныг төлөөлдөг бөгөөд Маккавейн бослогоор төлөөлөгдөх тэмцэл нь урвагч Протестант эвэрний тулалдааныг төлөөлдөг. Хэдийгээр Маккавейчуудын бослого МЭӨ 167 онд болсон боловч эш үзүүллэгийн хувьд энэ нь МЭӨ 200 оны Бүгд Найрамдах эвэрний тулалдаантай нийцдэг, учир нь эш үзүүллэгийн хүрээнд тэдгээр эвэрнүүдийн түүхүүд хоорондоо зэрэгцэн явдаг.</w:t>
      </w:r>
    </w:p>
    <w:p>
      <w:pPr>
        <w:pStyle w:val="ArticleBody"/>
        <w:jc w:val="left"/>
      </w:pPr>
      <w:r>
        <w:rPr>
          <w:rFonts w:ascii="Times New Roman" w:hAnsi="Times New Roman" w:eastAsia="Times New Roman" w:cs="Times New Roman"/>
        </w:rPr>
        <w:t>Арван тавдугаар ишлэл нь удалгүй ирэх Ням гаргийн хуулийг шуудхан урьдаас илтгэн, түүн рүү хөтлөн оруулдаг эш үзүүллэгийн түүхийг төлөөлдөг. Иймээс энэ нь зуун дөчин дөрвөн мянгын тамгалах цаг үеийн яг тэр цэгийг төлөөлдөг бөгөөд тэр үед тамгалах мэдээн доторх хүч Бурханы эцсийн өдрүүдийн ард түмэн дээр тамгыг мөнхөд дарж үлдээдэг.</w:t>
      </w:r>
    </w:p>
    <w:p>
      <w:pPr>
        <w:pStyle w:val="ArticleBody"/>
        <w:jc w:val="left"/>
      </w:pPr>
      <w:r>
        <w:rPr>
          <w:rFonts w:ascii="Times New Roman" w:hAnsi="Times New Roman" w:eastAsia="Times New Roman" w:cs="Times New Roman"/>
        </w:rPr>
        <w:t>Тэр үнэнийг тамгаас нь тайлагч нь Иуда овгийн Арслан бөгөөд, тэрхүү үнэн нь Есүс Христийн Илчлэл мөн. Нэг зуун дөчин дөрвөн мянга бол “Хургыг хаашаа ч явсан дагалддаг” хүмүүс бөгөөд, Тэр арван тавдугаар эшлэлийг тамгаас нь тайлах үед Иуда овгийн Арслан Өөрийн эцсийн өдрүүдийн ард түмнийг Паниумд хүргэсэн юм. Есүс загалмайн өмнөхөн шавь нараа Паниумд дагуулан очихдоо тамгалах үйл явц дахь яг энэ санааг дүрслэн үзүүлсэн билээ.</w:t>
      </w:r>
    </w:p>
    <w:p>
      <w:pPr>
        <w:pStyle w:val="ArticleBody"/>
        <w:jc w:val="left"/>
      </w:pPr>
      <w:r>
        <w:rPr>
          <w:rFonts w:ascii="Times New Roman" w:hAnsi="Times New Roman" w:eastAsia="Times New Roman" w:cs="Times New Roman"/>
        </w:rPr>
        <w:t>Паниумын дайн нь Христээр онцгойлон хөндөгдсөн бөгөөд Тэр Өөрийн шавь нартайгаа Паниумд зогсож байхдаа Өөрийн чуулган Петрийн хүлээн зөвшөөрөлт дээр байгуулагдана, мөн “тамын үүднүүд” түүнийг дийлэхгүй хэмээн тэдэнд тэнд заасан. Есүс Паниумын тулалдаанаар дүрслэгдсэн дайныг тодорхойлсон. Паниумын тулалдаан нь арван тавдугаар эшлэл бөгөөд, арван зургаадугаар эшлэл нь Актиумын тулалдаан юм. Христ Өөрийн үхлийн үйл явц өрнөхийн яг өмнө Паниумд зогсож байсан.</w:t>
      </w:r>
    </w:p>
    <w:p>
      <w:pPr>
        <w:pStyle w:val="ArticleBody"/>
        <w:jc w:val="left"/>
      </w:pPr>
      <w:r>
        <w:rPr>
          <w:rFonts w:ascii="Times New Roman" w:hAnsi="Times New Roman" w:eastAsia="Times New Roman" w:cs="Times New Roman"/>
        </w:rPr>
        <w:t>Паниумаас Ням гаргийн хуулийн үе хүртэлх түүх нь газрын араатны хоёр эвэр болох Протестантизм ба Бүгд Найрамдах үзлийн улс төр, шашны тэмцлийн түүх юм. 2020 онд тэд хоёул ёроолгүй ангалын атеист араатанд довтлуулсан бөгөөд хоёр эвэр дэлхийчлэлийн улс төрийн болон шашны бурхдын эсрэг дайтаж буй нь арван нэгээс арван зургаа дахь эшлэлүүдийн түүхийн хүрээнд дүрслэгдсэн байдаг.</w:t>
      </w:r>
    </w:p>
    <w:p>
      <w:pPr>
        <w:pStyle w:val="ArticleBody"/>
        <w:jc w:val="left"/>
      </w:pPr>
      <w:r>
        <w:rPr>
          <w:rFonts w:ascii="Times New Roman" w:hAnsi="Times New Roman" w:eastAsia="Times New Roman" w:cs="Times New Roman"/>
        </w:rPr>
        <w:t>2014 онд эхэлсэн Украины дайнаас, 2015 онд эхэлсэн Дональд Трампын ерөнхийлөгчийн анхны сонгуулийн кампанит ажлаас, 2020 онд хоёр эврийн үхэл хүртэл, 2023 оны амилалт хүртэл, 2022 оны 11 дүгээр сарын 15-нд эхэлсэн Трампын гурав дахь кампанит ажил хүртэлх түүх нь арван гуравдугаар ишлэлээс арван тавдугаар ишлэл хүртэл хүргэдэг. Тэдгээр ишлэлд Бурханы эш үзүүллэгийн Үгээр илчлэгдсэн түүх нь нэг зуун дөчин дөрвөн мянгыг лацдах эш үзүүллэгийн үнэнүүдийг төлөөлдөг.</w:t>
      </w:r>
    </w:p>
    <w:p>
      <w:pPr>
        <w:pStyle w:val="ArticleBody"/>
        <w:jc w:val="left"/>
      </w:pPr>
      <w:r>
        <w:rPr>
          <w:rFonts w:ascii="Times New Roman" w:hAnsi="Times New Roman" w:eastAsia="Times New Roman" w:cs="Times New Roman"/>
        </w:rPr>
        <w:t>Эдгээр үнэнүүд нь Матай номын арван зургаа, арван долоодугаар бүлгүүдэд өгүүлэгдсэн Христийн Кесари Филиппид хийсэн айлчлалд дүрслэгдсэн байдаг. Тэдгээр эшлэлүүдэд нүглийн хүн Тирийн янхны дууг дуулсаар эш үзүүллэгийн түүхэнд дахин эргэн ирж, тийнхүү үзэгдлийг тогтоодог бөгөөд ингэснээр тэрхүү эшлэлүүдийг Шөнө дундын Хашхирааны хүрээнд байршуулдаг. Учир нь үзэгдэл үгүй газар ард түмэн мөхдөг.</w:t>
      </w:r>
    </w:p>
    <w:p>
      <w:pPr>
        <w:pStyle w:val="ArticleScripture"/>
        <w:jc w:val="left"/>
      </w:pPr>
      <w:r>
        <w:rPr>
          <w:rFonts w:ascii="Times New Roman" w:hAnsi="Times New Roman" w:eastAsia="Times New Roman" w:cs="Times New Roman"/>
        </w:rPr>
        <w:t>Үзэгдэл үгүй газар ард түмэн мөхдөг; харин хуулийг сахигч нь ерөөлтэй еэ. Сургаалт үгс 29:18.</w:t>
      </w:r>
    </w:p>
    <w:p>
      <w:pPr>
        <w:pStyle w:val="ArticleBody"/>
        <w:jc w:val="left"/>
      </w:pPr>
      <w:r>
        <w:rPr>
          <w:rFonts w:ascii="Times New Roman" w:hAnsi="Times New Roman" w:eastAsia="Times New Roman" w:cs="Times New Roman"/>
        </w:rPr>
        <w:t>Нүдтэй атлаа харахыг хүсдэггүй, чихтэй атлаа сонсохоос татгалздаг хүмүүс бол “тос”-гүй тэнэг Лаодикеагийн онгон охид мөн. “Тос” гэдэг нь шалгалтын хугацаа хаагдахын яг өмнө Есүс Христийн Илчлэл нээгдсэнээр бий болдог мэдлэгийн өсөлт бөгөөд, Хосеагийн хэлснээр, мэдлэгийг хүлээн авахаас татгалзаж, түүнийг няцаадаг Бурханы ард түмэн устгагдах ёстой юм.</w:t>
      </w:r>
    </w:p>
    <w:p>
      <w:pPr>
        <w:pStyle w:val="ArticleScripture"/>
        <w:jc w:val="left"/>
      </w:pPr>
      <w:r>
        <w:rPr>
          <w:rFonts w:ascii="Times New Roman" w:hAnsi="Times New Roman" w:eastAsia="Times New Roman" w:cs="Times New Roman"/>
        </w:rPr>
        <w:t>Миний ард түмэн мэдлэггүйн улмаас сүйрч байна. Чи мэдлэгийг голсон тул Би ч бас чамайг голж, чи Надад тахилч байхаа болино. Чи өөрийн Бурханы хуулийг мартсан тул Би ч бас чиний хүүхдүүдийг мартах болно. Хосеа 4:6.</w:t>
      </w:r>
    </w:p>
    <w:p>
      <w:pPr>
        <w:pStyle w:val="ArticleScripture"/>
        <w:jc w:val="left"/>
      </w:pPr>
      <w:r>
        <w:rPr>
          <w:rFonts w:ascii="Times New Roman" w:hAnsi="Times New Roman" w:eastAsia="Times New Roman" w:cs="Times New Roman"/>
        </w:rPr>
        <w:t>ЭЗЭНий үг мөн надад ирж, —Хүний хүү, чи тэрслүү гэрийн дунд оршин суудаг. Тэдэнд харах нүд байдаг ч хардаггүй; сонсох чих байдаг ч сонсдоггүй. Учир нь тэд бол тэрслүү гэр юм хэмээн айлдав. Езекиел 12:1, 2.</w:t>
      </w:r>
    </w:p>
    <w:p>
      <w:pPr>
        <w:pStyle w:val="ArticleScripture"/>
        <w:jc w:val="left"/>
      </w:pPr>
      <w:r>
        <w:rPr>
          <w:rFonts w:ascii="Times New Roman" w:hAnsi="Times New Roman" w:eastAsia="Times New Roman" w:cs="Times New Roman"/>
        </w:rPr>
        <w:t>Тэрээр айлдан, “Явж, энэ ард түмэнд хэлэгтүн: Та нар үнэхээр сонсогтун, гэвч бүү ойлгогтун; үнэхээр үзэгтүн, гэвч бүү ухаарагтун. Энэ ард түмний зүрхийг бүдүүн болго, чихийг нь хүнд болго, нүдийг нь аниул; эс тэгвээс тэд нүдээрээ үзэж, чихээрээ сонсож, зүрхээрээ ойлгон, эргэн ирж, эдгэрэх вий” гэв. Исаиа 6:9, 10.</w:t>
      </w:r>
    </w:p>
    <w:p>
      <w:pPr>
        <w:pStyle w:val="ArticleScripture"/>
        <w:jc w:val="left"/>
      </w:pPr>
      <w:r>
        <w:rPr>
          <w:rFonts w:ascii="Times New Roman" w:hAnsi="Times New Roman" w:eastAsia="Times New Roman" w:cs="Times New Roman"/>
        </w:rPr>
        <w:t>Тэгээд шавь нар нь ирж, Түүнд: Та яагаад тэдэнд сургаалт зүйрлэлээр айлдана вэ? гэж асуув. Тэр хариулан тэдэнд айлдсан нь: Тэнгэрийн хаанчлалын нууцуудыг мэдэх нь та нарт өгөгдсөн, харин тэдэнд өгөгдөөгүй. Учир нь хэн буй нэгэнд, түүнд өгөгдөж, тэрээр бүр элбэг дэлбэгтэй болно. Харин хэн үгүй нэгнээс, түүнд буй нь хүртэл авагдана. Иймээс Би тэдэнд сургаалт зүйрлэлээр ярьдаг. Учир нь тэд харавч үздэггүй, сонсовч сонсдоггүй, мөн ойлгодоггүй. Тийнхүү Исаиагийн эш үзүүллэг тэдний дотор биелж байна. Тэр ийнхүү хэлдэг: Та нар сонсоод сонсох боловч үл ойлгоно; харж харах боловч үл мэдэрнэ. Учир нь энэ ард түмний зүрх хатуурч, чих нь дүлийрч, нүдээ аньжээ. Эс тэгвээс тэд нүдээрээ үзэж, чихээрээ сонсож, зүрхээрээ ойлгон, эргэж, Би тэднийг эдгээхсэн. Харин та нарын нүд ерөөлтэй, учир нь тэд үздэг; мөн та нарын чих ерөөлтэй, учир нь тэд сонсдог. Үнэнээр Би та нарт хэлье, олон эш үзүүлэгчид болон зөвт хүмүүс та нарын үзэж буйг үзэхийг хүсэвч үзээгүй, та нарын сонсож буйг сонсохыг хүсэвч сонсоогүй юм. Матай 13:10–17.</w:t>
      </w:r>
    </w:p>
    <w:p>
      <w:pPr>
        <w:pStyle w:val="ArticleScripture"/>
        <w:jc w:val="left"/>
      </w:pPr>
      <w:r>
        <w:rPr>
          <w:rFonts w:ascii="Times New Roman" w:hAnsi="Times New Roman" w:eastAsia="Times New Roman" w:cs="Times New Roman"/>
        </w:rPr>
        <w:t>“1840–1844 онд өгөгдсөн бүх мэдээнүүдийг эдүгээ хүчтэйгээр тунхаглах ёстой. Учир нь чиг баримжаагаа алдсан хүмүүс олон байна. Эдгээр мэдээнүүд бүх сүмүүдэд хүрэх ёстой.</w:t>
      </w:r>
    </w:p>
    <w:p>
      <w:pPr>
        <w:pStyle w:val="ArticleScripture"/>
        <w:jc w:val="left"/>
      </w:pPr>
      <w:r>
        <w:rPr>
          <w:rFonts w:ascii="Times New Roman" w:hAnsi="Times New Roman" w:eastAsia="Times New Roman" w:cs="Times New Roman"/>
        </w:rPr>
        <w:t>“Христ: ‘Хардаг учир та нарын нүд ерөөлтэй; сонсдог учир та нарын чих ерөөлтэй. Үнэнээр Би та нарт хэлье, та нарын харж буйг олон эш үзүүлэгчид ба зөвт хүмүүс харахыг хүссэн боловч хараагүй; та нарын сонсож буйг сонсохыг хүссэн боловч сонсоогүй’ гэж айлдсан [Матай 13:16, 17]. 1843, 1844 онуудад үзэгдсэн зүйлсийг харсан нүд ерөөлтэй билээ.</w:t>
      </w:r>
    </w:p>
    <w:p>
      <w:pPr>
        <w:pStyle w:val="ArticleScripture"/>
        <w:jc w:val="left"/>
      </w:pPr>
      <w:r>
        <w:rPr>
          <w:rFonts w:ascii="Times New Roman" w:hAnsi="Times New Roman" w:eastAsia="Times New Roman" w:cs="Times New Roman"/>
        </w:rPr>
        <w:t>“Энэ мэдээ өгөгдсөн. Мөн цаг үеийн тэмдгүүд биелж байгаа тул уг мэдээг дахин тунхаглахад ямар ч саатал байж болохгүй; төгсгөлийн ажил хийгдэх ёстой. Богино хугацаанд агуу ажил хийгдэх болно. Удахгүй Бурханы тогтоолоор нэгэн мэдээ өгөгдөж, тэр нь чанга хашхираан болон өргөжин тэлэх болно. Тэгээд Даниел өөрийн хувь тавиланд зогсож, гэрчлэлээ өгөх болно.” Manuscript Releases, volume 21, 437.</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Бурхан Өөрийнх нь зарц нарт удахгүй болох ёстой зүйлсийг харуулахын тулд Есүс Христэд өгсөн Есүс Христийн Илчлэлт; тэрээр түүнийг Өөрийн тэнгэрэлчээр дамжуулан Өөрийн зарц Иоханд илгээж, тэмдэглэн мэдүүлжээ. Иохан нь Бурханы үгийн тухай, Есүс Христийн гэрчлэлийн тухай, мөн өөрийн үзсэн бүхний тухай гэрчилсэн ажээ. Энэхүү эш үзүүллэгийн үгсийг уншигч нь, мөн тэдгээрийг сонсогчид бөгөөд тэнд бичигдсэн зүйлийг сахигчид ерөөлтэй еэ. Учир нь цаг нь ойрхон байна. Илчлэлт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ерэн дэх нь</dc:title>
  <dc:subject>Зөгнөлийн оргил хөгжил: Паниумын тулалдаан ба Ням гаргийн хуулийн өмнөх оршлыг илчлэх нь</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