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Даниелын Ном — Нэг Зуун Ерэн Нэг"}</w:t>
      </w:r>
    </w:p>
    <w:p>
      <w:pPr>
        <w:pStyle w:val="ArticleSubtitle"/>
        <w:jc w:val="left"/>
      </w:pPr>
      <w:r>
        <w:rPr>
          <w:rFonts w:ascii="Arial" w:hAnsi="Arial" w:eastAsia="Arial" w:cs="Arial"/>
        </w:rPr>
        <w:t>Даниел 11-ийн эш үзүүллэгийн хивээс: Трампын эрин үеийн нарийн төвөгтэй байдлыг болон Ням гаргийн хуулийн өмнөх бэлтгэлийг илчлэх нь</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2024-04-21</w:t>
      </w:r>
    </w:p>
    <w:p>
      <w:pPr>
        <w:pStyle w:val="ArticleBody"/>
        <w:jc w:val="left"/>
      </w:pPr>
      <w:r>
        <w:rPr>
          <w:rFonts w:ascii="Times New Roman" w:hAnsi="Times New Roman" w:eastAsia="Times New Roman" w:cs="Times New Roman"/>
        </w:rPr>
        <w:t>Зөвөөр ойлговол, Даниел номын арван нэгдүгээр бүлгийн аравдугаар ишлэлээс хорин гуравдугаар ишлэл хүртэлх бүх зүйл нь мөнөөх бүлгийн дөчдүгээр ишлэлийн нууцлаг түүхтэй бүрэн нийцдэг. Дөчдүгээр ишлэл нь 1989 оноос эхэлсэн түүхийг дөчин нэгдүгээр ишлэл хүртэл багтаадаг. Арван нэгдүгээр бүлгийн нэг, хоёрдугаар ишлэлүүд 1989 оноос эхэлж, Дональд Трампын ерөнхийлөгчийн албанд өрсөлдсөн анхны кампанит ажлыг 2015 оноос 2020 он хүртэл, сонгууль Трампаас атейзмын араатанд булаагдсан үе хүртэл заан тэмдэглэдэг. Тэр хоёр ишлэл нь Трамп “Грекийн бүх улсыг хөдөлгөн босгох” үед эхэлдэг тэмцлийг тодорхойлдог.</w:t>
      </w:r>
    </w:p>
    <w:p>
      <w:pPr>
        <w:pStyle w:val="ArticleBody"/>
        <w:jc w:val="left"/>
      </w:pPr>
      <w:r>
        <w:rPr>
          <w:rFonts w:ascii="Times New Roman" w:hAnsi="Times New Roman" w:eastAsia="Times New Roman" w:cs="Times New Roman"/>
        </w:rPr>
        <w:t>Трампын сонгуулийн кампанит ажил түүний анхны ерөнхийлөгчийн бүрэн эрхийн туршид үргэлжилсэн нэгэн тэмцлийг эхлүүлсэн юм. Төлөөлөгчдийн танхим 2019 оны арванхоёрдугаар сард түүнд импичмент зарласан бөгөөд дараа нь 2020 оны нэгдүгээр сарын 13-нд дахин тийн үйлдсэн. Аль ч тохиолдолд Сенат Төлөөлөгчдийн танхимын оролдлогыг няцаасан. Гэсэн ч тэрээр Америкийн Нэгдсэн Улсын түүхэнд хоёр удаа импичментэд өртсөн цорын ганц ерөнхийлөгч мөн. Глобализм өдөөгдөн хөдөлсөн байв.</w:t>
      </w:r>
    </w:p>
    <w:p>
      <w:pPr>
        <w:pStyle w:val="ArticleScripture"/>
        <w:jc w:val="left"/>
      </w:pPr>
      <w:r>
        <w:rPr>
          <w:rFonts w:ascii="Times New Roman" w:hAnsi="Times New Roman" w:eastAsia="Times New Roman" w:cs="Times New Roman"/>
        </w:rPr>
        <w:t>Одоо би чамд үнэнийг үзүүлье. Харагтун, Персэд бас гурван хаан босож ирнэ; харин дөрөв дэх нь тэд бүгдээс хавьгүй баян байх бөгөөд, өөрийн эд баялгийн хүчээр тэрээр бүхнийг Грекийн хаанчлалын эсрэг хөдөлгөнө. Даниел 11:2.</w:t>
      </w:r>
    </w:p>
    <w:p>
      <w:pPr>
        <w:pStyle w:val="ArticleBody"/>
        <w:jc w:val="left"/>
      </w:pPr>
      <w:r>
        <w:rPr>
          <w:rFonts w:ascii="Times New Roman" w:hAnsi="Times New Roman" w:eastAsia="Times New Roman" w:cs="Times New Roman"/>
        </w:rPr>
        <w:t>Дөчдүгээр эшлэлийн адил, хоёрдугаар эшлэлд 2021 оны 1 дүгээр сарын 20-нд өндөрлөсөн Трампын ерөнхийлөгчийн анхны сонгуулийн кампанит ажил болон бүрэн эрхийн хугацаанаас үлдсэн нуугдмал түүх оршиж байна. 2021 оны тэр өдрөөс эхлэн, гуравдугаар эшлэлд Агуу Александрыг Нэгдсэн Үндэстний Байгууллагын (Библийн эш үзүүлгийн долоо дахь хаант улс) бэлгэ тэмдэг болгон танилцуулах хүртэлх хугацаанд, 2021 оны тангараг өргөх ёслолоос эхлээд гурвалсан холбоо тогтоогдох Ням гаргийн хууль хүртэлх түүх нь нуугдмал түүхийг илэрхийлдэг. Дөчдүгээр эшлэл ба хоёрдугаар эшлэлийн нуугдмал түүхүүд хоёулаа Ням гаргийн хуульд хүрч, тэнд төгсөнө.</w:t>
      </w:r>
    </w:p>
    <w:p>
      <w:pPr>
        <w:pStyle w:val="ArticleBody"/>
        <w:jc w:val="left"/>
      </w:pPr>
      <w:r>
        <w:rPr>
          <w:rFonts w:ascii="Times New Roman" w:hAnsi="Times New Roman" w:eastAsia="Times New Roman" w:cs="Times New Roman"/>
        </w:rPr>
        <w:t>Аравдугаар эшлэл нь нэгдүгээр эшлэлийн адил биднийг 1989 онд буй төгсгөлийн цаг үе рүү дахин авчирдаг бөгөөд энэ хоёр хоёулаа дөчдүгээр эшлэлийн бодит гэрчлэлийн төгсгөлийг заан илэрхийлдэг. Гэвч дөчдүгээр эшлэлийн төгсгөл ба тун удахгүй ирэх Ням гаргийн хууль хоёрын хооронд түүхэн үйл явдал үргэлжилсээр байдаг. Аравдугаар эшлэл нь 1989 оныг заан тодорхойлоод зогсохгүй, 1989 онд Зөвлөлт Холбоот Улсыг хаман зайлуулсан папын засаглал болон түүний төлөөлөн үйлдэх хүч болох Америкийн Нэгдсэн Улсын ажлыг нөхөн гүйцээдэг дөчдүгээр эшлэлийн түүхийн талаархи гурван гэрчийг нэгтгэн авчрах түлхүүр болдог. Эдгээр гурван гэрч нь 1989 оноос Ням гаргийн хууль хүртэлх дөчдүгээр эшлэлийн эш үзүүллэгийн бүтцийн нэгэн чухал элементийг тогтоон тогтоож өгдөг.</w:t>
      </w:r>
    </w:p>
    <w:p>
      <w:pPr>
        <w:pStyle w:val="ArticleBody"/>
        <w:jc w:val="left"/>
      </w:pPr>
      <w:r>
        <w:rPr>
          <w:rFonts w:ascii="Times New Roman" w:hAnsi="Times New Roman" w:eastAsia="Times New Roman" w:cs="Times New Roman"/>
        </w:rPr>
        <w:t>Хойд зүгийн хаан ба өмнөд зүгийн хааны хоорондын дайны түүхэн эш үзүүллэгийн бүтэц, мөн хойд зүгийн хаан халин давж өнгөрөх нь дөчдүгээр эшлэлд, түүнчлэн аравдугаар эшлэлд тодорхойлогдсон байдаг.</w:t>
      </w:r>
    </w:p>
    <w:p>
      <w:pPr>
        <w:pStyle w:val="ArticleBody"/>
        <w:jc w:val="left"/>
      </w:pPr>
      <w:r>
        <w:rPr>
          <w:rFonts w:ascii="Times New Roman" w:hAnsi="Times New Roman" w:eastAsia="Times New Roman" w:cs="Times New Roman"/>
        </w:rPr>
        <w:t>Түүхэн эш үзүүллэгийн бүтэц нь, хойд зүгийн хаан өмнөд зүгийн хааны эсрэг үйлдэх “халих болон даван өнгөрөх” үйл явдал нь хоёр эшлэлд хоёуланд нь адилхан еврей хэллэгээр илэрхийлэгдсэн байдаг бөгөөд энэ нь Исаиа номын наймдугаар бүлгийн наймдугаар зүйлд буй гурав дахь гэрчлэлд мөн адил байгаагаар, дүрмийн гэрчлэлээр баталгааждаг.</w:t>
      </w:r>
    </w:p>
    <w:p>
      <w:pPr>
        <w:pStyle w:val="ArticleBody"/>
        <w:jc w:val="left"/>
      </w:pPr>
      <w:r>
        <w:rPr>
          <w:rFonts w:ascii="Times New Roman" w:hAnsi="Times New Roman" w:eastAsia="Times New Roman" w:cs="Times New Roman"/>
        </w:rPr>
        <w:t>Аравдугаар эшлэлд хойд зүгийн хаан “гарцаагүй ирж, халин бялхаж, дайран өнгөрнө” гэжээ; харин дөчдүгээр эшлэлд хойд зүгийн хаан “халин бялхаж, өнгөрөн давна” гэжээ. Исаиа номын наймдугаар бүлгийн наймдугаар эшлэлд хойд зүгийн хаан “халин бялхаж, даван өнгөрнө” гэж байна. Эдгээр гурван хэллэг нь утга санаагаа яг ижил хадгалсан атлаа орчуулгад ялимгүй өөрөөр буулгагдсан нэгэн ижил еврей хэллэг мөн. Аравдугаар эшлэл дэх өмнөд зүгийн хаан нь Птолемейн Египет байсан бол, дөчдүгээр эшлэлд өмнөд зүгийн хаан нь сүнслэг Египет, өөрөөр хэлбэл атейзмын хаан Зөвлөлт Холбоот Улс байсан; харин Исаиад өмнөдийн Иудагийн хаант улс нь өмнөд зүгийн хаан байв. Үүний дагуу хойд зүгийн хаан нь эхлээд Селевкидийн эзэнт гүрэн, дараа нь папын засаглал, харин Исаиад Ассири байжээ.</w:t>
      </w:r>
    </w:p>
    <w:p>
      <w:pPr>
        <w:pStyle w:val="ArticleBody"/>
        <w:jc w:val="left"/>
      </w:pPr>
      <w:r>
        <w:rPr>
          <w:rFonts w:ascii="Times New Roman" w:hAnsi="Times New Roman" w:eastAsia="Times New Roman" w:cs="Times New Roman"/>
        </w:rPr>
        <w:t>Зэрэгцээ гурван эшлэлийн хоёрт нь умардын хааны довтолгоо хаана төгсөх цэгийг онцгойлон тодорхойлсон байдаг. Аравдугаар эшлэлд энэ нь “цайз” дээр төгсөнө. Энэ нь түүхэнд Селевкидүүд аян дайнаа Египетийн хил дээр дуусгаснаар биелсэн бөгөөд эш үзүүллэгийн Үг умардын хаан “гарцаагүй ирж, халин урсаж, нэвтлэн өнгөрөөд, дараа нь буцаж, өөрийн цайз хүртэл дахин хүчээ сэлбэнэ” хэмээн тодорхойлсон билээ. “Цайз” нь тэдний хаанчлалын нийслэл байсан Египетийг төлөөлж байв.</w:t>
      </w:r>
    </w:p>
    <w:p>
      <w:pPr>
        <w:pStyle w:val="ArticleBody"/>
        <w:jc w:val="left"/>
      </w:pPr>
      <w:r>
        <w:rPr>
          <w:rFonts w:ascii="Times New Roman" w:hAnsi="Times New Roman" w:eastAsia="Times New Roman" w:cs="Times New Roman"/>
        </w:rPr>
        <w:t>Исаиа наймдугаар бүлэгт, Сеннахериб “Иудагаар нэвтэрч, халин урсаж, даван өнгөрч, бүр хүзүү хүртэл хүрнэ” гэжээ. “Нийслэл”, “хаан”, “тэргүүн” нь бүгд Сеннахериб Иерусалим өөд ирсэн тухай өгүүлж буй яг тэр хэсэгт хоёр гэрчээр тогтоогдсон, харилцан сольж хэрэглэгддэг бэлгэдлүүд мөн.</w:t>
      </w:r>
    </w:p>
    <w:p>
      <w:pPr>
        <w:pStyle w:val="ArticleScripture"/>
        <w:jc w:val="left"/>
      </w:pPr>
      <w:r>
        <w:rPr>
          <w:rFonts w:ascii="Times New Roman" w:hAnsi="Times New Roman" w:eastAsia="Times New Roman" w:cs="Times New Roman"/>
        </w:rPr>
        <w:t>Учир нь Сирийн тэргүүн нь Дамаск, Дамаскийн тэргүүн нь Резин мөн; жаран таван жилийн дотор Ефраим бут цохигдож, ард түмэн байхаа болино. Ефраимын тэргүүн нь Самари, Самарийн тэргүүн нь Ремалиагийн хүү мөн. Хэрэв та нар итгэхгүй бол, үнэхээр та нар бат тогтохгүй. Исаиа 7:8, 9.</w:t>
      </w:r>
    </w:p>
    <w:p>
      <w:pPr>
        <w:pStyle w:val="ArticleBody"/>
        <w:jc w:val="left"/>
      </w:pPr>
      <w:r>
        <w:rPr>
          <w:rFonts w:ascii="Times New Roman" w:hAnsi="Times New Roman" w:eastAsia="Times New Roman" w:cs="Times New Roman"/>
        </w:rPr>
        <w:t>Сири бол үндэстэн, Дамаск бол нийслэл хот, Резин бол хаан бөгөөд нийслэл ба хаан нь харилцан солигдон хэрэглэгдэх бэлгэдлүүд юм. Нийслэл ба хаан хоёулаа “толгой” мөн. Сеннахериб Иудад “хүзүү хүртэл” ирэхдээ, Иерусалимд хүрч тэндээ зогссон; учир нь тэр “хүзүү”-гээр тулгуурлагддаг “толгой” дээр хүрч зогссон юм. Селевкидүүд Птолемейн эсрэг ирэхдээ “бэхлэлт” дээр хүрээд зогссон бөгөөд тэр “бэхлэлт” нь Египетийн үндэстэн байсан юм.</w:t>
      </w:r>
    </w:p>
    <w:p>
      <w:pPr>
        <w:pStyle w:val="ArticleBody"/>
        <w:jc w:val="left"/>
      </w:pPr>
      <w:r>
        <w:rPr>
          <w:rFonts w:ascii="Times New Roman" w:hAnsi="Times New Roman" w:eastAsia="Times New Roman" w:cs="Times New Roman"/>
        </w:rPr>
        <w:t>Даниел 11-ийн аравдугаар эшлэл болон Исаиа 8-ын наймдугаар эшлэл нь, Исаиа 7-ын найм, есдүгээр эшлэлүүдийн хүрээнд, Даниел 11-ийн дөчдүгээр эшлэлд хойд зүгийн хаан 1989 онд өмнөд зүгийн хааныг “халисаар давж өнгөрөхөд” өмнөд хаанчлалын нийслэл байсан үндэстэн болох тэргүүн (Орос) үлдэн зогссоор байсныг тодорхойлсон хоёр гэрчийг илэрхийлдэг.</w:t>
      </w:r>
    </w:p>
    <w:p>
      <w:pPr>
        <w:pStyle w:val="ArticleBody"/>
        <w:jc w:val="left"/>
      </w:pPr>
      <w:r>
        <w:rPr>
          <w:rFonts w:ascii="Times New Roman" w:hAnsi="Times New Roman" w:eastAsia="Times New Roman" w:cs="Times New Roman"/>
        </w:rPr>
        <w:t>Аравдугаар эшлэлийн “цайз” нь өнөөгийн Украйны дайныг танин тодорхойлох түлхүүр мөн бөгөөд түүнчлэн Орос ялалт байгуулахыг илтгэнэ. Гэвч энэхүү үнэнийг тогтоодог эш үзүүллэгийн хэрэглээ нь 1856 онд Review and Herald сэтгүүлд нийтлэгдсэн өгүүллүүдэд Хайрэм Эдсонд нээгдсэн яг тэрхүү эшлэлүүдтэй шууд холбоотой бөгөөд бүрэн тэдгээр дээр үндэслэдэг. Тэдгээр өгүүллүүд Левит 26 дахь “долоон үе”-ийг тодорхойлдог.</w:t>
      </w:r>
    </w:p>
    <w:p>
      <w:pPr>
        <w:pStyle w:val="ArticleBody"/>
        <w:jc w:val="left"/>
      </w:pPr>
      <w:r>
        <w:rPr>
          <w:rFonts w:ascii="Times New Roman" w:hAnsi="Times New Roman" w:eastAsia="Times New Roman" w:cs="Times New Roman"/>
        </w:rPr>
        <w:t>2023 оны 7 дугаар сараас хойш Иуда овгийн Арслан мөнөөх л эшлэлүүдээс илчилснээр, умард ба өмнөд хаант улсуудын эсрэг өгөгдсөн хоёр мянга таван зуун хорин жилийн зөгнөлүүд хоёулаа зөвхөн тараагдлын үеийг илэрхийлээд зогсохгүй, мөн Тэнгэрлэг чанарыг хүн төрөлхтөнтэй нэгтгэхийг гүйцэлдүүлэх Христийн яг тэр ажлыг ч дүрслэн харуулдаг байна. Тэр илчлэлд “толгой” нь хүний дээд мөн чанар мөн гэж тодорхойлогдсон байдаг. “Толгой” нь хүний сүм дэх “бэхлэлт” бөгөөд үүнийг Систер Уайт сүнсний цайз хэмээн тодорхойлдог. Цайз бол бэхлэлт мөн.</w:t>
      </w:r>
    </w:p>
    <w:p>
      <w:pPr>
        <w:pStyle w:val="ArticleBody"/>
        <w:jc w:val="left"/>
      </w:pPr>
      <w:r>
        <w:rPr>
          <w:rFonts w:ascii="Times New Roman" w:hAnsi="Times New Roman" w:eastAsia="Times New Roman" w:cs="Times New Roman"/>
        </w:rPr>
        <w:t>Иймээс Даниелын арван нэгдүгээр бүлгийн аравдугаар зүйл дэх гадаад “цайз” нь мөн дотоод “цайз”-ыг төлөөлдөг нь тогтоогдож байна. Украинд дайн (гадаад) 2014 онд эхлэхэд, “доод нутаг”-аас болон Уэльсээс ирсэн сатанлаг сургаалуудын нэвтрэлт (дотоод) Future for America хөдөлгөөнд орж ирсэн бөгөөд лацдах үйл явц дахин нэг шатанд хүрсэн байв. 2020 он гэхэд Бүгд Найрамдах ба Протестант хоёр эвэр нь мөн бидний Эзэн цовдлогдсон тэр агуу хотын гудамжинд алагдсан байлаа.</w:t>
      </w:r>
    </w:p>
    <w:p>
      <w:pPr>
        <w:pStyle w:val="ArticleBody"/>
        <w:jc w:val="left"/>
      </w:pPr>
      <w:r>
        <w:rPr>
          <w:rFonts w:ascii="Times New Roman" w:hAnsi="Times New Roman" w:eastAsia="Times New Roman" w:cs="Times New Roman"/>
        </w:rPr>
        <w:t>2020 онд Дональд Трамп ерөнхийлөгчийн сонгуулийн хоёр дахь кампанит ажилдаа ялагдсан бөгөөд арван охины саатлын цаг ирсэн байв. 2022 онд Трамп ерөнхийлөгчийн сонгуулийн гурав дахь кампанит ажлаа албан ёсоор эхлүүлсэн бөгөөд түүний анхны амжилттай ерөнхийлөгчийн сонгуулийн кампанит ажил нь түүний сүүлчийнхийг төлөөлдөг. 2023 онд “цөлөөс дуугарах нэгэн дуу” үхсэн хуурай ястай ярихаар эхэлсэн.</w:t>
      </w:r>
    </w:p>
    <w:p>
      <w:pPr>
        <w:pStyle w:val="ArticleBody"/>
        <w:jc w:val="left"/>
      </w:pPr>
      <w:r>
        <w:rPr>
          <w:rFonts w:ascii="Times New Roman" w:hAnsi="Times New Roman" w:eastAsia="Times New Roman" w:cs="Times New Roman"/>
        </w:rPr>
        <w:t>Арван гуравдахаас арван тавдугаар эшлэлүүд нь Путины өдөөсөн Украины дайны дараах түүхийг өгүүлдэг боловч ялалт нь түүнд ашиг авчрахгүй; учир нь Орос улс Наполеон Бонапартын түүхийг давтан туулна.</w:t>
      </w:r>
    </w:p>
    <w:p>
      <w:pPr>
        <w:pStyle w:val="ArticleBody"/>
        <w:jc w:val="left"/>
      </w:pPr>
      <w:r>
        <w:rPr>
          <w:rFonts w:ascii="Times New Roman" w:hAnsi="Times New Roman" w:eastAsia="Times New Roman" w:cs="Times New Roman"/>
        </w:rPr>
        <w:t>Наполеоны цөллөг болон төгсгөл нь өөрийн цэргийн ялалтуудаар бэхжээгүй Уззиа хааны цөллөг болон төгсгөлөөр хэв шинжлэгдсэн бөгөөд Уззиа хаан мөн арван нэг, арван хоёрдугаар эшлэл дэх Птолемей IV-ийг урьдчилан дүрсэлсэн юм. Тэд хоёул өөрсдийн цэргийн ялалтуудаар бэхжээгүй билээ. Уззиа ч, Птолемей IV ч сүмд өргөл өргөхийг зорьсон бөгөөд хоёуланд нь түүнийг хийхийг хориглосон. Уззиа хаан үүнийг үйлдэхээр завдах үедээ духан дээрээ уяман өвчнөөр цохиулсан. Түүний духан дээрх тэмдэг нь зөвхөн араатны тэмдгийг төлөөлөөд зогсохгүй, 1989 онд өмнөдийн анхны хааныг мөн хэв шинжлэсэн бөгөөд тэр ч бас Зөвлөлт Холбоот Улсаас гарч Нэгдсэн Үндэстний Байгууллагын нэг хэсэг болохдоо (Горбачёв) нэгэн төрлийн цөллөгт орсон юм. Уззиа хааны адил Горбачёв духан дээрээ онцгой тэмдэгтэй байв. Уззиа хаан, Птолемей IV хаан, Наполеон, Горбачёв нар бүгд Путины төгсгөлийг хэв шинжлэн үзүүлдэг. Энэ дөрвүүл бүгд өмнөдийн хаад байсан бөгөөд тус бүр өөр өөрийн тодорхой угсааллын төгсгөлийг авчирсан нь Путины Оросын төгсгөлийг хэв шинжлэн үзүүлдэг.</w:t>
      </w:r>
    </w:p>
    <w:p>
      <w:pPr>
        <w:pStyle w:val="ArticleBody"/>
        <w:jc w:val="left"/>
      </w:pPr>
      <w:r>
        <w:rPr>
          <w:rFonts w:ascii="Times New Roman" w:hAnsi="Times New Roman" w:eastAsia="Times New Roman" w:cs="Times New Roman"/>
        </w:rPr>
        <w:t>Дараа нь арван гуравдахаас арван тавдугаар эшлэлүүд МЭӨ 200 онд эхэлсэн гэрчлэлийг нээн харуулдаг бөгөөд энэ нь Бүгд Найрамдах намын эврийг төлөөлдөг Дональд Трампын гурав дахь бөгөөд эцсийн хугацааг бэлгэдэн дүрсэлдэг. Арван дөрөвдүгээр эшлэл нь папын засаглал Тирийн янхан эмийн хувьд өөрийн садар самууны дуунуудыг дуулж эхлэх үеийг тэмдэглэдэг бөгөөд арван тавдугаар эшлэл нь урвагч протестант эврийн шугамыг Маккавейчуудын түүхтэй адилтган тодорхойлдог. Эдгээр гурван эшлэл дотор эш үзүүллэгийн гурван шугам агуулагдаж байна.</w:t>
      </w:r>
    </w:p>
    <w:p>
      <w:pPr>
        <w:pStyle w:val="ArticleBody"/>
        <w:jc w:val="left"/>
      </w:pPr>
      <w:r>
        <w:rPr>
          <w:rFonts w:ascii="Times New Roman" w:hAnsi="Times New Roman" w:eastAsia="Times New Roman" w:cs="Times New Roman"/>
        </w:rPr>
        <w:t>Маккабичуудын түүх нь хоёрдугаар эшлэлийн төгсгөлөөс гуравдугаар эшлэл хүртэлх хэсэг, эсвэл дөчдүгээр эшлэлийн төгсгөлөөс дөчин нэгдүгээр эшлэл хүртэлх хэсэг шиг нууцлаг бус боловч, наад зах нь эхний судалгаанд тэр шугам тодорхой бус байдаг. Гэвч тэрхүү нэлээд бүдэг бадаг эш үзүүллэгийн түүхэнд иудейчүүдийн Ромтой байгуулсан холбоо илэрхийлэгдсэн байдаг бөгөөд энэ нь араатны дүрийн үүсэл бүрэлдсэнийг тодорхойлдог. Араатны дүрийн үүсэл бүрэлдэх нь мөн Даниелын хоёрдугаар бүлгийн нууцлаг түүхэнд бэлгэдэгдсэн байдаг. Тэнд Небухаднезар нэгэн зүүд зүүдэлсэн боловч түүнийгээ санаж чадахгүй байсан бөгөөд Даниел үхлийн аюулын дор, зүүдийг нь мэдэхгүйгээр түүнийг тайлбарлах ёстой болсон юм. Хоёрдугаар бүлэгт гардаг Даниел болон гурван үнэнч хүний залбирал нь дотоод өөрчлөлтийн төлөөх Даниелын есдүгээр бүлгийн залбирлыг нөхөх гадаад гэрлийн төлөөх залбирлыг төлөөлдөг.</w:t>
      </w:r>
    </w:p>
    <w:p>
      <w:pPr>
        <w:pStyle w:val="ArticleBody"/>
        <w:jc w:val="left"/>
      </w:pPr>
      <w:r>
        <w:rPr>
          <w:rFonts w:ascii="Times New Roman" w:hAnsi="Times New Roman" w:eastAsia="Times New Roman" w:cs="Times New Roman"/>
        </w:rPr>
        <w:t>Маккавейчуудын угсаа нь Даниел номын хоёрдугаар бүлгийн далд нууцтай нийцдэг. Даниелын хоёрдугаар бүлгийн нууц нь долоон дотроос найм дахь нь байх эш үзүүллэгийн оньсогын талаарх анхны эш үзүүллэгийн гэрчлэлийг өгдөг бөгөөд энэ нь Илчлэлт арван нэгд хоёр гэрчийн амилалтын илчлэлтэд хувь нэмэр оруулдаг. Хоёр гэрчийн амилалт нь долоон дотроос найм дахь нь байхтай холбоотойгоор, Миллерчүүд болон нэг зуун дөчин дөрвөн мянгын зэрэгцээ түүхэнд Миллерчүүдийн Лаодике руу урвуу шилжилт нь нэг зуун дөчин дөрвөн мянгын Лаодикеэс Филадельфи руу шилжихтэй нийцэж байгааг тогтоодог.</w:t>
      </w:r>
    </w:p>
    <w:p>
      <w:pPr>
        <w:pStyle w:val="ArticleBody"/>
        <w:jc w:val="left"/>
      </w:pPr>
      <w:r>
        <w:rPr>
          <w:rFonts w:ascii="Times New Roman" w:hAnsi="Times New Roman" w:eastAsia="Times New Roman" w:cs="Times New Roman"/>
        </w:rPr>
        <w:t>Маккабичуудын бүдэг бадаг мөр, мөн Небухаднезарын нууцлаг зүүд нь 2023 онд хоёр гэрчийг амилуулах үйл явц эхэлсний дараах хүртэл бүхэлдээ тусгайлан лацлагдсан байсан. Тэд “агуу газар хөдлөлт”-ийн цагийн яг өмнө тайлагддаг бөгөөд энэ нь Долоо дахь өдрийн Адвентистуудын нигүүлслийн хугацаа хаагдахыг тэмдэглэдэг. Тэдгээр Адвентистууд Бурханы лацыг хүлээн авахаасаа өмнө, мөн нигүүлслийн хугацаа хаагдахаас өмнө давах ёстой сорил нь араатны дүр төрх бүрэлдэн тогтохтой холбоотой сорил юм.</w:t>
      </w:r>
    </w:p>
    <w:p>
      <w:pPr>
        <w:pStyle w:val="ArticleBody"/>
        <w:jc w:val="left"/>
      </w:pPr>
      <w:r>
        <w:rPr>
          <w:rFonts w:ascii="Times New Roman" w:hAnsi="Times New Roman" w:eastAsia="Times New Roman" w:cs="Times New Roman"/>
        </w:rPr>
        <w:t>Маккавейчуудын угсаа, Небухаднезарын нууцлаг зүүд, долоон дотроос гарч ирэх найм дахь оршихуйн оньсого, мөн газрын араатны хоёр эвэр—эдгээр нь бүгд араатны дүр төрх бүрэлдэх үед хэрэгждэг шалгалтын үйл явцад хувь нэмрээ оруулдаг. Эдгээр шугамуудыг ямар нэг эш үзүүллэгийн утгаар “далд үнэнүүд” болох үнэнүүд хэмээн танин мэдэх нь, Иудагийн овгийн Арслан одоо тайлан нээж буй үнэнүүд чухам эдгээр мөн гэдгийг нотолдог.</w:t>
      </w:r>
    </w:p>
    <w:p>
      <w:pPr>
        <w:pStyle w:val="ArticleBody"/>
        <w:jc w:val="left"/>
      </w:pPr>
      <w:r>
        <w:rPr>
          <w:rFonts w:ascii="Times New Roman" w:hAnsi="Times New Roman" w:eastAsia="Times New Roman" w:cs="Times New Roman"/>
        </w:rPr>
        <w:t>Илчлэлт арван гурав дахь газрын араатны Бүгд Найрамдах болон Протестант хоёр эврийг төлөөлдөг хоёр гэрчийн хэн болохыг лацаас нь тайлах явдал, эвэр тус бүр нөгөөтэйгөө зэрэгцэн явдгийн тухай үнэнтэй, мөн эвэр тус бүр дотооддоо давхар шинж чанартай байдгийн тухай үнэнтэй хамт, Есүс Христийн Илчлэлтийн лацыг тайлж эхлэхийн эхлэлийг тэмдэглэдэг. Лацаас тайлагдсан үнэнд долоон аянгын нуугдмал түүхийг тайлах явдал, түүнчлэн еврей “Үнэн” гэдэг үгийн тодорхойлолт ч багтана.</w:t>
      </w:r>
    </w:p>
    <w:p>
      <w:pPr>
        <w:pStyle w:val="ArticleBody"/>
        <w:jc w:val="left"/>
      </w:pPr>
      <w:r>
        <w:rPr>
          <w:rFonts w:ascii="Times New Roman" w:hAnsi="Times New Roman" w:eastAsia="Times New Roman" w:cs="Times New Roman"/>
        </w:rPr>
        <w:t>Долоон аянгын сүүлчийн үе нь анхны урам хугарлын гурван тэмдэгт үе шатыг төлөөлж, үүний дараа Шөнийн дунд хашхирааны мэдээ ирээд, эцэст нь агуу урам хугарлаар төгсдөг болох нь “Үнэн” хэмээх еврей үгийн утгатай нийцэн танигдах үед, Ням гаргийн хуулийг зорин хөтөлдөг Шөнийн дунд хашхирааны мэдээний төгс биелэл болсон 2020 оны 7 дугаар сарын 18-ныг тэмдэглэсэн илчлэл тэр үед тогтоогдсон юм.</w:t>
      </w:r>
    </w:p>
    <w:p>
      <w:pPr>
        <w:pStyle w:val="ArticleBody"/>
        <w:jc w:val="left"/>
      </w:pPr>
      <w:r>
        <w:rPr>
          <w:rFonts w:ascii="Times New Roman" w:hAnsi="Times New Roman" w:eastAsia="Times New Roman" w:cs="Times New Roman"/>
        </w:rPr>
        <w:t>Долоон аянгыг 2023 оны 7-р сараас өмнө эхний тэнгэрэлчийн хөдөлгөөн ба гурав дахь тэнгэрэлчийн хөдөлгөөний зэрэгцээ түүх гэж тодорхойлсон байсан боловч эцсийн гурван шатат үеийг тэр үед долоон аянгаар төлөөлөгдсөн тодорхой үе гэж үзээгүй байв. Одоо тэрхүү хүлээн зөвшөөрөлт “Үнэн” болж тогтоогдсон байна.</w:t>
      </w:r>
    </w:p>
    <w:p>
      <w:pPr>
        <w:pStyle w:val="ArticleBody"/>
        <w:jc w:val="left"/>
      </w:pPr>
      <w:r>
        <w:rPr>
          <w:rFonts w:ascii="Times New Roman" w:hAnsi="Times New Roman" w:eastAsia="Times New Roman" w:cs="Times New Roman"/>
        </w:rPr>
        <w:t>Есүс Христийн Илчлэл нь сорилтын хугацаа хаагдахын яг өмнө лац нь тайлагддаг бөгөөд түүнд Илчлэл номын арван нэгдүгээр бүлгийн хоёр гэрч багтдаг. Есүс Христийн Илчлэл нь долоон аянгын нууцлаг түүхийг багтаадаг. Есүс Христийн Илчлэл нь “найм дахь нь долоон дотроос мөн” гэсэн оньсогыг багтаадаг бөгөөд энэ нь цаашлаад Миллерчүүдийн Лаодикей руу шилжих явцыг, мөн түүнтэй зэрэгцэх нэг зуун дөчин дөрвөн мянгын Филаделфи руу шилжих явцыг тодорхойлдог. Найм дахь нь долоон дотроос мөн байх нь мөн араатны дүрийн сорилтын эш үзүүллэгийн илэрхийлэл болдог. Учир нь Бүгд Найрамдах болон Протестант хоёр эвэр хоёулаа Бүгд Найрамдах эвэр араатны улс төрийн дүрийг бий болгоход өөрсдийн төгсгөлд хүрдэг бөгөөд энэ нь жинхэнэ Протестант эвэр Христийн дүрийг бүрдүүлж, улмаар тэд туг тэмдэг болгон өргөгдөхтэй эсрэгцэн, мөн маргаан зөрчил дунд явагддаг.</w:t>
      </w:r>
    </w:p>
    <w:p>
      <w:pPr>
        <w:pStyle w:val="ArticleBody"/>
        <w:jc w:val="left"/>
      </w:pPr>
      <w:r>
        <w:rPr>
          <w:rFonts w:ascii="Times New Roman" w:hAnsi="Times New Roman" w:eastAsia="Times New Roman" w:cs="Times New Roman"/>
        </w:rPr>
        <w:t>Эдгээр үнэнүүд 2023 оны долдугаар сарын төгсгөл үеэр тайлагдаж эхэлсэн бөгөөд эдгээр бүх үнэн нь нууцлаг түүхэнд биелсэн эш үзүүллэгийн түүхийг илэрхийлдэг. Энэ нь “сүүлчийн өдрүүдэд хамаарах Даниелын эш үзүүллэгийн тэр хэсэг” юм.</w:t>
      </w:r>
    </w:p>
    <w:p>
      <w:pPr>
        <w:pStyle w:val="ArticleBody"/>
        <w:jc w:val="left"/>
      </w:pPr>
      <w:r>
        <w:rPr>
          <w:rFonts w:ascii="Times New Roman" w:hAnsi="Times New Roman" w:eastAsia="Times New Roman" w:cs="Times New Roman"/>
        </w:rPr>
        <w:t>Иймээс бид 1989 онд эхэлсэн төгсгөлийн цагаас эхлээд, дөчин нэгдүгээр эшлэл дэх Ням гаргийн хуулинд хүрэх хүртэлх, дөчдүгээр эшлэлийн нууц түүхийн эш үзүүллэгийн бүтэцтэй болж байна; энэ нь бидэнд Даниелын арван нэгдүгээр бүлгийн нэг ба хоёрдугаар эшлэлүүдийг үүний дээр давхарлан байрлуулах боломжийг олгодог. Дараа нь бид мөн адил шугам дотор аравдугаараас арван тавдугаар эшлэлүүдийг байрлуулж чадна. Түүнчлэн зөвөөр ойлговол арван гуравдугаар эшлэлээс эхлэн хорин гуравдугаар эшлэл хүртэл үргэлжилдэг Маккабичуудын шугамыг мөн адил тэрхүү шугамд оруулж чадна. Дараа нь бид Илчлэл номын арван нэгдүгээр бүлгийн долоогоос арван хоёрдугаар эшлэл дэх хоёр гэрчийн шугамыг мөн адил тэрхүү шугамд оруулж чадна. Даниел ба Илчлэл дэх хоёр гэрчийн хамт бид дөчдүгээр эшлэлийн нууц түүхийн бүтцийг эзэмшиж байна.</w:t>
      </w:r>
    </w:p>
    <w:p>
      <w:pPr>
        <w:pStyle w:val="ArticleBody"/>
        <w:jc w:val="left"/>
      </w:pPr>
      <w:r>
        <w:rPr>
          <w:rFonts w:ascii="Times New Roman" w:hAnsi="Times New Roman" w:eastAsia="Times New Roman" w:cs="Times New Roman"/>
        </w:rPr>
        <w:t>1989 онд Зөвлөлт Холбоот Улс пап ламт ёс болон түүний төлөөлөгч цэрэг болох Америкийн Нэгдсэн Улсын хоорондын холбоонд арчигдан зайлуулагдав. Зөвлөлт Холбоот Улс Горбачёвын гараар задран буулгагдах үед нэг зуун дөчин дөрвөн мянгатын хувьд төгсгөлийн цаг ирэв. Рональд Рейган нь төгсгөлийн цагаас хойших Америкийн Нэгдсэн Улсын эш үзүүллэгийн анхны хаан байсан бөгөөд, Дари хаанаар төлөөлөгдсөн тэрслүү Протестант Бүгд Найрамдах намын хүн Рейганы дараа Кир ирж, түүнээс хойш өөр гурван хаан, дараа нь хөрөнгө чинээ ихтэй дөрөв дэх хаан гарч ирэв.</w:t>
      </w:r>
    </w:p>
    <w:p>
      <w:pPr>
        <w:pStyle w:val="ArticleBody"/>
        <w:jc w:val="left"/>
      </w:pPr>
      <w:r>
        <w:rPr>
          <w:rFonts w:ascii="Times New Roman" w:hAnsi="Times New Roman" w:eastAsia="Times New Roman" w:cs="Times New Roman"/>
        </w:rPr>
        <w:t>Хаан Кирус нь өөрийгөө Бүгд Найрамдах намын хүн хэмээн зарласан глобалист Буш Эхнийг төлөөлж байсан бөгөөд түүний дараа Ардчилсан намын глобалист Клинтон, түүний дараа өөрийгөө Бүгд Найрамдах намын хүн хэмээн зарласан глобалист Буш Сүүлчийн, түүний дараа Исламын Ардчилсан намын глобалист Обама, түүний дараа тэд бүгдийн дундаас хамгийн баян ерөнхийлөгч, урвасан Протестант Бүгд Найрамдах намын хүн Дональд Трамп гарч ирсэн.</w:t>
      </w:r>
    </w:p>
    <w:p>
      <w:pPr>
        <w:pStyle w:val="ArticleBody"/>
        <w:jc w:val="left"/>
      </w:pPr>
      <w:r>
        <w:rPr>
          <w:rFonts w:ascii="Times New Roman" w:hAnsi="Times New Roman" w:eastAsia="Times New Roman" w:cs="Times New Roman"/>
        </w:rPr>
        <w:t>2014 онд Орос ба папын эрх мэдлийн наци төлөөлөгч арми болох Украйны хоорондын дайн эхэлсэн бөгөөд папын эрх мэдлийн өмнөх төлөөлөгч арми болох Америкийн Нэгдсэн Улс Украйны төлөөлөгч армид дэмжлэг үзүүлж байв. 2014 онд Future for America хөдөлгөөнд луугийн төлөөлөгчид нэвтэрч, 2015 онд Дональд Трамп өөрийн хэрэгжүүлэх ерөнхийлөгчийн гурван сонгуулийн кампанит ажлын эхнийхийг эхлүүлэв. Тэрээр эхний кампанит ажилдаа ялсан боловч дундах кампанит ажлыг нь хулгайлсан, харин эцсийн кампанит ажилдаа тэр дахин ялалт байгуулах болно. 2020 онд сонгуулийг хулгайлснаар Бүгд Найрамдах эвэр үхлийн шарх авсан бөгөөд 2014 онд эхэлсэн нэвтрэлтийн улмаас, мөн олон төрлийн хуурамч эш үзүүллэгийн хэрэглээг нэвтрүүлснээр мэдээг хулгайлсан явдлын улмаас, худал зөгнөл тунхагласнаар жинхэнэ протестант эвэр ч мөн үхлийн шарх авсан юм.</w:t>
      </w:r>
    </w:p>
    <w:p>
      <w:pPr>
        <w:pStyle w:val="ArticleBody"/>
        <w:jc w:val="left"/>
      </w:pPr>
      <w:r>
        <w:rPr>
          <w:rFonts w:ascii="Times New Roman" w:hAnsi="Times New Roman" w:eastAsia="Times New Roman" w:cs="Times New Roman"/>
        </w:rPr>
        <w:t>2020 онд нэг сонгууль болон нэг эш үзүүллэгийн мэдээ хулгайлагдсан бөгөөд луугийн төлөөлөгчдөөр дамжин хоёр эвэр нь бэлгэдлийн утгаар алуулсан юм. Сонгууль нь өөрсдийгөө Бүгд Найрамдах намынхан хэмээн зарласан глобалистууд болон глобалист Ардчилсан намынхны хоёр талт холбоогоор, мөн глобалист суртал нэвтрүүлгийн хэвлэл мэдээлэл болон глобалист худалдаачдын дэмжлэгтэйгээр хулгайлагдсан. Харин мэдээ нь өмнөд тивээс ирсэн биеэр жижигхэн, гэрлээгүй нэгэн охин болон Уэльсээс ирсэн биеэр жижигхэн, салсан нэгэн хөвгүүнээр хулгайлагдсан бөгөөд тэдний нууц зорилго нь ижил хүйстний мөрийн хөтөлбөрийг нэвтрүүлж, дэмжин сурталчлах, мөн “нүглийн хүн”-ээс уучлал гуйх явдал байсан. Future for America-гийн удирдагч энэ сатанлаг нэвтрэн оруулалтын бүх бурууг үүрнэ. Учир нь тэр хөдөлгөөнийг хамгаалах хариуцлагатай байсан атлаа ариусгагдаагүй элч нарт удирдах байр суурь эзлэхийг хэтэрхий дуртайяа зөвшөөрсөн. Хулгайлагдсан сонгуулийн бурууг Дональд Трамп мөн үүрнэ. Учир нь тэр өөрийн эрх мэдлийн дотоод хүрээнд нэвтрэхийг зөвшөөрөн сонгосон хүмүүс нь түүний гардан авсан ажлыг санаатайгаар нураан бусниулж байсан юм.</w:t>
      </w:r>
    </w:p>
    <w:p>
      <w:pPr>
        <w:pStyle w:val="ArticleBody"/>
        <w:jc w:val="left"/>
      </w:pPr>
      <w:r>
        <w:rPr>
          <w:rFonts w:ascii="Times New Roman" w:hAnsi="Times New Roman" w:eastAsia="Times New Roman" w:cs="Times New Roman"/>
        </w:rPr>
        <w:t>2022 онд Дональд Трамп гурав дахь сонгуулийн кампанит ажлаа эхлүүлсэн бөгөөд 2023 онд “цөлд хашхирах дуу хоолой” чуулгануудад нэгэн мэдээ илгээж эхэлсэн. Саяхан “чулуу” (“өнөөдрийн үнэн”-ээс гаднах хүмүүс гэж миний тодорхойлдгоор) дуугарсан бөгөөд тэрээр, магадгүй, олон нийтийн улс төрийн өнөөгийн орчин дахь хамгийн хурц оюун ухаантнуудын нэг юм. Түүний нэрийг Виктор Дэвис Хэнсон гэдэг бөгөөд хэрэв та өөрийн эргэн тойронд өрнөж буй үйл явдлуудыг ажиглан, тэдгээр үйл явдлыг Түүний Үгийн зөгнөлүүдтэй харьцуулж байгаа бол, Виктор Дэвис Хэнсон бол та бүхний, найдвартай нь, судалж буй тэрхүү мэдээг цуурайтуулж буй “чулуу”-нуудын нэг мөн.</w:t>
      </w:r>
    </w:p>
    <w:p>
      <w:pPr>
        <w:pStyle w:val="ArticleScripture"/>
        <w:jc w:val="left"/>
      </w:pPr>
      <w:r>
        <w:rPr>
          <w:rFonts w:ascii="Times New Roman" w:hAnsi="Times New Roman" w:eastAsia="Times New Roman" w:cs="Times New Roman"/>
        </w:rPr>
        <w:t>“Бурхан биднээр эргэн тойронд маань болж буй үйл явдлуудыг судлуулж, тэдгээрийг Өөрийн үгийн эш үзүүлгүүдтэй харьцуулуулахыг хүсдэг. Ингэснээр бид эцсийн өдрүүдэд амьдарч байгаагаа ойлгох боломжтой болно. Бид Библиэ хүсдэг, мөн түүнд юу бичигдсэнийг мэдэхийг хүсдэг. Эш үзүүлгийн хичээнгүй суралцагч нь үнэний тод илчлэлүүдээр шагнагдах болно. Учир нь Есүс, ‘Таны үг бол үнэн мөн’ гэж айлдсан.” Signs of the Times, October 1, 1894.</w:t>
      </w:r>
    </w:p>
    <w:p>
      <w:pPr>
        <w:pStyle w:val="ArticleBody"/>
        <w:jc w:val="left"/>
      </w:pPr>
      <w:r>
        <w:rPr>
          <w:rFonts w:ascii="Times New Roman" w:hAnsi="Times New Roman" w:eastAsia="Times New Roman" w:cs="Times New Roman"/>
        </w:rPr>
        <w:t>X.com дээр @FreyjaTarte-ийн нийтэлсэн нэгэн ярилцлагад Хансон эхлээд, “Тэд [Ардчилсан намынхан] Трампыг цус сорогч мэт хардаг” хэмээн мэдэгдсэн. Тэрээр цааш нь Дональд Трамп дахин сонгогдох вий гэсэн Ардчилсан намынхны айдсын талаар өгүүлдэг. Илчлэлт номын арван нэгдүгээр бүлэгт өгүүлснээр Трамп амилуулагддаг (цус сорогчийн адил) бөгөөд тийм явдал тохиоход урьд нь түүний үхэлд баярлаж байсан хүмүүс айдаст автах болно гэдгийг Хансон ойлгосон байсан гэж надад үзэх ямар ч үндэс алга. Гэвч тэрээр бүхэл тайлбарынхаа туршид яг үүнийг л онцлон тэмдэглэдэг.</w:t>
      </w:r>
    </w:p>
    <w:p>
      <w:pPr>
        <w:pStyle w:val="ArticleScripture"/>
        <w:jc w:val="left"/>
      </w:pPr>
      <w:r>
        <w:rPr>
          <w:rFonts w:ascii="Times New Roman" w:hAnsi="Times New Roman" w:eastAsia="Times New Roman" w:cs="Times New Roman"/>
        </w:rPr>
        <w:t>Гурван өдөр хагасын дараа Бурханаас ирсэн амийн Сүнс тэдний дотор орж, тэд хөл дээрээ босон зогсов; тэднийг харсан хүмүүсийн дээр агуу их айдас нөмрөн буув. Илчлэлт 11:11.</w:t>
      </w:r>
    </w:p>
    <w:p>
      <w:pPr>
        <w:pStyle w:val="ArticleBody"/>
        <w:jc w:val="left"/>
      </w:pPr>
      <w:r>
        <w:rPr>
          <w:rFonts w:ascii="Times New Roman" w:hAnsi="Times New Roman" w:eastAsia="Times New Roman" w:cs="Times New Roman"/>
        </w:rPr>
        <w:t>Бид энэ судалгааг дараагийн өгүүлэлд үргэлжлүүлэн авч үзэх болно.</w:t>
      </w:r>
    </w:p>
    <w:p>
      <w:pPr>
        <w:pStyle w:val="ArticleScripture"/>
        <w:jc w:val="left"/>
      </w:pPr>
      <w:r>
        <w:rPr>
          <w:rFonts w:ascii="Times New Roman" w:hAnsi="Times New Roman" w:eastAsia="Times New Roman" w:cs="Times New Roman"/>
        </w:rPr>
        <w:t>“Бид эдгээр Судрын хэсгүүдэд зөгнөн хэлэгдсэн цаг үед хүрч ирээд байна. Эцсийн цаг иржээ; эш үзүүлэгчдийн үзэгдлүүдийн лац тайлагдаж, тэдний сүр жавхлант сануулгууд бидний Эзэний алдраар ирэхийг ойрхон байгааг зааж байна.</w:t>
      </w:r>
    </w:p>
    <w:p>
      <w:pPr>
        <w:pStyle w:val="ArticleScripture"/>
        <w:jc w:val="left"/>
      </w:pPr>
      <w:r>
        <w:rPr>
          <w:rFonts w:ascii="Times New Roman" w:hAnsi="Times New Roman" w:eastAsia="Times New Roman" w:cs="Times New Roman"/>
        </w:rPr>
        <w:t>“Иудейчүүд Бурханы үгийг буруугаар ойлгож, буруугаар хэрэглэсэн бөгөөд өөрсдөд нь айлчлагдсан цагаа мэдсэнгүй. Христ болон Түүний элч нарын үйлчлэлийн он жилүүдийг—сонгогдсон ард түмэнд өгөгдсөн нигүүлслийн үнэт эцсийн жилүүдийг—тэд Эзэний элч нарыг устгахаар хуйвалдан өнгөрөөв. Газрын юмсын хүсэл тэмүүлэл тэднийг бүхэлд нь эзэмдсэн тул сүнслэг хаанчлалын санал тэдэнд талаар болсон юм. Ийнхүү өнөөдөр ч энэ ертөнцийн хаанчлал хүмүүсийн бодол санааг эзэмдэж, тэд түргэн биелж буй эш үзүүллэгүүд болон Бурханы удахгүй ирэх хаанчлалын шинж тэмдгүүдийг анзаардаггүй.”</w:t>
      </w:r>
    </w:p>
    <w:p>
      <w:pPr>
        <w:pStyle w:val="ArticleScripture"/>
        <w:jc w:val="left"/>
      </w:pPr>
      <w:r>
        <w:rPr>
          <w:rFonts w:ascii="Times New Roman" w:hAnsi="Times New Roman" w:eastAsia="Times New Roman" w:cs="Times New Roman"/>
        </w:rPr>
        <w:t>“‘Харин ах дүүс ээ, та нар харанхуйд биш тул тэр өдөр та нарыг хулгайч мэт гэнэдүүлэн дайрах ёсгүй. Та нар бүгд гэрлийн хүүхдүүд, мөн өдрийн хүүхдүүд билээ. Бид шөнийнх ч биш, харанхуйнх ч биш.’ Бид Эзэнийхээ эргэн ирэх цаг мөчийг мэдэх учиргүй боловч, тэр нь ойрхон байгааг мэдэж болно. ‘Тиймээс бусдын адил унталгүй, харин сэрэмжтэй бөгөөд саруул байцгаая.’ 1 Тесалоник 5:4–6.” Эрин үеийн хүсэл, 235.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Даниелын Ном — Нэг Зуун Ерэн Нэг"}</dc:title>
  <dc:subject>Даниел 11-ийн эш үзүүллэгийн хивээс: Трампын эрин үеийн нарийн төвөгтэй байдлыг болон Ням гаргийн хуулийн өмнөх бэлтгэлийг илчлэх нь</dc:subject>
  <dc:creator>Jeff Pippenger</dc:creator>
  <cp:keywords/>
  <dc:description>Generated by ArticleDigger from daniel\191_daniel.json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