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Ерэн Хоёрдугаар Хэсэг</w:t>
      </w:r>
    </w:p>
    <w:p>
      <w:pPr>
        <w:pStyle w:val="ArticleSubtitle"/>
        <w:jc w:val="left"/>
      </w:pPr>
      <w:r>
        <w:rPr>
          <w:rFonts w:ascii="Arial" w:hAnsi="Arial" w:eastAsia="Arial" w:cs="Arial"/>
        </w:rPr>
        <w:t>Нууцлагдсан түүхийг илчлэх нь: Даниел 11-ээс үзэгдэх эш үзүүллэгийн уялдаа ба 144,000-ын лацдалт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2024-04-22</w:t>
      </w:r>
    </w:p>
    <w:p>
      <w:pPr>
        <w:pStyle w:val="ArticleBody"/>
        <w:jc w:val="left"/>
      </w:pPr>
      <w:r>
        <w:rPr>
          <w:rFonts w:ascii="Times New Roman" w:hAnsi="Times New Roman" w:eastAsia="Times New Roman" w:cs="Times New Roman"/>
        </w:rPr>
        <w:t>Бид Даниелын арван нэгдүгээр бүлгийн дөчдүгээр эшлэлийн “далд түүх”-ийг авч үзэж байна. Тэр нь төгсгөлийн цагт, 1989 онд бичмэл гэрчлэлээ зогсоосноос эхлэн дөчин нэгдүгээр эшлэлийн Ням гаргийн хууль хүртэл үргэлжилдэг. Тэрхүү далд түүх нь сүүлийн өдрүүдийн бүх эш үзүүллэгийн шугамуудыг түүн дээр уялдуулан байрлуулах бүтцийг илэрхийлдэг, учир нь нэг зуун дөчин дөрвөн мянгын лацдалт тэрхүү далд түүхийн хүрээнд явагддаг. Тэрхүү түүх бол араатны хөрөг бүрэлдэхтэй холбоотой сорил тохиолддог газар мөн. Иймээс энэ нь араатнуудын хөргийн тухай Небухаднезарын далд зүүд тайлагдан нээгдэх түүх мөн. Тэрхүү далд түүх бол Даниелын арван нэгдүгээр бүлгийн хоёрдугаар эшлэлээс гуравдугаар эшлэл хүртэлх Дональд Трампын анхны бүрэн эрхийн хугацаанаас эхэлсэн далд түүх төгсдөг газар мөн. Тэрхүү далд түүх нь Даниелын эш үзүүллэгийн сүүлийн өдрүүдтэй хамаарах хэсэг бөгөөд Ням гаргийн хуулиар сорилтын хугацаа хаагдахын яг өмнө тайлагдан нээгдэх Есүс Христийн Илчлэл мөн. Эдгээр үнэний бүх шугамууд долоо дахь бөгөөд эцсийн лац авагдах байдлаар дүрслэгдсэн байдаг.</w:t>
      </w:r>
    </w:p>
    <w:p>
      <w:pPr>
        <w:pStyle w:val="ArticleBody"/>
        <w:jc w:val="left"/>
      </w:pPr>
      <w:r>
        <w:rPr>
          <w:rFonts w:ascii="Times New Roman" w:hAnsi="Times New Roman" w:eastAsia="Times New Roman" w:cs="Times New Roman"/>
        </w:rPr>
        <w:t>Даниел 11-ийн аравнаас арван тавдугаар эшлэлүүдийг тэр нууцлагдсан түүхтэй уялдуулан авч үзэх ёстой бөгөөд тэдгээр эшлэлийн сүүлийн гурав нь эш үзүүллэгийн гурван шугамыг үзүүлдэг. Тэд папын засаглал түүхэнд хэзээ дахин халдан орж ирдгийг тодорхойлдог бөгөөд энэ нь МЭӨ 200 онд, Даниел 11:14-т дүрслэгдсэн эш үзүүллэгийн түүхэнд харь Ром анх орж ирсэн үеийн адил юм. Тэр эшлэл, мөн тэр эшлэлийн харь Ромын түүхэн дэх биелэлт нь үзэгдлийг тогтоосон, учир нь харь Ром нь өөрийгөө өргөмжилж, Бурханы ард түмнийг дээрэмдэн дарлаад эцэст нь унасан хүчний бэлгэ тэмдэг байсан юм. Урвалтын протестантизм уг эшлэлийг Антиох Эпифанд хамааруулсан боловч Миллерчүүд үүнийг харь Ромд хэрэглэж, уг эшлэлийг Миллерийн хөдөлгөөний түүхэн дэх шалгалтын үнэн гэж тодорхойлсон. Өнөөдөр орчин үеийн Лаодикийн Адвентизмын теологичид үүнийг дахин Антиох Эпифан гэж заадаг тул энэ нь дахин нэгэнтээ шалгалтын үнэн болж байна.</w:t>
      </w:r>
    </w:p>
    <w:p>
      <w:pPr>
        <w:pStyle w:val="ArticleBody"/>
        <w:jc w:val="left"/>
      </w:pPr>
      <w:r>
        <w:rPr>
          <w:rFonts w:ascii="Times New Roman" w:hAnsi="Times New Roman" w:eastAsia="Times New Roman" w:cs="Times New Roman"/>
        </w:rPr>
        <w:t>Энэ нь зөвхөн сорих үнэн төдийгүй, уг эшлэл болон түүний МЭӨ 200 онд биелсэн байдал нь Тирийн янхан (орчин үеийн Ром) хэзээ өөрийн сатанлаг дууг дуулж эхэлдгийг тодорхойлж, папын засаглал эцсийн өдрүүдийн түүхэнд орж ирэхийг заан, тийнхүү Миллерчүүдийн түүхийн маргаанаар илэрхийлэгддэг сорих үнэнтэй нийцэх, эцсийн өдрүүдийн үндсэн сорих үнэнийг төлөөлдөг.</w:t>
      </w:r>
    </w:p>
    <w:p>
      <w:pPr>
        <w:pStyle w:val="ArticleBody"/>
        <w:jc w:val="left"/>
      </w:pPr>
      <w:r>
        <w:rPr>
          <w:rFonts w:ascii="Times New Roman" w:hAnsi="Times New Roman" w:eastAsia="Times New Roman" w:cs="Times New Roman"/>
        </w:rPr>
        <w:t>Эдгээр гурван эшлэл нь мөн газрын араатны Бүгд Найрамдах эвэрний шугамыг төлөөлдөг бөгөөд 1989 оны төгсгөлийн цагт Рональд Рейганаар эхэлсэн ерөнхийлөгчдийн шугам дахь долоон ерөнхийлөгчөөс гаралтай найм дахь ерөнхийлөгчийн хувиар Дональд Трамп хоёр дахь бүрэн эрхийн хугацаандаа орж ирэх үед түүний эш үзүүллэгийн алхмуудыг тодорхойлдог. Арван хоёрдугаар эшлэлийн Рафиагийн тулалдааны дараа “Антиох” эхлээд Америкийн Нэгдсэн Улсын доторх бослогыг дарж, дараа нь Паниумын тулалдаанд Египетээр төлөөлөгдсөн даяаршлын эсрэг дайнд бэлтгэдэг. Трамп тэр дайнд ялдаг боловч уг дайн Дэлхийн гуравдугаар дайныг (Актиум) эхлүүлдэг. Эдгээр үйл ажиллагаа нь Рафиагийн тулалдаанд Египетэд ялагдсан боловч Паниумын тулалдаанд ялалттайгаар хариу цохилт өгсөн Антиох III Магнусаар хэв шинжлэгдсэн байв.</w:t>
      </w:r>
    </w:p>
    <w:p>
      <w:pPr>
        <w:pStyle w:val="ArticleBody"/>
        <w:jc w:val="left"/>
      </w:pPr>
      <w:r>
        <w:rPr>
          <w:rFonts w:ascii="Times New Roman" w:hAnsi="Times New Roman" w:eastAsia="Times New Roman" w:cs="Times New Roman"/>
        </w:rPr>
        <w:t>Арван гуравдугаар эшлэл дэх “хэдэн жилийн дараа” гэдэг нь Урия Смитийн хэлснээр, “Антиох Магнус өөрийн хаант улсад гарсан бослогыг дарж, зүүн нутгуудыг эзлэн захируулж, тэднийг дуулгавартай байдалд оруулан тогтоосны дараа, залуу Эпифан Египетийн хаан ширээнд суух үед ямар ч аян дайнд мордоход чөлөөтэй болсон; мөн ноёрхлоо тэлэх ийм таатай боломжийг алдах аргагүй гэж үзээд, урьдынхаасаа ч илүү асар их цэрэг босгов” гэжээ. Трамп эхлээд өөрийн хаант улсад гарсан нэгэн бослогыг дарах бөгөөд, дараа нь урьд нь ялагдаж байсан үеийнхээсээ илүү том армийг бэлтгэнэ. Илчлэл номын арван нэгдүгээр бүлгийн биелэл болгон, дэлхий дахины глобализмыг төлөөлдөг атеизмын араатан, мөн Ардчилсан болон Бүгд Найрамдах хоёр намын глобалистууд сонгуулийг хулгайлсан 2020 онд Трамп ялагдсан бөгөөд, Тирийн янхны үндсэн төлөөлөгч арми болохын хувьд, Путин Украйныг ялан дийлэхэд энэ нь мөн ялагдал байх болно.</w:t>
      </w:r>
    </w:p>
    <w:p>
      <w:pPr>
        <w:pStyle w:val="ArticleBody"/>
        <w:jc w:val="left"/>
      </w:pPr>
      <w:r>
        <w:rPr>
          <w:rFonts w:ascii="Times New Roman" w:hAnsi="Times New Roman" w:eastAsia="Times New Roman" w:cs="Times New Roman"/>
        </w:rPr>
        <w:t>Бидний авч үзэж буй гурван эшлэлийн доторх гурав дахь эш үзүүллэгийн шугам нь урвагч Протестантизмын шугам бөгөөд энэ нь Маккабейн шугамаар, мөн Антиох Эпифан еврейчүүдэд Грекийн шашныг хүчээр тулгах гэсэн оролдлогын эсрэг тэдний бослогоор төлөөлөгдөнө. Трампын шугам болон урвагч Протестантизмын шугам нь эцэстээ араатны хөрөг дүрээр төлөөлөгдсөн эвэрт нэгдэх хоёр хүчийг төлөөлдөг. Арван гуравдугаар эшлэлээс арван тавдугаар эшлэл хүртэлх хэсэг нь Ням гаргийн хуулинд хүргэх түүхийг илэрхийлдэг бөгөөд урвагч Протестантизм ба урвагч Бүгд Найрамдах үзлийн энэ хоёр шугам нь Ням гаргийн хуулиас өмнө Сүм ба Төрийг нэгтгэн нийлэхдээ эдгээр хоёр хүчний харилцан үйлчлэлийг харуулдаг.</w:t>
      </w:r>
    </w:p>
    <w:p>
      <w:pPr>
        <w:pStyle w:val="ArticleBody"/>
        <w:jc w:val="left"/>
      </w:pPr>
      <w:r>
        <w:rPr>
          <w:rFonts w:ascii="Times New Roman" w:hAnsi="Times New Roman" w:eastAsia="Times New Roman" w:cs="Times New Roman"/>
        </w:rPr>
        <w:t>Өмнөх өгүүллүүдэд бид 1776, 1789, 1798 онуудын огноогоор төлөөлөгдсөн гурван үйл явдлыг—Тусгаар тогтнолын тунхаглал, Үндсэн хууль, мөн Alien and Sedition Acts-ыг—тодорхойлсон бөгөөд эдгээр нь газар дэлхийн араатныг Библийн эш үзүүлгийн зургаа дахь хаант улс болгон эхлүүлсэн үе рүү хүргэсэн хугацааг заадаг. Ийм учраас эдгээр гурван тэмдэглэгээ нь Библийн эш үзүүлгийн зургаа дахь хаант улсын төгсгөл рүү хүргэдэг гурван тэмдэглэгээг мөн төлөөлдөг. Бид 1776 оноос 1798 он хүртэлх хорин хоёр жилийн хугацаа нь нэг зуун дөчин дөрвөн мянгатын тамгалагдах цаг үеийг бэлгэддэг болохыг тогтоосон. Учир нь хорин хоёрын тоо бол Бурханлаг чанар хүний чанартай нэгдэхийн бэлгэдэл юм.</w:t>
      </w:r>
    </w:p>
    <w:p>
      <w:pPr>
        <w:pStyle w:val="ArticleBody"/>
        <w:jc w:val="left"/>
      </w:pPr>
      <w:r>
        <w:rPr>
          <w:rFonts w:ascii="Times New Roman" w:hAnsi="Times New Roman" w:eastAsia="Times New Roman" w:cs="Times New Roman"/>
        </w:rPr>
        <w:t>Бид энэ түүхийг “Үнэн”-ий гарын үсгийг агуулсан гэж тогтоосон. Учир нь эхний ба сүүлийн замын тэмдэг нь тогтоогдсон тусгаар тогтнол болон арилсан тусгаар тогтнолыг тус тус илэрхийлдэг. Гурван замын тэмдэг нь бүгд газрын араатны үндсэн бэлгэ тэмдгийг төлөөлдөг; учир нь тэдгээр нь бүгд Америкийн Нэгдсэн Улсын ярьж буйг төлөөлдөг. Учир нь “үндэстний ярьдаг нь хууль тогтоох болон шүүх эрх мэдлийн үйлдэл мөн.” 1789 он болон Үндсэн хуулийн дунд замын тэмдэг нь арван гурван колониор батлагдсан бөгөөд еврей хэлний “Үнэн” гэх үгийн дунд үсэг нь арван гурав дахь нь юм. Мөн 1776 оноос 1798 он хүртэлх хорин хоёр жил нь еврей цагаан толгойг бүрдүүлдэг хорин хоёр үсэгтэй ч нийцдэг.</w:t>
      </w:r>
    </w:p>
    <w:p>
      <w:pPr>
        <w:pStyle w:val="ArticleBody"/>
        <w:jc w:val="left"/>
      </w:pPr>
      <w:r>
        <w:rPr>
          <w:rFonts w:ascii="Times New Roman" w:hAnsi="Times New Roman" w:eastAsia="Times New Roman" w:cs="Times New Roman"/>
        </w:rPr>
        <w:t>1798 оны Гадаадынхны тухай хууль болон Өдөөн турхиралтын тухай хуулиуд нь Америкийн Нэгдсэн Улс лууны адил ярьж эхэлдэг цэгийг илэрхийлдгийг бид мөн тогтоосон. Даниел арван нэгдүгээр бүлгийн арван гуравнаас арван тавдугаар эшлэл дэх тэрслүү протестантизмын шугамын нэг хэсэг болох, өөрөөр хэлбэл иудейчүүдийн Ромтой байгуулсан холбооны түүх нь араатны дүрс бүрэлдэн тогтох үеийг төлөөлдөг бөгөөд тэрхүү дүрсийн бүрэлдэн тогтолт нь нэг зуун дөчин дөрвөн мянгатын хувьд эцсийн шалгалт мөн. Энэ нь тэд тамгалагдахаасаа өмнө давах ёстой шалгалт юм. Иймээс МЭӨ 161 оноос МЭӨ 158 он хүртэлх иудейчүүдийн холбоо нь нэг зуун дөчин дөрвөн мянгатын тоонд дуудагдагсдын дотор багтах хүмүүсийн хэрэг биелэгдэх тэр шалгалтын ноцтой бүрэлдэхүүн хэсэг мөн.</w:t>
      </w:r>
    </w:p>
    <w:p>
      <w:pPr>
        <w:pStyle w:val="ArticleBody"/>
        <w:jc w:val="left"/>
      </w:pPr>
      <w:r>
        <w:rPr>
          <w:rFonts w:ascii="Times New Roman" w:hAnsi="Times New Roman" w:eastAsia="Times New Roman" w:cs="Times New Roman"/>
        </w:rPr>
        <w:t>МЭӨ 161 оноос МЭӨ 158 он хүртэлх хугацааг иудейчүүдийн холбоогоор бэлгэдэн илэрхийлсэн гэж хүлээн зөвшөөрөх нь түүхийн сургаалд харшилна. Учир нь түүхчид уг холбоо МЭӨ 161 онд болсон гэж заадаг байхад, миллеритүүд МЭӨ 158 онд болсон гэж заасан бөгөөд энэ баримтын талаарх тэдний итгэл үнэмшил нь ариун хоёр зурагт хуудасны аль алинд нь тусгагдсан байдаг.</w:t>
      </w:r>
    </w:p>
    <w:p>
      <w:pPr>
        <w:pStyle w:val="ArticleBody"/>
        <w:jc w:val="left"/>
      </w:pPr>
      <w:r>
        <w:rPr>
          <w:rFonts w:ascii="Times New Roman" w:hAnsi="Times New Roman" w:eastAsia="Times New Roman" w:cs="Times New Roman"/>
        </w:rPr>
        <w:t>Асуулт нь зөвхөн түүхчид иудейчүүдийн холбоог МЭӨ 161 он гэж он цагжуулсанд зөв байсан уу, эсвэл Миллеритүүд МЭӨ 158 оныг тодорхойлсонд зөв байсан уу гэдэгт оршихгүй. Эдгээр хоёр сонголтын аль алинд нь таны сонголттой санал нийлэх нэгэн бүлэг байх болно. Асуудлын гол нь түүхчид ч, Миллеритүүд ч хоёул зөв бөгөөд иудейчүүдтэй байгуулсан холбооны тухай үнэн хэрэгтээ түүхэн дэх боломжит хоёр дан цэгийн аль нэгийг бус, харин тодорхой нэг хугацааг илэрхийлдэг эсэхэд оршино.</w:t>
      </w:r>
    </w:p>
    <w:p>
      <w:pPr>
        <w:pStyle w:val="ArticleBody"/>
        <w:jc w:val="left"/>
      </w:pPr>
      <w:r>
        <w:rPr>
          <w:rFonts w:ascii="Times New Roman" w:hAnsi="Times New Roman" w:eastAsia="Times New Roman" w:cs="Times New Roman"/>
        </w:rPr>
        <w:t>Өмнөх өгүүллүүддээ бид Ром болон иудейчүүдийн холбоо нь МЭӨ 161 оноос МЭӨ 158 он хүртэлх хугацааг илэрхийлдэг бөгөөд уг хугацаа нь араатны дүрийн бүрэлдэн тогтохыг бэлгэдэн дүрслэн үзүүлдэг гэсэн бидний үздэг зөвтгөөгдсөн ариуссан логикийг танилцуулсан билээ. Ийм учраас, иудейчүүдийн Ромтой байгуулсан холбоог цаг хугацааны нэгэн үе гэж хүлээн зөвшөөрөх шийдвэр хүртэл сорилт болж хувирдаг бөгөөд эш үзүүллэгийн тэрхүү утгаар энэ нь араатны дүрийн бүрэлдэн тогтох явдал нь “Бурханы ард түмний хувьд агуу сорилт” байдаг гэсэн баримттай нийцдэг.</w:t>
      </w:r>
    </w:p>
    <w:p>
      <w:pPr>
        <w:pStyle w:val="ArticleBody"/>
        <w:jc w:val="left"/>
      </w:pPr>
      <w:r>
        <w:rPr>
          <w:rFonts w:ascii="Times New Roman" w:hAnsi="Times New Roman" w:eastAsia="Times New Roman" w:cs="Times New Roman"/>
        </w:rPr>
        <w:t>Иймд МЭӨ 158 он нь Маккавейчууд хэмээн нэрлэгддэг урвагч иудейчүүдийн хоорондын холбоо Ромтой баттай тогтсон үеийг заадаг бөгөөд тийнхүү Ням гаргийн хуулийг бэлгэдэн төлөөлдөг. Учир нь Библи: «Хоёр хүн санал нэг биш атлаа хамтдаа явж чадах уу?» хэмээн уран асуулт тавьдаг. МЭӨ 158 он нь урвагч Протестантизм папын эрх мэдэлтэй хаана, хэзээ гар барин нэгдсэнийг заадаг бөгөөд МЭӨ 161 онд эхэлж МЭӨ 158 он руу хүргэсэн тэр үе нь араатны дүрийн бүрэлдэхүйг төлөөлж буй цаг хугацааны хугацааг заадаг. Энэ хугацаа нь урвагч Протестантизм урвагч Бүгд Найрамдах үзэлтэнтэй нэгдэх үеийг зааж байгааг танин мэдэх нь нэн чухал юм. Эдгээр хоёр урвагч хүч хоёулаа арван гуравдугаар эшлэлээс арван тавдугаар эшлэлд дүрслэгдсэн байдаг тул тэд зарим ижил замын тэмдэглэгээг хуваалцдаг.</w:t>
      </w:r>
    </w:p>
    <w:p>
      <w:pPr>
        <w:pStyle w:val="ArticleBody"/>
        <w:jc w:val="left"/>
      </w:pPr>
      <w:r>
        <w:rPr>
          <w:rFonts w:ascii="Times New Roman" w:hAnsi="Times New Roman" w:eastAsia="Times New Roman" w:cs="Times New Roman"/>
        </w:rPr>
        <w:t>1776, 1789, 1798 онуудыг 2001 оны 9 дүгээр сарын 11-ний өдрийг бэлгэдэн дүрслэгч хэмээн хэрэглэх нь зөв бөгөөд, үүний дараа 2021 оны 1 дүгээр сарын 6-тай холбоотой хуурамч далбааны хөдөлгөөний Пелосигийн шүүх ажиллагаанууд, мөн Ням гаргийн хуулинд хүргэдэг Байдены хулгайлагдсан сонгуулийн тангараг өргөх үеийг дагана. Энэхүү хэрэглээнд 2001 оны Патриот акт нь Тусгаар тогтнолын тунхаглалтай нийцэн, тусгаар тогтнолыг зайлуулахын эхлэлийг тодорхойлох нэгэн замын тэмдэг болдог. Дараа нь Үндсэн хуулийн соёрхон баталсантай дүйцэх Пелоси ба Шиффийн хуурамч шүүх нь хоёр дахь замын тэмдэг болж, улмаар Үндсэн хуулийг хүчингүй болгохын эхлэлийг бэлгэдэн дүрсэлдэг; үүний дараа Гадаадынхан ба Үймээн самууны тухай хуулиуд нь Америкийн Нэгдсэн Улс луу шиг ярьж байгааг төлөөлөх гурав дахь замын тэмдэг болно. Эдгээр замын тэмдгүүдийг ийм байдлаар хэрэглэх нь Маккавейчуудаар төлөөлөгдсөн урвагч протестантизмын замын тэмдгүүдийг тодорхойлох явдал мөн.</w:t>
      </w:r>
    </w:p>
    <w:p>
      <w:pPr>
        <w:pStyle w:val="ArticleBody"/>
        <w:jc w:val="left"/>
      </w:pPr>
      <w:r>
        <w:rPr>
          <w:rFonts w:ascii="Times New Roman" w:hAnsi="Times New Roman" w:eastAsia="Times New Roman" w:cs="Times New Roman"/>
        </w:rPr>
        <w:t>Өөр нэг түвшинд, гурван замын тэмдэгтийг урвасан Бүгд Найрамдах үзэлтэй холбон тодорхойлох нь арай өөр хэрэглээг бий болгодог. 2001 оны 9 дүгээр сарын 11 нь 1776 онтой нийцдэг, харин урвасан Бүгд Найрамдах үзлийн хувьд 1789 он нь Alien and Sedition Acts-тай нийцэж, тэдгээр “acts”-ыг луугийн ярих үйлээс, өөрөөр хэлбэл Ням гаргийг албадан сахиулах явдлаар төлөөлөгдсөн зүйлээс ялган тогтоодог. Хоёр шугамыг араатны дүрийн шалгалтын хүрээнд хамтад нь авч үзвэл, тэдгээр нь араатны дүрийг босгон байгуулах эш үзүүллэгийн бүтцийг бүрдүүлдэг бөгөөд Бурханы ард түмний хувьд агуу сорилт нь араатны дүрийн бүрэлдэн тогтох явдал мөн. Бурханы ард түмний хувьд, араатны дүрийн бүрэлдэн тогтох явдал нь улс төр, шашны ертөнцөд буй тэрхүү бүрэлдлийг эцсийн өдрүүдийн хүмүүс танин мэдэхийн тулд, эхлээд Бурханы Үгэнд хэрхэн дүрслэгдсэн (бүрэлдүүлэгдсэн) байдлаар нь танигдсан байх ёстой.</w:t>
      </w:r>
    </w:p>
    <w:p>
      <w:pPr>
        <w:pStyle w:val="ArticleBody"/>
        <w:jc w:val="left"/>
      </w:pPr>
      <w:r>
        <w:rPr>
          <w:rFonts w:ascii="Times New Roman" w:hAnsi="Times New Roman" w:eastAsia="Times New Roman" w:cs="Times New Roman"/>
        </w:rPr>
        <w:t>Тэгвэл 2021 оны 1 дүгээр сарын 6-ны Пэлосигийн шүүлтүүд Харь гаргийнхан ба Үймээн самууны тухай хуулиудтай хэрхэн нийцэж болох вэ? Пэлосигийн шүүлтүүд нь даяаршлыг өдөөсөн баян ерөнхийлөгчийг саяхан хөнөөсөн ёроолгүй ангалын араатны тэмдэглэлт баярыг илэрхийлдэг. Тэрхүү баяр тэмдэглэлийн түүх Байдены тангараг өргөх үеэс эхэлсэн бөгөөд Трампын хоёр дахь тангараг өргөх ёслолоор төгсөх нэгэн үеийг төлөөлдөг. Трамп ерөнхийлөгчийн төлөө гурван удаа нэр дэвшиж өрсөлддөг бөгөөд эхний болон сүүлийн удаад тэр ялдаг, харин дундах удаад нь түүний ялалтыг Судар худал хуурмагийн эцэг хэмээн тодорхойлдог хүч булаан авсан гэдгийг тэмдэглэх нь зүйтэй. Хулгайлагдсан сонгуулиас эхэлсэн Пэлосигийн шүүлтүүд нь 2025 оны 1 дүгээр сарын 20-нд Трамп тангараг өргөх үед эхлэх өшөө авалтын Пэлосигийн шүүлтүүдийн хоёр дахь цогцыг заадаг.</w:t>
      </w:r>
    </w:p>
    <w:p>
      <w:pPr>
        <w:pStyle w:val="ArticleBody"/>
        <w:jc w:val="left"/>
      </w:pPr>
      <w:r>
        <w:rPr>
          <w:rFonts w:ascii="Times New Roman" w:hAnsi="Times New Roman" w:eastAsia="Times New Roman" w:cs="Times New Roman"/>
        </w:rPr>
        <w:t>Жо Байдены ерөнхийлөгчийн бүрэн эрхийн хугацааны үе нь Пелосигийн шүүлтүүдийн цуваагаар эхэлж, мөн Пелосигийн шүүлтүүдийн цуваагаар төгсөнө. Аль аль нь улс төрийн шүүлтүүд мөн боловч, хоёр дахь багц шүүлтэд яллагдагсад нь эхний шүүлтүүдийг удирдан явуулсан хүмүүс юм. Трампын хоёр дахь тангараг өргөх ёслол дээр МЭӨ 164 он тэмдэглэгддэг. Трампын хоёр дахь тангараг өргөх ёслол нь МЭӨ 164 оноор хэв шинжлэгддэг бөгөөд Иудейн сүмийг дахин ариусгасан явдал нь улс төрийн сүмийг хоёр дахь удаагаа дахин зориулсныг төлөөлдөг.</w:t>
      </w:r>
    </w:p>
    <w:p>
      <w:pPr>
        <w:pStyle w:val="ArticleBody"/>
        <w:jc w:val="left"/>
      </w:pPr>
      <w:r>
        <w:rPr>
          <w:rFonts w:ascii="Times New Roman" w:hAnsi="Times New Roman" w:eastAsia="Times New Roman" w:cs="Times New Roman"/>
        </w:rPr>
        <w:t>Тэр нь яг Антиох Эпифан нас барсан он байсан бөгөөд тэрээр Грекийн шашны зан үйлүүдийг иудейчүүдэд тулган хэрэгжүүлсэн хүч байсан тул МЭӨ 167 оны Маккавейн бослогыг өдөөсөн юм. 2025 онд Трампын хоёр дахь тангараг өргөх ёслолын үеэр Грекийн шашин (даяаршил) АНУ-д бүрэн номхруулагдах бөгөөд сүм ба төрийг нэгтгэх ажлыг урагшлуулахын тулд сатаны гайхамшгууд хүч өгч эхэлнэ. Тэр үед Трамп Гадаадынхан ба Үймээн самууны тухай хуулиудтай дүйцэхүйц гүйцэтгэх захирамжуудад гарын үсэг зурж, ингэснээр араатны дүрийн бүрэлдэн тогтож эхлэхийн (МЭӨ 161 он) эхлэлийг тэмдэглэх бөгөөд тэрээр Пелосигийн Шүүхүүдийн хоёр дахь цувралыг эхлүүлнэ. Гадаадынхан ба Үймээн самууны тухай хуулиуд нь араатны дүр бүрэлдэн тогтох үеийн эхлэлийг тэмдэглэдэг бөгөөд тэр үе нь МЭӨ 158 оноор бэлгэдэгдсэнчлэн Ням гаргийн хуулиар төгсөнө.</w:t>
      </w:r>
    </w:p>
    <w:p>
      <w:pPr>
        <w:pStyle w:val="ArticleBody"/>
        <w:jc w:val="left"/>
      </w:pPr>
      <w:r>
        <w:rPr>
          <w:rFonts w:ascii="Times New Roman" w:hAnsi="Times New Roman" w:eastAsia="Times New Roman" w:cs="Times New Roman"/>
        </w:rPr>
        <w:t>Ингэснээр араатны хөрөг бүрэлдэх үе нь Трампыг үндсэн урсгалын хэвлэл мэдээллийг хаах, хууль бусаар оршин суугч гадаадын иргэдийг албадан гаргах, мөн Ардчилсан намын хуйвалдаанд оролцсон хүмүүсийг баривчлан шүүхэд шилжүүлэх боломж олгох “үйлдлүүд”-ээр эхэлдэг. Тэр үеийн эхлэл нь Трампаас авчирсан улс төрийн хавчлагыг тэмдэглэдэг бөгөөд төгсгөл нь шашны хавчлагаар дуусдаг.</w:t>
      </w:r>
    </w:p>
    <w:p>
      <w:pPr>
        <w:pStyle w:val="ArticleBody"/>
        <w:jc w:val="left"/>
      </w:pPr>
      <w:r>
        <w:rPr>
          <w:rFonts w:ascii="Times New Roman" w:hAnsi="Times New Roman" w:eastAsia="Times New Roman" w:cs="Times New Roman"/>
        </w:rPr>
        <w:t>Энэ утгаараа 1789 он болон Үндсэн хуулийн дунд замын тэмдэг нь 2021 оны Пелосигийн шүүлтүүд мөн бөгөөд эдгээр нь эхэнд байсан түүхтэй адилхан түүхээр төгсөх нэгэн үеийг төлөөлдөг; харин Пелосигийн шүүлтүүдийн сүүлчийн багц нь одоо яллагдаж, хоригдож буй хүмүүсийн хувьд улс төрийн урвуу эргэлт юм. Урвасан протестантизмын шугам дахь хоёр дахь замын тэмдэг нь Жо Байдены ерөнхийлөгчийн бүрэн эрхийн хугацааг хамарсан Пелосигийн шүүлтүүд бөгөөд тэр үе нь 2025 оны 1 дүгээр сард төгсөнө. Тэр үед урвасан Бүгд Найрамдах үзлийн шугам дахь 1789 оны замын тэмдэг 2025 оны 1 дүгээр сарын 20-нд, Трампын хоёр дахь тангараг өргөсний дараа даруй гарсан гүйцэтгэх захирамжуудын хамт ирнэ. Тэр нь үндэстэн луу мэт өгүүлэх (Гадаадынхан болон Өдөөн турхиралтын тухай хуулиуд) нэгэн үеийг эхлүүлж, улмаар үндэстэн луу мэт өгүүлдэг Ням гаргийн хуульд хүргэнэ. Тэр хугацаанд 1789 оноор төлөөлөгдсөн Үндсэн хууль аажмаар няцаагдана.</w:t>
      </w:r>
    </w:p>
    <w:p>
      <w:pPr>
        <w:pStyle w:val="ArticleBody"/>
        <w:jc w:val="left"/>
      </w:pPr>
      <w:r>
        <w:rPr>
          <w:rFonts w:ascii="Times New Roman" w:hAnsi="Times New Roman" w:eastAsia="Times New Roman" w:cs="Times New Roman"/>
        </w:rPr>
        <w:t>Трампын хоёр дахь тангараг өргөх ёслол дээр тэрээр долоон хаадаас гарсан найм дахь ерөнхийлөгч болдог бөгөөд араатны дүрс байгуулагдах явдал нь Протестантизм ба Бүгд Найрамдах намын урвалт эвэрнүүд хэрхэн нэг эвэр болон нэгдэж, энэ харилцаанд Протестантууд хяналтыг гартаа авч байгааг тодорхойлдог. Яг тэрхүү түүхэн үед нэг зуун дөчин дөрвөн мянга болохоор дуудагдсан хүмүүс удахгүй ирэх Ням гаргийн хуулийн үед жинхэнэ Протестантизмын эвэр болгон өргөгдөхөөсөө өмнө лацлагддаг.</w:t>
      </w:r>
    </w:p>
    <w:p>
      <w:pPr>
        <w:pStyle w:val="ArticleBody"/>
        <w:jc w:val="left"/>
      </w:pPr>
      <w:r>
        <w:rPr>
          <w:rFonts w:ascii="Times New Roman" w:hAnsi="Times New Roman" w:eastAsia="Times New Roman" w:cs="Times New Roman"/>
        </w:rPr>
        <w:t>Хаагдах хугацаа төгсөхийн яг өмнө лац нь тайлагддаг, Есүс Христийн Илчлэл болох лацдах мэдээ нь эцсийн өдрүүдэд хамаарах Даниелын тэр хэсэг мөн. Ийнхүү лац нь тайлагдах тэр хэсэг нь Даниел 11:40-ийн нууцлаг түүх бөгөөд 13–15-р эшлэлүүд тэрхүү нууц түүхтэй нийцдэг. Иймээс, хаагдах хугацаа төгсөхийн яг өмнө лац нь тайлагддаг, Небухаднезарын араатнуудын дүрсний нууц эш үзүүллэгийн мэдээгээр хэв шинжлэгдсэн тэрхүү мэдээ нь 13–15-р эшлэлд Маккаби ба Антиох III-аар төлөөлөгдсөн Протестантизм ба Бүгд Найрамдах үзлийн тэрслэгч эвэрнүүдийн хоёр савааг нэгтгэх тухай яг тэр мэдээ мөн.</w:t>
      </w:r>
    </w:p>
    <w:p>
      <w:pPr>
        <w:pStyle w:val="ArticleBody"/>
        <w:jc w:val="left"/>
      </w:pPr>
      <w:r>
        <w:rPr>
          <w:rFonts w:ascii="Times New Roman" w:hAnsi="Times New Roman" w:eastAsia="Times New Roman" w:cs="Times New Roman"/>
        </w:rPr>
        <w:t>Араатны дүр төрх бүрэлдэхийг тодорхойлдог энэхүү мэдээ нь жинхэнэ протестант эврийг лацдан баталгаажуулдаг ариуслыг дамжуулдаг мэдээ мөн.</w:t>
      </w:r>
    </w:p>
    <w:p>
      <w:pPr>
        <w:pStyle w:val="ArticleBody"/>
        <w:jc w:val="left"/>
      </w:pPr>
      <w:r>
        <w:rPr>
          <w:rFonts w:ascii="Times New Roman" w:hAnsi="Times New Roman" w:eastAsia="Times New Roman" w:cs="Times New Roman"/>
        </w:rPr>
        <w:t>Арван дөрөвдүгээр зүйлд, МЭӨ 200 онд, Египетийн шинэ нялх хааныг хамгаалахаар босож ирсэн харь үндэстэн Ром анх удаа эш үзүүллэгийн өгүүлэмжид орж ирдэг; учир нь Египетийн эсрэг Антиох III болон Македоны Филиппийн байгуулсан холбоо бий болсон байв. Тэр жил Антиох III Птолемей V-ийн эсрэг Паниумын тулалдааныг явуулсан. Чиний ард түмний дээрэмчдийн, үзэгдлийг тогтоогчдын тухай танилцуулга, Антиох ба Филиппийн хоорондын холбоо, мөн Паниумын тулалдаан — энэ бүхэн тэр жил болсон. Иймээс энэхүү замын тэмдэг нь газрын араатны Бүгд Найрамдах эвэрийг бэлгэдэгч Антиох болон эртний Грекийн нэр болох Македоны Филипп, Нэгдсэн Үндэстний Байгууллагыг бэлгэдэгч хоёрын хоорондын холбоог заан тэмдэглэж байна.</w:t>
      </w:r>
    </w:p>
    <w:p>
      <w:pPr>
        <w:pStyle w:val="ArticleBody"/>
        <w:jc w:val="left"/>
      </w:pPr>
      <w:r>
        <w:rPr>
          <w:rFonts w:ascii="Times New Roman" w:hAnsi="Times New Roman" w:eastAsia="Times New Roman" w:cs="Times New Roman"/>
        </w:rPr>
        <w:t>Зөгнөлийн түвшинд Панийн тулалдааны үеэр луу (Македон) ба хуурамч эш үзүүлэгч (АНУ)-ийн хооронд холбоо байгуулагддаг. Энэ холбооны цаад сэдэл нь Египетийн эзэмшлийг хуваан авах явдал байсан бөгөөд энэ нь нуран унаж буй Оросыг төлөөлөх болно.</w:t>
      </w:r>
    </w:p>
    <w:p>
      <w:pPr>
        <w:pStyle w:val="ArticleBody"/>
        <w:jc w:val="left"/>
      </w:pPr>
      <w:r>
        <w:rPr>
          <w:rFonts w:ascii="Times New Roman" w:hAnsi="Times New Roman" w:eastAsia="Times New Roman" w:cs="Times New Roman"/>
        </w:rPr>
        <w:t>Есүс Өөрийн шавь нарыг Паниумд аваачих үед тэр газар тухайн үед Кесари Филиппи хэмээн нэрлэгдэж байв. Агуу Херодын ач хүү Херод Филиппи уг хотыг сэргээн босгох ажлыг гүйцэлдүүлж, Цезарь Август болон өөрийн нэрээр нэрлэснээр Кесари Филиппи болсон юм. Тэдний харилцаа нь Ромыг Ромтой нь төлөөлдөг боловч, Филиппи нь Цезарьтай харьцуулахад бага Ром бөгөөд эш үзүүллэгийн түвшинд Херод Филиппи нь Херодиагийн охин Саломег төлөөлдөг. Иймээс Кесари Филиппи гэх нэрэнд Херод Филиппи нь хуурамч эш үзүүлэгчийг, харин Цезарь нь папын засаглалыг төлөөлж байгааг бид хардаг.</w:t>
      </w:r>
    </w:p>
    <w:p>
      <w:pPr>
        <w:pStyle w:val="ArticleBody"/>
        <w:jc w:val="left"/>
      </w:pPr>
      <w:r>
        <w:rPr>
          <w:rFonts w:ascii="Times New Roman" w:hAnsi="Times New Roman" w:eastAsia="Times New Roman" w:cs="Times New Roman"/>
        </w:rPr>
        <w:t>Иймээс Паниумын эш үзүүллэгийн түүх нь хоёр холбоог дүрслэн үзүүлдэг: нэгэнд нь хуурамч эш үзүүлэгч (Трамп) луу (Нэгдсэн Үндэстний Байгууллага)-тай гар барин нэгддэг, нөгөөд нь хуурамч эш үзүүлэгч (Трамп) папын засаглал (Цезарь)-тай гар барин нэгддэг. Арван зургаадугаар зүйлд Ням гаргийн хууль дүрслэгдсэн бөгөөд тэнд л гуравласан холбоо хэрэгждэг; харин энэ зохион байгуулалт үнэн хэрэгтээ Ням гаргийн хуулиас өмнө, арван тавдугаар зүйл болон Паниумын тулалдаанд аль хэдийн тогтоогдсон байв.</w:t>
      </w:r>
    </w:p>
    <w:p>
      <w:pPr>
        <w:pStyle w:val="ArticleScripture"/>
        <w:jc w:val="left"/>
      </w:pPr>
      <w:r>
        <w:rPr>
          <w:rFonts w:ascii="Times New Roman" w:hAnsi="Times New Roman" w:eastAsia="Times New Roman" w:cs="Times New Roman"/>
        </w:rPr>
        <w:t>“Бурханы хуулийг зөрчин Папын засаглалыг тогтоох зарлиг хэрэгжсэнээр, манай үндэстэн өөрийгөө зөвт байдлаас бүрэн таслан салгах болно. Протестантизм ангал дээгүүр гараа сунган Ромын эрх мэдлийн гарыг атгах үед, тэрээр гүн ангал дээгүүр хүрч Спиритизмтай гар барих үед, энэ гурвалсан нэгдлийн нөлөөн дор манай улс өөрийн Үндсэн хуулийн протестант болон бүгд найрамдах засаглал болох бүх зарчмыг няцааж, папын худал сургаал ба мэхлэлтийг түгээн дэлгэрүүлэхэд зориулан арга хэмжээ авах үед, тэгвэл Сатаны гайхамшигт үйл ажиллагааны цаг ирснийг, мөн төгсгөл ойрхон байгааг бид мэдэж болно.” Testimonies, 5-р боть, 451.</w:t>
      </w:r>
    </w:p>
    <w:p>
      <w:pPr>
        <w:pStyle w:val="ArticleBody"/>
        <w:jc w:val="left"/>
      </w:pPr>
      <w:r>
        <w:rPr>
          <w:rFonts w:ascii="Times New Roman" w:hAnsi="Times New Roman" w:eastAsia="Times New Roman" w:cs="Times New Roman"/>
        </w:rPr>
        <w:t>Бид энэ судалгааг дараагийн өгүүлэлдээ үргэлжлүүлнэ.</w:t>
      </w:r>
    </w:p>
    <w:p>
      <w:pPr>
        <w:pStyle w:val="ArticleScripture"/>
        <w:jc w:val="left"/>
      </w:pPr>
      <w:r>
        <w:rPr>
          <w:rFonts w:ascii="Times New Roman" w:hAnsi="Times New Roman" w:eastAsia="Times New Roman" w:cs="Times New Roman"/>
        </w:rPr>
        <w:t>“Илчлэл гэдэг нь шинэ ямар нэгэн зүйлийг бүтээх буюу зохион олох явдал биш, харин илчлэгдэх хүртлээ хүмүүнд үл мэдэгдэж байсан зүйлийн илэрхийлэл мөн. Сайн мэдээнд агуулагддаг агуу бөгөөд мөнхийн үнэнүүд нь хичээнгүйгээр эрэн хайхуй болон Бурханы өмнө өөрсдийгөө даруу болгохуйгаар илчлэгддэг. Тэнгэрлэг Багш үнэнийг даруугаар эрэгчийн оюун ухааныг удирддаг; мөн Ариун Сүнсний удирдамжаар Үгийн үнэнүүд түүнд мэдэгддэг. Ийм байдлаар удирдуулахуйгаас илүү баттай, үр нөлөөтэй мэдлэгийн зам гэж үгүй. Аврагчийн амлалт нь: ‘Үнэний Сүнс, тэр ирэхэд, та нарыг бүх үнэн уруу удирдана’ хэмээсэн билээ. Бурханы Үгийг бидэнд ойлгуулагч нь Ариун Сүнсний хүртээл юм.”</w:t>
      </w:r>
    </w:p>
    <w:p>
      <w:pPr>
        <w:pStyle w:val="ArticleScripture"/>
        <w:jc w:val="left"/>
      </w:pPr>
      <w:r>
        <w:rPr>
          <w:rFonts w:ascii="Times New Roman" w:hAnsi="Times New Roman" w:eastAsia="Times New Roman" w:cs="Times New Roman"/>
        </w:rPr>
        <w:t>“Дуулалч ийнхүү бичжээ: ‘Залуу хүн зам мөрөө юугаар ариун байлгах вэ? Таны үгийн дагуу түүнд анхаарал тавьснаар. Би Таныг бүх зүрхээрээ эрэн хайсан: Өөрийн тушаалуудаас минь бүү төөрүүлээч.... Миний нүдийг нээгээч, тэгвэл би Таны хуулиас гайхамшигт зүйлсийг үзэх болно.’</w:t>
      </w:r>
    </w:p>
    <w:p>
      <w:pPr>
        <w:pStyle w:val="ArticleScripture"/>
        <w:jc w:val="left"/>
      </w:pPr>
      <w:r>
        <w:rPr>
          <w:rFonts w:ascii="Times New Roman" w:hAnsi="Times New Roman" w:eastAsia="Times New Roman" w:cs="Times New Roman"/>
        </w:rPr>
        <w:t>“Бидэнд үнэнийг далд эрдэнэс мэт эрж хайхыг сануулсан байдаг. Эзэн үнэнийг үнэнээсээ эрэгчийн ойлголтыг нээдэг; мөн Ариун Сүнс түүнд илчлэлтийн үнэнүүдийг ухааран барьж авах боломж олгодог. Дуучин өөрийн нүд нээгдэж, хуулиас гайхамшигт зүйлсийг үзэх болтугай хэмээн гуйхдаа үүгээр л үүнийг хэлсэн юм. Сэтгэл нь Есүс Христийн төгс төгөлдөр чанаруудын төлөө цангасан үед оюун ухаан нь илүү сайн ертөнцийн сүр жавхланг ухааран барьж авах чадвартай болдог. Зөвхөн Тэнгэрлэг Багшийн тусламжаар л бид Бурханы Үгийн үнэнүүдийг ойлгож чадна. Христийн сургуульд бид номхон дөлгөөн бөгөөд даруу байхыг сурдаг, учир нь тэнд бидэнд бурханлаг байдлын нууцуудыг ойлгох ойлголт өгөгддөг.”</w:t>
      </w:r>
    </w:p>
    <w:p>
      <w:pPr>
        <w:pStyle w:val="ArticleScripture"/>
        <w:jc w:val="left"/>
      </w:pPr>
      <w:r>
        <w:rPr>
          <w:rFonts w:ascii="Times New Roman" w:hAnsi="Times New Roman" w:eastAsia="Times New Roman" w:cs="Times New Roman"/>
        </w:rPr>
        <w:t>“Үгийг сүнслүүлэн өгөгч нь Үгийн жинхэнэ тайлбарлагч байсан билээ. Христ сонсогчдынхоо анхаарлыг байгалийн энгийн хуулиуд болон тэдний өдөр бүр харж, гардан хэрэглэдэг танил зүйлсэд хандуулснаар Өөрийн сургаалыг тодруулан үзүүлсэн. Ийнхүү Тэр тэдний оюун санааг байгалийнхаас сүнслэг рүү хөтөлсөн юм. Олон хүн Түүний сургаалт зүйрлэлүүдийн утгыг тэр даруйд нь ухааран ойлгож чадсангүй; харин Агуу Багшийн сүнслэг үнэнүүдтэй холбон үзүүлсэн тэр зүйлстэй өдөр өдрөөр учран харьцсаар байхдаа, зарим нь Түүний сэтгэлд нь гүн бат суулгахыг зорьсон тэнгэрлэг үнэний сургамжийг ялган ойлгож, Түүний үйлчлэлийн үнэнд итгэн үнэмшиж, сайн мэдээнд хөрвөн орсон юм.” Sabbath School Worker, December 1, 1909.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Ерэн Хоёрдугаар Хэсэг</dc:title>
  <dc:subject>Нууцлагдсан түүхийг илчлэх нь: Даниел 11-ээс үзэгдэх эш үзүүллэгийн уялдаа ба 144,000-ын лацдалт</dc:subject>
  <dc:creator>Jeff Pippenger</dc:creator>
  <cp:keywords/>
  <dc:description>Generated by ArticleDigger from daniel\192_daniel.json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