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Гурав</w:t>
      </w:r>
    </w:p>
    <w:p>
      <w:pPr>
        <w:pStyle w:val="ArticleSubtitle"/>
        <w:jc w:val="left"/>
      </w:pPr>
      <w:r>
        <w:rPr>
          <w:rFonts w:ascii="Arial" w:hAnsi="Arial" w:eastAsia="Arial" w:cs="Arial"/>
        </w:rPr>
        <w:t>Эцсийн цагийн илчлэлт: Оросын хувь заяанаас Трампын эргэн ирэлт хүртэл, мөн араатны дүр төрх бүрэлдэн тогтох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Ойрын ирээдүйд Орос улс Украин дахь дайныг ялалтаар төгсгөх бөгөөд тэр ялалт нь Путин болон Оросын төгсгөлийн эхлэл болох нь батлагдана. Горбачёв өөрийн эзэнт гүрнийг дахин зохион байгуулж (перестройка), улмаар Нэгдсэн Үндэстний Байгууллага руу очсон шиг, улс төрийн Орос нь Нэгдсэн Үндэстний Байгууллагын эрх мэдэлд захирагдах бөгөөд шашны Орос нь папын засаглалын хяналтад орно. Трамп 2024 онд сонгогдож, глобалист Ардчилсан намынхан болон өөрсдийгөө Бүгд Найрамдах намынхан хэмээн тунхаглагч глобалистуудыг дийлж, Путин болон Оросын мөхлөөс үүдэн гарах үр дагаврыг зохицуулах зорилгоор Нэгдсэн Үндэстний Байгууллагын глобалистуудтай холбоо байгуулна. Дараа нь Тирийн янхан Оросын төлөө өмгөөлөн оролцоно.</w:t>
      </w:r>
    </w:p>
    <w:p>
      <w:pPr>
        <w:pStyle w:val="ArticleBody"/>
        <w:jc w:val="left"/>
      </w:pPr>
      <w:r>
        <w:rPr>
          <w:rFonts w:ascii="Times New Roman" w:hAnsi="Times New Roman" w:eastAsia="Times New Roman" w:cs="Times New Roman"/>
        </w:rPr>
        <w:t>Паниумын тулалдаанд дөчдүгээр эшлэлийн гурван тулалдааны эхнийхний түүх давтагддаг. 1989 онд Зөвлөлт Холбоот Улс нуран унаснаар дүрслэгдсэн эхний тулалдаанд сүүлийн найман ерөнхийлөгчийн эхнийх нь папын засаглалын төлөөлөх арми болж үйлчилсэн. Тэрхүү анхны ерөнхийлөгч Бүгд Найрамдах намын хүн байсан нь сүүлчийнх нь мөн Бүгд Найрамдах намын ерөнхийлөгч байхыг дохиолдог. Анхны ерөнхийлөгч төмөр хөшигний ханын тухай хэлсэн үг, уриагаараа танигдсан бөгөөд эш үзүүллэгийн замын тэмдэг болох тэрхүү хана 1989 оны 11 дүгээр сарын 9-нд Берлиний хана нуран унахад буусан юм. Сүүлчийн Бүгд Найрамдах намын ерөнхийлөгч АНУ-ын өмнөд хил дээрх ханын тухай хэлсэн үг, уриагаараа танигдах бөгөөд Трампын ханыг барих тухай гэрчлэлийг тэмдэглэх замын тэмдэг нь Сүм ба төрийн хоорондын бэлгэдэлт “тусгаарлах хана” зайлуулагдах Ням гаргийн хууль байх болно.</w:t>
      </w:r>
    </w:p>
    <w:p>
      <w:pPr>
        <w:pStyle w:val="ArticleBody"/>
        <w:jc w:val="left"/>
      </w:pPr>
      <w:r>
        <w:rPr>
          <w:rFonts w:ascii="Times New Roman" w:hAnsi="Times New Roman" w:eastAsia="Times New Roman" w:cs="Times New Roman"/>
        </w:rPr>
        <w:t>Тэрхүү анхны ерөнхийлөгч нь хурц тод ярих чадвар, хошин мэдрэмжээрээ алдартай байсан хэвлэл мэдээллийн салбарын хуучин од байв. Сүүлчийн ерөнхийлөгч нь мөн хурц тод ярих чадвар, хошин мэдрэмжээрээ алдартай байсан хэвлэл мэдээллийн салбарын хуучин од мөн. 1989 он Зөвлөлт Холбоот Улс хэмээн нэрлэгдсэн эзэнт гүрний задралыг тэмдэглэсэн бөгөөд дөчдүгээр эшлэлийн гурван тулааны сүүлчийнх нь Орос хэмээн нэрлэгдсэн эзэнт гүрний задралыг төлөөлдөг.</w:t>
      </w:r>
    </w:p>
    <w:p>
      <w:pPr>
        <w:pStyle w:val="ArticleBody"/>
        <w:jc w:val="left"/>
      </w:pPr>
      <w:r>
        <w:rPr>
          <w:rFonts w:ascii="Times New Roman" w:hAnsi="Times New Roman" w:eastAsia="Times New Roman" w:cs="Times New Roman"/>
        </w:rPr>
        <w:t>Паниумын тулалдаан нь дөчдүгээр эшлэлийн гурав дахь бөгөөд сүүлчийн тулалдаан бөгөөд эхний тулалдаанаар бэлгэдэгдсэн юм. Эхний тулалдаан дуусахад бүх дэлхий ертөнц дээрх цорын ганц их гүрэн нь Америкийн Нэгдсэн Улс мөн гэдгийг хүлээн зөвшөөрсөн. Тэрхүү дэлхий дахины ноёрхол сүүлчийн тулалдааны төгсгөлд давтагдах болно. Учир нь тэнд, Антиох III ба Македоны Филиппийн хооронд байгуулагдсан холбоог (Америкийн Нэгдсэн Улс ба Нэгдсэн Үндэстний Байгууллага) үл харгалзан, Америкийн Нэгдсэн Улс (хуурамч эш үзүүлэгч) арван хаадын (луу—Нэгдсэн Үндэстний Байгууллага) дундах тэргүүлэх хаан болон тогтоогдох болно.</w:t>
      </w:r>
    </w:p>
    <w:p>
      <w:pPr>
        <w:pStyle w:val="ArticleBody"/>
        <w:jc w:val="left"/>
      </w:pPr>
      <w:r>
        <w:rPr>
          <w:rFonts w:ascii="Times New Roman" w:hAnsi="Times New Roman" w:eastAsia="Times New Roman" w:cs="Times New Roman"/>
        </w:rPr>
        <w:t>Дөчин дэх эшлэлийн гурван тулалдаан нь “Үнэн”-ий тамгыг агуулдаг. Учир нь эхнийх нь сүүлийнхийг төлөөлдөг бөгөөд дундах тулалдаан нь бослогыг төлөөлдөг. Ялалт байгуулсан эхний бөгөөд сүүлийн төлөөлөгч арми (Америкийн Нэгдсэн Улс) дийлдэг, харин хоёр дахь төлөөлөгч арми ялагддаг. Тэр хоёр дахь төлөөлөгч арми нь Назизм бөгөөд бослогын дэлхий нийтийн бэлгэдэл мөн.</w:t>
      </w:r>
    </w:p>
    <w:p>
      <w:pPr>
        <w:pStyle w:val="ArticleBody"/>
        <w:jc w:val="left"/>
      </w:pPr>
      <w:r>
        <w:rPr>
          <w:rFonts w:ascii="Times New Roman" w:hAnsi="Times New Roman" w:eastAsia="Times New Roman" w:cs="Times New Roman"/>
        </w:rPr>
        <w:t>Доналд Трампын улс төрийн гурван кампанит ажил нь “Үнэн”-ий гарын үсгийг агуулдаг. Учир нь тэр эхний болон сүүлчийн кампанит ажлуудаараа сонгуульд ялдаг боловч дундах кампанит ажилдаа луугийн хүч болох бурхангүй үзлийн араатны гараар ялагддаг. Энэ нь Еврей цагаан толгойн арван гурав дахь үсгээр төлөөлөгддөг тэрслүү байдлын бэлгэдэл бөгөөд уг үсэг нь эхний болон сүүлчийн үсэгтэй хамт тавигдах үед Еврей хэлний “Үнэн” хэмээх үгийг бүрдүүлдэг.</w:t>
      </w:r>
    </w:p>
    <w:p>
      <w:pPr>
        <w:pStyle w:val="ArticleBody"/>
        <w:jc w:val="left"/>
      </w:pPr>
      <w:r>
        <w:rPr>
          <w:rFonts w:ascii="Times New Roman" w:hAnsi="Times New Roman" w:eastAsia="Times New Roman" w:cs="Times New Roman"/>
        </w:rPr>
        <w:t>Даниелын арван нэгдүгээр бүлгийн аравдугаар эшлэл төгсгөлийн цагийг 1989 онд зааж, арван зургаадугаар эшлэл тун удахгүй ирэх Ням гаргийн хуулийг заадаг. Аравдугаар эшлэлээс арван тавдугаар эшлэл хүртэлх хэсэг нь дөчдүгээр эшлэлийн далд түүхийг төлөөлдөг бөгөөд энэ нь эцсийн өдрүүд хүртэл битүүмжлэгдсэн байсан Даниелын номын хэсэг мөн. Аравдугаар эшлэлээс арван тавдугаар эшлэл хүртэлх хэсгийг дөчдүгээр эшлэлийн далд түүх дотор (мөр дээр мөр) байрлуулахад, эцсийн өдрүүдтэй холбоотой Даниелын тэрхүү хэсэг лацнаасаа тайлагдана. Тэр хэсэг нь Ням гаргийн тун удахгүй ирэх хуулийн үед Амралтын өдрийг сахигчдын нигүүлслийн хугацаа хаагдахын яг өмнө тайлагддаг. Иймээс энэ нь эцсийн буюу долоо дахь лацыг төлөөлдөг.</w:t>
      </w:r>
    </w:p>
    <w:p>
      <w:pPr>
        <w:pStyle w:val="ArticleScripture"/>
        <w:jc w:val="left"/>
      </w:pPr>
      <w:r>
        <w:rPr>
          <w:rFonts w:ascii="Times New Roman" w:hAnsi="Times New Roman" w:eastAsia="Times New Roman" w:cs="Times New Roman"/>
        </w:rPr>
        <w:t>Тэр долоо дахь лацыг нээхэд, тэнгэрт хагас цаг орчим нам гүм болов. Тэгээд би Бурханы өмнө зогсдог долоон тэнгэрэлчийг харсан бөгөөд тэдэнд долоон бүрээ өгөгдөв. Өөр нэгэн тэнгэрэлч ирж, алтан утлагын савтайгаар тахилын ширээний дэргэд зогсов; мөн түүнд маш их утлага өгөгдсөн нь, тэрээр түүнийг бүх ариун хүмүүсийн залбиралтай хамт сэнтийн өмнөх алтан тахилын ширээн дээр өргөх ёстой байв. Тийнхүү ариун хүмүүсийн залбиралтай хамт гарсан утлагын утаа тэнгэрэлчийн гараас Бурханы өмнө дээш өгсөв. Тэгээд тэнгэрэлч утлагын савыг авч, тахилын ширээний галаар дүүргээд, газар луу хаяв. Тэгэхэд дуу чимээнүүд, аянгын нүргэлээнүүд, цахилгаан цахилтууд, газар хөдлөлт болов. Долоон бүрээтэй байсан долоон тэнгэрэлч үлээхээр өөрсдийгөө бэлтгэв. Илчлэл 8:1–6.</w:t>
      </w:r>
    </w:p>
    <w:p>
      <w:pPr>
        <w:pStyle w:val="ArticleBody"/>
        <w:jc w:val="left"/>
      </w:pPr>
      <w:r>
        <w:rPr>
          <w:rFonts w:ascii="Times New Roman" w:hAnsi="Times New Roman" w:eastAsia="Times New Roman" w:cs="Times New Roman"/>
        </w:rPr>
        <w:t>Долоон бүрээстэй долоон тэнгэрэлч нь Америкийн Нэгдсэн Улсад Ням гарагийн хууль хэрэгжиж эхлэх үед эхэлдэг гүйцэтгэх шүүлтийг төлөөлдөг бөгөөд мөн Михаел босож, хүний сорилтын хугацаа хаагдах үед эхэлдэг гүйцэтгэх шүүлтийг төлөөлдөг. Эхний үе, өөрөөр хэлбэл Ням гарагийн хуулиас Михаел босох хүртэлх хугацаанд, Бурханы шүүлтүүд өршөөлтэй хольцсон байдаг; харин үүний дараа сүүлчийн долоон гамшиг нь өршөөлтэй хольцоогүй Бурханы шүүлтүүд юм. Долоодугаар лацыг нээх нь долоон тэнгэрэлчээр төлөөлүүлэн үзүүлэгдсэнчлэн гүйцэтгэх шүүлтүүд бэлтгэгдэж буй үе юм.</w:t>
      </w:r>
    </w:p>
    <w:p>
      <w:pPr>
        <w:pStyle w:val="ArticleBody"/>
        <w:jc w:val="left"/>
      </w:pPr>
      <w:r>
        <w:rPr>
          <w:rFonts w:ascii="Times New Roman" w:hAnsi="Times New Roman" w:eastAsia="Times New Roman" w:cs="Times New Roman"/>
        </w:rPr>
        <w:t>Даниелын хоёрдугаар болон есдүгээр бүлгүүдэд “ариун хүмүүсийн залбирал”-ыг араатнуудын дүрстэй холбоотой Небухаднезарын нууц зүүдэнд хамаарах үйл явдлуудыг ойлгохын төлөөх залбирал, мөн Левит хорин зургаадугаар бүлгийн “долоон үе”-тэй холбоотой гэмшил ба гэм нүглээ хүлээн зөвшөөрөлт хэмээн тодорхойлдог. Бурханы өмнө дээш өгссөн “алтан хүжний сав”-д хүжтэй холилдсон тэрхүү залбирлуудыг, тахилын ширээнээс авсан гал газар дэлхий рүү шидэгдэх тэр цагт амьд Бурханы тамгыг хүлээн авдаг нэг зуун дөчин дөрвөн мянгатын дунд байхуулахаар дуудагдсан хүмүүс өргөдөг.</w:t>
      </w:r>
    </w:p>
    <w:p>
      <w:pPr>
        <w:pStyle w:val="ArticleBody"/>
        <w:jc w:val="left"/>
      </w:pPr>
      <w:r>
        <w:rPr>
          <w:rFonts w:ascii="Times New Roman" w:hAnsi="Times New Roman" w:eastAsia="Times New Roman" w:cs="Times New Roman"/>
        </w:rPr>
        <w:t>Езекиелийн есдүгээр бүлэгт, яг тэр л гэгээнтнүүд газар нутагт болон сүмд үйлдэгдэж буй жигшүүрт зүйлсийн төлөө санаа алдан, хашхиран уйлж байдаг бөгөөд тэд нүглийн төлөөх гүнээ гэмшлээ илэрхийлэх үед лацдагч тэнгэрэлч тэдний духан дээр тэмдэг тавьдаг. Илчлэл номын наймдугаар бүлэгт байдгийн адил, сүйтгэгч тэнгэрэлчүүдээр дүрслэгдсэн шүүлтүүд лацдалт дууссан гэсэн тушаалыг хүлээн, цаана нь бэлэн зогсож байдаг.</w:t>
      </w:r>
    </w:p>
    <w:p>
      <w:pPr>
        <w:pStyle w:val="ArticleScripture"/>
        <w:jc w:val="left"/>
      </w:pPr>
      <w:r>
        <w:rPr>
          <w:rFonts w:ascii="Times New Roman" w:hAnsi="Times New Roman" w:eastAsia="Times New Roman" w:cs="Times New Roman"/>
        </w:rPr>
        <w:t>Алдаа эндэлгүй үнэн зөвөөр Хязгааргүй Нэгэн бүх үндэстэнтэй тооцоо бодсоор байдаг. Түүний өршөөл гэмшилд дуудах уриалгуудын хамт өргөн баригдаж байх зуур энэ данс нээлттэй хэвээр байна; харин тоо нь Бурханы тогтоосон тодорхой хэмжээнд хүрмэгц Түүний уур хилэнгийн үйлчлэл эхэлнэ. Тооцоо хаагдана. Тэнгэрлэг тэвчээр эцэслэнэ. Тэдний төлөө өршөөлийн гуйлт дахин үгүй.</w:t>
      </w:r>
    </w:p>
    <w:p>
      <w:pPr>
        <w:pStyle w:val="ArticleScripture"/>
        <w:jc w:val="left"/>
      </w:pPr>
      <w:r>
        <w:rPr>
          <w:rFonts w:ascii="Times New Roman" w:hAnsi="Times New Roman" w:eastAsia="Times New Roman" w:cs="Times New Roman"/>
        </w:rPr>
        <w:t>“Эш үзүүлэгч ирэх үеүүдийг тольдон харахдаа, энэ цаг үеийг үзэгдэлдээ өмнөө дэлгэгдсэн байв. Энэ үеийн үндэстнүүд урьд өмнө үзэгдээгүй нигүүлслүүдийг хүлээн авагчид болсон. Тэнгэрийн ерөөлийн хамгийн шилдгүүд тэдэнд өгөгдсөн боловч өсөн нэмэгдсэн бардамнал, шунахайрал, шүтээн шүтлэг, Бурханыг үл тоомсорлол, дорд талархалгүй байдал нь тэдний эсрэг бичигдсэн байна. Тэд Бурхантай хийх тооцоогоо яаравчлан хаахад ойртож байна.”</w:t>
      </w:r>
    </w:p>
    <w:p>
      <w:pPr>
        <w:pStyle w:val="ArticleScripture"/>
        <w:jc w:val="left"/>
      </w:pPr>
      <w:r>
        <w:rPr>
          <w:rFonts w:ascii="Times New Roman" w:hAnsi="Times New Roman" w:eastAsia="Times New Roman" w:cs="Times New Roman"/>
        </w:rPr>
        <w:t>“Гэвч намайг чичрэхэд хүргэдэг зүйл нь хамгийн агуу гэрэл болон эрх ямбыг хүртсэн хүмүүс ноёрхож буй гэм нүглээр бузарлагдсан явдал мөн. Тэднийг хүрээлэн буй зөвт бус хүмүүсийн нөлөөн дор, олон хүн, үнэн хэмээн итгэдгээ илэрхийлэгчдийн дундаас хүртэл, хөрч хүйтэрч, бузар муугийн хүчтэй урсгалд автагдан доош татагджээ. Жинхэнэ сүсэг бишрэл ба ариун байдлын дээр асгарч буй нийтлэг жигшил нь Бурхантай ойр нягт холбоотой байдаггүй хүмүүсийг Түүний хуульд хандах хүндэтгэлээ алдахад хүргэдэг. Хэрэв тэд гэрлийг дагаж, зүрх сэтгэлээсээ үнэнд дуулгавартай байсан бол, ийнхүү үл тоомжлогдон хаягдаж буй энэ ариун хууль тэдэнд бүр ч илүү эрхэм нандин санагдах байсан. Бурханы хуульд үзүүлэх үл хүндэтгэл улам тод илэрхий болохын хэрээр, түүнийг сахигчид ба ертөнцийн хоорондох ялгах шугам улам тодорхой болдог. Тэнгэрлэг тушаалуудыг хайрлах хайр нь нэг хэсэг хүмүүсийн дунд нэмэгдэхийн хирээр, нөгөө хэсэг хүмүүсийн дунд тэдгээрт хандах жигшил зэвүүцэл мөн нэмэгддэг.”</w:t>
      </w:r>
    </w:p>
    <w:p>
      <w:pPr>
        <w:pStyle w:val="ArticleScripture"/>
        <w:jc w:val="left"/>
      </w:pPr>
      <w:r>
        <w:rPr>
          <w:rFonts w:ascii="Times New Roman" w:hAnsi="Times New Roman" w:eastAsia="Times New Roman" w:cs="Times New Roman"/>
        </w:rPr>
        <w:t>“Хямрал түргэн ойртож байна. Түргэн өсөн тэлж буй үзүүлэлтүүд нь Бурханы айлчлалын цаг бараг ирснийг харуулж байна. Тэрээр шийтгэхдээ дуртай бус боловч, гэсэн ч шийтгэнэ, мөн үүнийг удалгүй үйлдэнэ. Гэрэл дотор алхагчид ойртон ирж буй аюулын шинж тэмдгүүдийг харна; гэвч тэд сүйрлийг санаа зовнилгүй, тайван хүлээн сууж, айлчлалын өдөр Бурхан Өөрийн ард түмнийг халхална гэсэн итгэлээр өөрсдийгөө тайтгаруулах ёсгүй. Огт тийм биш. Тэд бусдыг аврахын төлөө хичээнгүйлэн зүтгэх нь өөрсдийнх нь үүрэг мөн гэдгийг ухаарч, Бурханаас тусламж авахын тулд бат итгэлээр Түүн рүү харах ёстой. ‘Зөвт хүний чин сэтгэлийн халуун залбирал асар их хүчтэй байдаг.’”</w:t>
      </w:r>
    </w:p>
    <w:p>
      <w:pPr>
        <w:pStyle w:val="ArticleScripture"/>
        <w:jc w:val="left"/>
      </w:pPr>
      <w:r>
        <w:rPr>
          <w:rFonts w:ascii="Times New Roman" w:hAnsi="Times New Roman" w:eastAsia="Times New Roman" w:cs="Times New Roman"/>
        </w:rPr>
        <w:t>“Бурхандлаг чанарын хөрөнгө исгэгч хүчээ бүрэн алдаагүй байна. Сүмийн аюул ба доройтол хамгийн их болсон тэр үед гэрэл дотор бат зогсож буй цөөн бүлэг хүмүүс нутаг дотор үйлдэгдэж буй жигшүүрт үйлсийн төлөө санаа алдан, уйлан гашуудаж байх болно. Гэвч тэдний залбирал, ялангуяа, сүмийн төлөө дээш өргөгдөх болно. Учир нь түүний гишүүд дэлхийн ёс маягаар үйлдэж байгаа юм.</w:t>
      </w:r>
    </w:p>
    <w:p>
      <w:pPr>
        <w:pStyle w:val="ArticleScripture"/>
        <w:jc w:val="left"/>
      </w:pPr>
      <w:r>
        <w:rPr>
          <w:rFonts w:ascii="Times New Roman" w:hAnsi="Times New Roman" w:eastAsia="Times New Roman" w:cs="Times New Roman"/>
        </w:rPr>
        <w:t>“Энэхүү итгэлтэй цөөнхийн чин сэтгэлийн залбирал хий дэмий болохгүй. Эзэн өшөө авагчаар илрэн ирэхдээ, мөн итгэлийг ариун цэврээр нь хадгалж, өөрсдийгөө ертөнцийн бузраас толбогүйгээр хамгаалан үлдсэн бүхний Хамгаалагч болон ирнэ. Яг энэ үед Бурхан Өөрт нь өдөр шөнөгүй хашхиран дуудагч, хэдийгээр Тэр тэднийг удаан тэвчдэг боловч, Өөрийн сонгогдсон хүмүүсийн өшөөг авах болно хэмээн амласан билээ.</w:t>
      </w:r>
    </w:p>
    <w:p>
      <w:pPr>
        <w:pStyle w:val="ArticleScripture"/>
        <w:jc w:val="left"/>
      </w:pPr>
      <w:r>
        <w:rPr>
          <w:rFonts w:ascii="Times New Roman" w:hAnsi="Times New Roman" w:eastAsia="Times New Roman" w:cs="Times New Roman"/>
        </w:rPr>
        <w:t>“Тушаал нь: ‘Хотын дундуур, Иерусалимын дундуур явж, түүний дунд үйлдэгдэж буй бүх жигшүүрт хэрэгсийн төлөө санаа алдан гашуудаж, уйлан хашхирч буй хүмүүсийн магнай дээр тэмдэг тавь’ гэсэн юм. Эдгээр санаа алдан гашуудаж, уйлан хашхирч байсан хүмүүс амийн үгийг тунхаглан байв; тэд зэмлэн буруушааж, зөвлөж, гуйн ятгаж байсан. Бурхныг гутаан доромжилж явсан зарим нь гэмшиж, Түүний өмнө зүрх сэтгэлээ даруу болгосон. Гэвч Эзэний алдар Израилиас явсан байлаа; олон хүн шашны хэлбэр ёсыг үргэлжлүүлэн сахисаар байсан боловч Түүний хүч ба оршихуй үгүйлэгдэж байв.” Testimonies, volume 5, 208–210.</w:t>
      </w:r>
    </w:p>
    <w:p>
      <w:pPr>
        <w:pStyle w:val="ArticleBody"/>
        <w:jc w:val="left"/>
      </w:pPr>
      <w:r>
        <w:rPr>
          <w:rFonts w:ascii="Times New Roman" w:hAnsi="Times New Roman" w:eastAsia="Times New Roman" w:cs="Times New Roman"/>
        </w:rPr>
        <w:t>Аравнаас арван тавдугаар ишлэлүүд нь дөчдүгээр ишлэлийн нуугдмал түүхийг илчилдэг бөгөөд ингэснээрээ нэгэн зэрэг хоёрдугаар бүлэгт Даниел болон гурван эрхэм хүний, мөн есдүгээр бүлэгт Даниелын төлөөлөн илэрхийлсэн залбирлуудын шаардлагыг хангасан хүмүүс дээр нэг зуун дөчин дөрвөн мянгын лацдах ажил эдүгээ биелж буйг мөн тодорхойлдог. Энэ хоёр залбирлын ялгаа нь нэг нь эш үзүүллэгийн гаднах үйл явдлуудыг ойлгохын төлөөх залбирал (Даниел 2), нөгөө нь эш үзүүллэгийн дотоод туршлагыг бодитоор хэрэгжүүлэхийн төлөөх залбирал (Даниел 9) болохоор танигдаж болно. Өөр нэг ялгаа нь ариун хүмүүс хамтаараа араатны дүрийн шалгалтын мэдээг ойлгохыг эрэлхийлж байгаа (Даниел 2) боловч тэд хүн нэг бүрээрээ бүрэн гэмшлийн ажлыг гүйцэлдүүлэх ёстой (Даниел 9) явдал юм. Тэдний залбирал Езекиел 9-ийн хүрээнд байх ёстой. Учир нь тэд газар нутаг дахь болон сүм доторх нүглүүдийн төлөө гашуудаж байх ёстой.</w:t>
      </w:r>
    </w:p>
    <w:p>
      <w:pPr>
        <w:pStyle w:val="ArticleScripture"/>
        <w:jc w:val="left"/>
      </w:pPr>
      <w:r>
        <w:rPr>
          <w:rFonts w:ascii="Times New Roman" w:hAnsi="Times New Roman" w:eastAsia="Times New Roman" w:cs="Times New Roman"/>
        </w:rPr>
        <w:t>“Түүний уур хилэн шүүлтүүдээр илрэн гарах тэр үед Христийн эдгээр даруу, үнэнч дагалдагчид сэтгэлийн зовнилоороо дэлхийн бусад хүмүүсээс ялгарах болно; тэрхүү зовнил нь гашуудал, уйлал, зэмлэл болон сэрэмжлүүлгээр илэрхийлэгдэнэ. Бусад нь одоо оршин буй бузар мууг халхлахыг оролдож, хаа сайгүй дэлгэрсэн их хорон мууг зөвтгөх зуур, Бурханы нэр төрийн төлөөх хичээл зүтгэлтэй, сүнснүүдийг хайрладаг хүмүүс хэн нэгний тааллыг олохын тулд дуугүй байхгүй. Тэдний зөвт сэтгэл нь зөвт бус хүмүүсийн ариун бус үйлс ба ярианаас өдөр бүр шаналж, түгшинэ. Тэд гэмийн түрэн урсах ширүүн урсгалыг зогсоох хүчин чадалгүй тул уй гашуу, түгшүүрээр дүүрнэ. Их гэрэл хүлээн авсан хүмүүсийн гэр оронд хүртэл шашин шүтлэгийг үл ойшоож байгааг хараад тэд Бурханы өмнө гашуудна. Бараг бүх төрлийн бардамнал, шунал, хувиа хичээл, хууран мэхлэлт сүм дотор байгаагийн улмаас тэд гашуудан, сэтгэлээ зовоодог. Зэмлэхэд хүргэдэг Бурханы Сүнсийг хөл дор гишгэн доромжилж байхад, Сатаны зарц нар ялалт байгуулж байна. Бурханыг гутаан доромжилж, үнэнийг хүчингүй болгож байна.</w:t>
      </w:r>
    </w:p>
    <w:p>
      <w:pPr>
        <w:pStyle w:val="ArticleScripture"/>
        <w:jc w:val="left"/>
      </w:pPr>
      <w:r>
        <w:rPr>
          <w:rFonts w:ascii="Times New Roman" w:hAnsi="Times New Roman" w:eastAsia="Times New Roman" w:cs="Times New Roman"/>
        </w:rPr>
        <w:t>“Өөрсдийн сүнслэг доройтолд уй гашууд автал эмгэнэдэггүй, мөн бусдын нүглийн төлөө гашуудан харамсдаггүй тэр бүлэг хүмүүс Бурханы лацгүй үлдэнэ. Эзэн Өөрийн элч нарт, гартаа хядах зэвсэг барьсан хүмүүст ийнхүү тушаадаг: ‘Түүний араас хот дундуур явж, цохигтун: нүд чинь бүү өршөөг, бас бүү өрөвд: хөгшин залуу, онгон охид, бага насны хүүхдүүд, эмэгтэйчүүдийг бүрмөсөн хөнөөгтүн: харин тэмдэг тавигдсан нэг ч хүнд бүү ойртогтун; мөн Миний ариун газраас эхэл. Тэгээд тэд өргөөний өмнө байсан хөгшдөд эхлэн үйлдэв.’</w:t>
      </w:r>
    </w:p>
    <w:p>
      <w:pPr>
        <w:pStyle w:val="ArticleScripture"/>
        <w:jc w:val="left"/>
      </w:pPr>
      <w:r>
        <w:rPr>
          <w:rFonts w:ascii="Times New Roman" w:hAnsi="Times New Roman" w:eastAsia="Times New Roman" w:cs="Times New Roman"/>
        </w:rPr>
        <w:t>“Энд бид сүмийг—Эзэний ариун газрыг—Бурханы уур хилэнгийн цохилтыг хамгийн түрүүнд амссаныг харж байна. Бурхан агуу гэрэл өгч, ард түмний сүнслэг ашиг сонирхлын харгалзагчид болон зогсож байсан өндөр наст эрчүүд итгэмжлэлээ урвасан билээ. Тэд урьдын өдрүүдийн адил гайхамшгууд болон Бурханы хүчний онцгой илрэлийг хүлээх шаардлагагүй гэсэн байр суурийг эзэлсэн. Цаг үе өөрчлөгдсөн. Эдгээр үгс нь тэдний үл итгэлийг бэхжүүлдэг бөгөөд тэд: Эзэн сайн ч хийхгүй, муу ч хийхгүй. Тэр Өөрийн ард түмнийг шүүлтээр айлчлахад дэндүү өршөөнгүй гэж хэлдэг. Ийнхүү “Энх амгалан ба аюулгүй байдал” гэдэг нь Бурханы ард түмэнд тэдний гэм бурууг, Иаковын гэрт тэдний нүглийг харуулахын тулд дахин хэзээ ч бүрээ мэт дуу хоолойгоо өргөхгүй хүмүүсээс гарч буй уриа болдог. Хуцахыг хүсээгүй эдгээр дүлий ноход л доромжлогдсон Бурханы зөвт өшөө авалтыг амсдаг. Эрчүүд, бүсгүйчүүд, балчир хүүхдүүд бүгд хамтдаа мөхдөг.” Гэрчлэлүүд, 5-р боть, 210, 211.</w:t>
      </w:r>
    </w:p>
    <w:p>
      <w:pPr>
        <w:pStyle w:val="ArticleBody"/>
        <w:jc w:val="left"/>
      </w:pPr>
      <w:r>
        <w:rPr>
          <w:rFonts w:ascii="Times New Roman" w:hAnsi="Times New Roman" w:eastAsia="Times New Roman" w:cs="Times New Roman"/>
        </w:rPr>
        <w:t>Даниел 11-ийн нэг ба хоёрдугаар эшлэлүүд, мөн аравдугаар эшлэлтэй адил, 1989 онд төгсгөлийн цаг үеэс эхэлдэг. Хоёрдугаар эшлэл нь түүхийг Дональд Трампын эхний бүрэн эрхийн хугацаа хүртэл авчраад, дараа нь хамгийн баян зургаа дахь ерөнхийлөгчөөс эхлэн Агуу Александрээр төлөөлөгдсөн долоо дахь хаанчлал (Нэгдсэн Үндэстний Байгууллага) хүртэлх нуугдмал түүхийг орхидог. Хоёрдугаар эшлэл дэх баян хаан Ксеркс ба Агуу Александрын хооронд Персийн найман хаан байсан. Хоёрдугаар эшлэлээс гуравдугаар эшлэл хүртэлх нуугдмал түүх нь найман хаадыг төлөөлдөг. Иймээс Трампын эхний бүрэн эрхийн хугацаа дууссанаас Библийн эш үзүүллэгийн долоо дахь хаанчлал хүртэл, Даниел номын 11-р бүлгийн хоёрдугаар эшлэлээс гуравдугаар эшлэл хүртэлх нуугдмал түүхийг хамарсан нийт арван хаан байна.</w:t>
      </w:r>
    </w:p>
    <w:p>
      <w:pPr>
        <w:pStyle w:val="ArticleBody"/>
        <w:jc w:val="left"/>
      </w:pPr>
      <w:r>
        <w:rPr>
          <w:rFonts w:ascii="Times New Roman" w:hAnsi="Times New Roman" w:eastAsia="Times New Roman" w:cs="Times New Roman"/>
        </w:rPr>
        <w:t>Арав гэдэг тоо нь шалгалтын бэлгэдэл бөгөөд яг тэр түүхэн дунд тохиолдох тэрхүү шалгалт нь араатны хөргийг бүрэлдүүлэх явдал мөн. Зургаа дахь хамгийн баян ерөнхийлөгч 2015 онд анхны сонгуулийн кампанит ажлаасаа эхлэн глобалистуудыг өдөөн хөдөлгөж, ийн үйлдэхдээ Илчлэлт номын арван нэгдүгээр бүлгийн хоёр гэрч болон атеизмын луу араатан хоёрын хоорондын тэмцлийн эхлэлийг тэмдэглэдэг бөгөөд тэр тэмцэл нь арван зургаа болон дөчин нэг дүгээр эшлэлийн Ням гаргийн хууль хүртэл тасралтгүй үргэлжилдэг. Тэрхүү дайны хүрээнд Дональд Трамп лууг өдөөн хөдөлгөсөн анхны ерөнхийлөгч байсан бөгөөд мөн тэрээр сүүлчийнх нь юм. Трамп бол газрын араатны сүүлчийн ерөнхийлөгч бөгөөд Трамп долоо дахь хаанчлалын анхны удирдагч болно. Ийнхүү Трамп арван хаадын эхний бөгөөд сүүлчийнхийг төлөөлдөг бөгөөд арав нь шалгалтыг илэрхийлдэг.</w:t>
      </w:r>
    </w:p>
    <w:p>
      <w:pPr>
        <w:pStyle w:val="ArticleBody"/>
        <w:jc w:val="left"/>
      </w:pPr>
      <w:r>
        <w:rPr>
          <w:rFonts w:ascii="Times New Roman" w:hAnsi="Times New Roman" w:eastAsia="Times New Roman" w:cs="Times New Roman"/>
        </w:rPr>
        <w:t>1776, 1789 болон 1798 онууд нь найм дахь ерөнхийлөгч нь долоогийн нэг мөн болохыг тогтоодог гурван түүхийг төлөөлдөг. 1776 он нь Тусгаар тогтнолын тунхаглалын хэвлэгдэн гарсныг, мөн Эхний болон Хоёрдугаар Тив хоорондын Конгрессын түүхийг төлөөлдөг. 1789 он нь Холбооны өгүүллүүд боловсруулагдсан түүхэн үеийг төлөөлдөг. Тэр үе 1781 онд эхэлж, 1789 онд Үндсэн хууль хэвлэгдэн гарснаар төгссөн. 1798 он нь Гадаадын иргэд ба Өдөөн турхиралтын тухай хуулиуд хэвлэгдэн гарсныг, мөн Библийн эш үзүүллэгийн зургаа дахь хаанчлал болох газрын араатны эхлэлийг төлөөлдөг.</w:t>
      </w:r>
    </w:p>
    <w:p>
      <w:pPr>
        <w:pStyle w:val="ArticleBody"/>
        <w:jc w:val="left"/>
      </w:pPr>
      <w:r>
        <w:rPr>
          <w:rFonts w:ascii="Times New Roman" w:hAnsi="Times New Roman" w:eastAsia="Times New Roman" w:cs="Times New Roman"/>
        </w:rPr>
        <w:t>Тив дамнасан Конгрессууд нь эш үзүүллэгийн хувьд эхний конгресс ба сүүлчийн конгресс гэсэн хоёр үеэд хуваагдана. Эхний Тив дамнасан Конгресс хоёр ерөнхийлөгчтэй байсан бөгөөд Пейтон Рандолф нь анхны ерөнхийлөгч нь байв. Хоёр дахь Тив дамнасан Конгресс зургаан ерөнхийлөгчтэй байсан. Пейтон Рандолф нь Эхний Тив дамнасан Конгрессын ч, мөн Хоёр дахь Тив дамнасан Конгрессын ч анхны ерөнхийлөгч нь байв. Эхний болон Хоёр дахь Тив дамнасан Конгрессын түүхийн туршид нийтдээ найман ерөнхийлөгч байсан. Пейтон Рандолф нь Эхний болон Хоёр дахь Тив дамнасан Конгрессын аль алиных нь анхны ерөнхийлөгч байсан бөгөөд энэ нь найман ерөнхийлөгч байсан эш үзүүллэгийн үе юм, гэвч эдгээр хоёр үеийн тус бүрийн анхны ерөнхийлөгч нь нэг л хүн байсан. Иймээс ерөнхийлөгчийн найман удаагийн бүрэн эрхийн хугацаа байсан боловч бодит байдал дээр ердөө долоон ерөнхийлөгч байсан юм. Анхны ерөнхийлөгч нь ерөнхийлөгч байсан долоон хүний анхны ерөнхийлөгчөөр хоёр дахин байсан бөгөөд тиймээс Рандолф нь долооны дотроос гарсан найм дахьг төлөөлдөг; мөн хоёр гэрчийн үндсэн дээр тэрээр бодит анхны ерөнхийлөгч байсан Жорж Вашингтоны хэв шинж болдог.</w:t>
      </w:r>
    </w:p>
    <w:p>
      <w:pPr>
        <w:pStyle w:val="ArticleBody"/>
        <w:jc w:val="left"/>
      </w:pPr>
      <w:r>
        <w:rPr>
          <w:rFonts w:ascii="Times New Roman" w:hAnsi="Times New Roman" w:eastAsia="Times New Roman" w:cs="Times New Roman"/>
        </w:rPr>
        <w:t>Вашингтоныг Рэндолфоор төлөөлүүлсэн байдаг бөгөөд тиймээс Вашингтоны бэлгэдэл болох Рэндолф нь анхны ерөнхийлөгч Рэндолфын эш үзүүллэгийн шинжүүдийг хоёуланг нь, мөн Рэндолф нь долоон дотроос гарсан найм дахь нь байсан гэдгийг ч илэрхийлдэг. Ийнхүү Жорж Вашингтон нь анхны ерөнхийлөгч бөгөөд анхны Ерөнхий командлагч байсны хувьд эш үзүүллэгийн утгаараа мөн найм дахь нь байсан, өөрөөр хэлбэл долоон дотроос гарсан нэгэн байсан; мөн Трамп нь сүүлчийн ерөнхийлөгчийн хувьд мөн найм дахь нь, өөрөөр хэлбэл долоон дотроос гарсан нэгэн байх болно.</w:t>
      </w:r>
    </w:p>
    <w:p>
      <w:pPr>
        <w:pStyle w:val="ArticleBody"/>
        <w:jc w:val="left"/>
      </w:pPr>
      <w:r>
        <w:rPr>
          <w:rFonts w:ascii="Times New Roman" w:hAnsi="Times New Roman" w:eastAsia="Times New Roman" w:cs="Times New Roman"/>
        </w:rPr>
        <w:t>Хоёрдугаар Тив дамнасан Конгрессын хоёр дахь ерөнхийлөгч нь Жон Хэнкок байв. Хоёрдугаар Тив дамнасан Конгресс 1781 онд төгссөн. 1781 оноос 1789 он хүртэлх хугацаа нь Холбооны Зүйлүүдийн түүхийг илтгэнэ. Энэ үеийг 1789 он, Үндсэн хууль хэвлэгдэн гарснаар бэлгэддэг. Тэр хугацаанд мөн найман ерөнхийлөгч байсан. Холбооны Зүйлүүд нь анхны Үндсэн хуулийг төлөөлж байсан боловч Холбооны Зүйлүүдийн сул тал нь түүнийг солигдоход хүргэж, 1789 онд арван гурван колони Үндсэн хуулийг соёрхон баталсан юм.</w:t>
      </w:r>
    </w:p>
    <w:p>
      <w:pPr>
        <w:pStyle w:val="ArticleBody"/>
        <w:jc w:val="left"/>
      </w:pPr>
      <w:r>
        <w:rPr>
          <w:rFonts w:ascii="Times New Roman" w:hAnsi="Times New Roman" w:eastAsia="Times New Roman" w:cs="Times New Roman"/>
        </w:rPr>
        <w:t>Тэр үед байсан найман ерөнхийлөгч нь өмнөх хоёр Тивийн Конгрессоор төлөөлөгдсөн үеийн түүхэнд ерөнхийлөгч байгаагүй долоон ерөнхийлөгчөөс, мөн тэрхүү эхний эш үзүүллэгийн үед ерөнхийлөгч байсан нэгэн хүнээс бүрдэж байв. Жон Хэнкок хоёр дахь Тивийн Конгресст ч, мөн Холбооны Өгүүллүүдээр төлөөлөгдсөн үед ч ерөнхийлөгчөөр үйлчилсэн. Эш үзүүллэгийн түвшинд авч үзвэл, хоёр Тивийн Конгрессын үед ерөнхийлөгчөөр ажилласан ердөө долоон хүн байсан тул эш үзүүллэгийн хувьд Жон Хэнкок Холбооны Өгүүллүүдийн үе дэх наймын нэг мөн байсан, гэвч тэр мөн өмнөх үеийн долоон хүний нэг байв. Иймээс тэр долооны дотроос гарсан найм дахь нь байсан.</w:t>
      </w:r>
    </w:p>
    <w:p>
      <w:pPr>
        <w:pStyle w:val="ArticleBody"/>
        <w:jc w:val="left"/>
      </w:pPr>
      <w:r>
        <w:rPr>
          <w:rFonts w:ascii="Times New Roman" w:hAnsi="Times New Roman" w:eastAsia="Times New Roman" w:cs="Times New Roman"/>
        </w:rPr>
        <w:t>1781–1789 оноор төлөөлөгдсөн хоёр дахь эш үзүүллэгийн үе нь, эхний үетэй адил, найм дахь бөгөөд долоогийн нэг байсан ерөнхийлөгчтэй (Хэнкок) байсан бөгөөд энэ нь 1776 оноор төлөөлөгдсөн эхний эш үзүүллэгийн үед байсан Рэндольфтой адил байв.</w:t>
      </w:r>
    </w:p>
    <w:p>
      <w:pPr>
        <w:pStyle w:val="ArticleBody"/>
        <w:jc w:val="left"/>
      </w:pPr>
      <w:r>
        <w:rPr>
          <w:rFonts w:ascii="Times New Roman" w:hAnsi="Times New Roman" w:eastAsia="Times New Roman" w:cs="Times New Roman"/>
        </w:rPr>
        <w:t>Ерөнхийлөгчдийн найман хүний бүрэлдэхүүнтэй аль аль үед, долоон дотроос гарах найм дахь хүний нууцлаг оньсого дүрслэгдэн илэрхийлэгддэг. Тэр хоёр үе нь анхны жинхэнэ ерөнхийлөгч (Вашингтон)-д ч, Рэндолфоор төлөөлүүлэн үзүүлсэн түүний хэв шинжлэлийн дагуу, эш үзүүллэгийн нууцлаг оньсого түүний бэлгэдэлд мөн холбогдож байсныг гэрчилдэг. Эдгээр гурван гэрч Трампын талаар өгүүлдэг. Арван нэгдүгээр бүлгийн нэг, хоёрдугаар эшлэлүүдэд дүрслэгдсэн Трамп нь зөвхөн түүний эхний бүрэн эрхийн хугацаагаар харуулагддаг бөгөөд тэр хугацаа нь ёроолгүй гүнээс гарч ирэх араатан хоёр дахь сонгуулийг хулгайлснаар төгссөн юм.</w:t>
      </w:r>
    </w:p>
    <w:p>
      <w:pPr>
        <w:pStyle w:val="ArticleBody"/>
        <w:jc w:val="left"/>
      </w:pPr>
      <w:r>
        <w:rPr>
          <w:rFonts w:ascii="Times New Roman" w:hAnsi="Times New Roman" w:eastAsia="Times New Roman" w:cs="Times New Roman"/>
        </w:rPr>
        <w:t>Эдгээр эшлэлийг биелүүлсэн түүхэнд, ням гарагийн хуулийг төлөөлөх Их Александр гарч ирэхээс өмнө, арван хаан богино хугацаанд долоо дахь хаант улс болдог тэр цэгийн хооронд нуугдмал нэгэн түүх агуулагддаг бөгөөд энэ нь хамгийн баян хаан (Ксеркс)-ын үеэс эхэлдэг. Баян хааны хооронд болон долоо дахь хаант улсаа папствид өгөхөөр санал нэгддэг арван хаадын хооронд найман хаан байсан. Хоёрдугаар эшлэлээс гуравдугаар эшлэл хүртэлх нуугдмал түүхийг бүрдүүлдэг тэр найман хаан нь 1776, 1789, 1798 оны түүхэн дэх найман ерөнхийлөгчийн хоёр гэрчийг олдог.</w:t>
      </w:r>
    </w:p>
    <w:p>
      <w:pPr>
        <w:pStyle w:val="ArticleBody"/>
        <w:jc w:val="left"/>
      </w:pPr>
      <w:r>
        <w:rPr>
          <w:rFonts w:ascii="Times New Roman" w:hAnsi="Times New Roman" w:eastAsia="Times New Roman" w:cs="Times New Roman"/>
        </w:rPr>
        <w:t>Тэрхүү түүх нь хорин хоёр жилийн бэлгэдлийг агуулдаг бөгөөд ингэснээр Бурханлаг чанар хүн чанартай нэгдэх үед нэг зуун дөчин дөрвөн мянгыг лацдах түүх мөн болохыг тодорхойлдог. Мөн энэ нь “Үнэн”-ий гэрчлэлийг агуулдаг; учир нь эхлэл нь тусгаар тогтнолыг тэмдэглэж, төгсгөл нь тусгаар тогтнол арилсныг тэмдэглэдэг бол, 1776 оноос хойших арван гурван жилийн дараа арван гурван колони Үндсэн хуулийг соёрхон баталсан юм. Түүнчлэн энэ нь хоёулаа долоон дотроос гарсан найм дахь нь гэсэн оньсогыг агуулсан найман хааны (ерөнхийлөгчийн) хоёр үеийг мөн тодорхойлдог.</w:t>
      </w:r>
    </w:p>
    <w:p>
      <w:pPr>
        <w:pStyle w:val="ArticleBody"/>
        <w:jc w:val="left"/>
      </w:pPr>
      <w:r>
        <w:rPr>
          <w:rFonts w:ascii="Times New Roman" w:hAnsi="Times New Roman" w:eastAsia="Times New Roman" w:cs="Times New Roman"/>
        </w:rPr>
        <w:t>2016 онд Трамп зургаа дахь ерөнхийлөгчийн хувьд, мөн зургаа дахь хаанчлалын эцсийн удирдагчийн хувьд дараалсан арван хаадын эхний бөгөөд эцсийнхийг мөн төлөөлдөг. Арван тоо нь тэрхүү түүхийн шалгалтын үйл явцыг тодорхойлдог бөгөөд Ням гаргийн хуулиар өмнө нь эхэлж, түүгээр төгсдөг тэр шалгалт нь араатны дүрийн бүрэлдэн тогтох явдал юм. Небухаднезарын араатны тухай зүүдний дүрс нь найман хаанчлалыг төлөөлдөг бөгөөд ингэснээр араатны дүрийн шалгалт “найм” тоогоор илэрхийлэгддэгийг гэрчилдэг.</w:t>
      </w:r>
    </w:p>
    <w:p>
      <w:pPr>
        <w:pStyle w:val="ArticleBody"/>
        <w:jc w:val="left"/>
      </w:pPr>
      <w:r>
        <w:rPr>
          <w:rFonts w:ascii="Times New Roman" w:hAnsi="Times New Roman" w:eastAsia="Times New Roman" w:cs="Times New Roman"/>
        </w:rPr>
        <w:t>Тэрслүү Протестантизмын эврийн шугам болон Антиох III-аар төлөөлөгдсөн тэрслүү Бүгд Найрамдах үзлийн эврийн шугамыг төлөөлдөг Маккавейчуудын шугамын сорилтын түүхэнд, эдгээр шугамууд ба эврүүд нэг эврэнд нийлдэг бөгөөд энэ нь папын эрх мэдлийн дүр юм. Тэрхүү мөн түүхэнд, Бурханы дүр төрх нь нэг зуун дөчин дөрвөн мянга хэмээн төлөөлөгдөгсдөд бүрэн бөгөөд үүрд дахин бүтээгддэг.</w:t>
      </w:r>
    </w:p>
    <w:p>
      <w:pPr>
        <w:pStyle w:val="ArticleBody"/>
        <w:jc w:val="left"/>
      </w:pPr>
      <w:r>
        <w:rPr>
          <w:rFonts w:ascii="Times New Roman" w:hAnsi="Times New Roman" w:eastAsia="Times New Roman" w:cs="Times New Roman"/>
        </w:rPr>
        <w:t>Дөчдүгээр эшлэлийн далд түүх нь хоёрдугаар эшлэлээс гуравдугаар эшлэл хүртэлх далд түүхийн дотор, мөн аравдугаар эшлэлээс арван тавдугаар эшлэл хүртэлх түүхийн дотор нээлттэй болдог. Трамп 2025 оны 1 дүгээр сарын 20-ны өдөр тангараг өргөхдөө долоон хааны нэгэн бөгөөд найм дахь ерөнхийлөгч болох үед, Ксерксээс Агуу Александр хүртэлх найман хаан нь араатны дүр төрх бүрэлдэхүйц ирэлтийг тэмдэглэдэг бөгөөд Трамп нь дараалсан арван хааны эхнийхийг болон сүүлчийнхийг төлөөлдөг.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Тэгээд би сэнтийн дээр Залрагчийн баруун гарт дотор болон ар талдаа бичигдсэн, долоон лацаар битүүмжлэгдсэн нэгэн ном байхыг харав. Мөн би хүчирхэг нэгэн тэнгэрэлч чанга дуугаар тунхаглан: «Номыг нээж, лацыг нь тайлахад хэн зохистой вэ?» гэж хэлэхийг харав. Тэнгэрт ч, газар дээр ч, газрын доор ч хэн ч тэр номыг нээж, түүн рүү харах чадалтай байсангүй. Тэгээд тэр номыг нээж, унших, эсвэл түүн рүү харахад зохистой нэгэн ч олдоогүй учир би ихэд уйлав. Харин ахлагчдын нэг нь надад: «Бүү уйл. Харагтун, Иуда овгийн Арслан, Давидын Үндэс нь дийлсэн тул номыг нээж, түүний долоон лацыг тайлах эрхтэй болсон» гэв. Тэгээд би харвал, сэнтийн дунд, мөн дөрвөн амьтны дунд, ахлагчдын дунд нядлагдсан мэт Хурга зогсож байв. Тэр нь долоон эвэр, долоон нүдтэй бөгөөд тэдгээр нь бүх дэлхий рүү илгээгдсэн Бурханы долоон Сүнс мөн. Тэр ирээд, сэнтийн дээр Залрагчийн баруун гараас номыг авав. Тэр номыг авмагц дөрвөн амьтан болон хорин дөрвөн ахлагч Хурганы өмнө сөхрөн унав. Тэд тус бүр ятга, мөн ариун хүмүүсийн залбирал болох анхилуун үнэрээр дүүрэн алтан аягануудтай байлаа. Тэгээд тэд шинэ дуу дуулж, ийн хэлэв: «Та номыг авч, лацыг нь нээхэд зохистой. Учир нь Та нядлагдсан бөгөөд овог, хэл, ард түмэн, үндэстэн бүрээс Өөрийн цусаар биднийг Бурханд золин авсан. Мөн Та биднийг өөрсдийн Бурханд хаад ба тахилчид болгосон; тэгээд бид газар дэлхий дээр хаанчлах болно.» Илчлэлт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Гурав</dc:title>
  <dc:subject>Эцсийн цагийн илчлэлт: Оросын хувь заяанаас Трампын эргэн ирэлт хүртэл, мөн араатны дүр төрх бүрэлдэн тогтох нь</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