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Нэг Зуун Ерэн Дөрөв</w:t>
      </w:r>
    </w:p>
    <w:p>
      <w:pPr>
        <w:pStyle w:val="ArticleSubtitle"/>
        <w:jc w:val="left"/>
      </w:pPr>
      <w:r>
        <w:rPr>
          <w:rFonts w:ascii="Arial" w:hAnsi="Arial" w:eastAsia="Arial" w:cs="Arial"/>
        </w:rPr>
        <w:t>Маккабичуудын цуурай: Трампын ялалт ба Араатны хөрөгт хүргэх эш үзүүллэгийн зам</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2024-04-24</w:t>
      </w:r>
    </w:p>
    <w:p>
      <w:pPr>
        <w:pStyle w:val="ArticleBody"/>
        <w:jc w:val="left"/>
      </w:pPr>
      <w:r>
        <w:rPr>
          <w:rFonts w:ascii="Times New Roman" w:hAnsi="Times New Roman" w:eastAsia="Times New Roman" w:cs="Times New Roman"/>
        </w:rPr>
        <w:t>Америкийн Нэгдсэн Улс дахь урвагч протестантизмыг тодорхойлон илэрхийлдэг Маккавейчүүдээр төлөөлөгдсөн шугам МЭӨ 167 онд Модеин хотод Грекийн шашны эсрэг бослогоо эхлүүлэв. Тэнд Маккавейчүүд Иудейчүүдэд Грекийн шашныг хүчээр тулгах гэсэн Антиох Эпифаны оролдлогыг дийлэн ялж, мөн Антиохтой хамтран ажиллаж байсан иудейчүүдийн удирдагчийг ч хороов. Ийнхүү 2024 оны сонгуульд Байден “Шашны баруун жигүүр” хэмээн мэдэгддэг саналын блокоор дамжин ялагдана. Энэхүү түүх нь 2024 оны сонгуулийн ялалтыг дүрслэн харуулж байгаа бөгөөд үүнд урвагч протестантизм нь RINO хэмээн нэрлэгддэг глобалист Бүгд Найрамдахчуудыг төдийгүй, woke-измын шашныг үндэстэнд хүчээр тулгах гэсэн шашингүй Ардчилсан намынхны оролдлогыг ч даван гарч ялдаг.</w:t>
      </w:r>
    </w:p>
    <w:p>
      <w:pPr>
        <w:pStyle w:val="ArticleBody"/>
        <w:jc w:val="left"/>
      </w:pPr>
      <w:r>
        <w:rPr>
          <w:rFonts w:ascii="Times New Roman" w:hAnsi="Times New Roman" w:eastAsia="Times New Roman" w:cs="Times New Roman"/>
        </w:rPr>
        <w:t>Маккабичуудын шугамаар дүрслэгдсэн дотоод сүнслэг дайн 2015 онд эхэлсэн бөгөөд тэр үед баян ерөнхийлөгч даяарчлалын луугийн хүчнүүдийг хөдөлгөсөн юм; мөн хоёр гэрчийг алах луугийн үйл ажиллагаанд 2021 оны 1 дүгээр сарын 6-тай холбоотой Пелосигийн шүүлтүүд багтсан. Модеин болон Маккабичуудын бослого нь 2024 оны 11 дүгээр сарын 5-нд тэрслүү протестантизмын ирээдүйн ялалтыг тодорхойлдог. 2025 оны 1 дүгээр сарын 20-ны тангараг өргөх ёслол нь МЭӨ 164 оноор хэв шинжлэгдсэн бөгөөд энэ нь хоёр дахь сүмийг дахин ариусган зориулсныг төлөөлдөг; мөн яг тэр жилд нь (МЭӨ 164 он) Антиох Эпифан нас барсан. Антиох нь Ардчилсан намыг, мөн өөрсдийгөө Бүгд Найрамдахчууд хэмээн тодорхойлдог тэдний даяарчлалч түншүүдийг төлөөлдөг; гэвч тэд охин хүн хүү биштэй адил хэмжээгээр л MAGA Бүгд Найрамдахчууд биш юм.</w:t>
      </w:r>
    </w:p>
    <w:p>
      <w:pPr>
        <w:pStyle w:val="ArticleBody"/>
        <w:jc w:val="left"/>
      </w:pPr>
      <w:r>
        <w:rPr>
          <w:rFonts w:ascii="Times New Roman" w:hAnsi="Times New Roman" w:eastAsia="Times New Roman" w:cs="Times New Roman"/>
        </w:rPr>
        <w:t>Паниумын тулалдаанаар төгсдөг, арван гуравдугаар ишлэлээс арван тавдугаар ишлэлд дүрслэгдсэн улс төрийн тэмцэл нь тэрхүү түүхэн дэх woke-изм ба урвасан Протестантизмын хоорондын шашны тэмцэлтэй зэрэгцэн өрнөдөг. МЭ 2025 онд Трамп тангараг өргөсний дараа, энэ нь МЭӨ 164 онд хоёр дахь сүмийг дахин ариусгаснаар төлөөлөгдсөн байдаг бөгөөд үүний дараа тэрээр МЭӨ 161 оноос 158 он хүртэлх Ром ба Маккабичуудын холбоогоор төлөөлөгдсөнөөр, урвасан Протестант сүмийг өөрийн урвасан Бүгд найрамдах засгийн газартай нэгтгэн, араатны дүрийг бодитоор бүрдүүлж эхэлнэ. Трамп сүм ба төрийг нэг холбоонд нэгтгэх бөгөөд тэнд шашны элемент нь хяналтыг гартаа авсан байна. Католицизмын араатны дүрийг газрын араатан бүрдүүлдэг эш үзүүллэгийн түүхэнд, урвасан Бүгд найрамдах эвэр ба урвасан Протестант эвэр нь мөнх амийн асуудлын буруу талд өөрсдийн сорилтын хугацааны аягыг дүүргэх болно.</w:t>
      </w:r>
    </w:p>
    <w:p>
      <w:pPr>
        <w:pStyle w:val="ArticleBody"/>
        <w:jc w:val="left"/>
      </w:pPr>
      <w:r>
        <w:rPr>
          <w:rFonts w:ascii="Times New Roman" w:hAnsi="Times New Roman" w:eastAsia="Times New Roman" w:cs="Times New Roman"/>
        </w:rPr>
        <w:t>МЭӨ 164 онд болсон хоёр дахь ариун сүмийн цэвэршүүлэлтээр төлөөлөгдсөн тангараг өргөхөөс эхлэн, МЭӨ 161 оноос 158 он хүртэлх иудейчүүд ба Ромын холбоогоор дүрслэгдсэнчлэн араатны дүрийг бүрдүүлэх ажил эхэлдэг. Трамп 2024 оны 11 дүгээр сарын 5-нд (МЭӨ 167 он) дахин сонгогдох бөгөөд түүний тангараг өргөх үед (МЭӨ 164 он) тэрээр 1989 онд эхэлсэн төгсгөлийн цаг үеэс хойших найм дахь ерөнхийлөгч болно. Ийнхүү тэрээр долооны дотроос гарсан найм дахь нь болж, Ням гаргийн хуулиар үхлийн шарх нь эдгэрэхэд Библийн эш үзүүллэгийн найм дахь хаанчлал болдог папын араатныг тусган харуулна. Түүний тангараг өргөх ёслолыг МЭӨ 164 онд Маккабичууд хоёр дахь ариун сүмийг дахин ариусгаснаар төлөөлүүлсэн. Маккабичуудын бослого түүнээс гурван жилийн өмнө “эсэргүүцэл” гэсэн утгатай Модеин хотод эхэлсэн бөгөөд энэ нь 2024 оны 11 дүгээр сарын 5-ны түүний сонгуулийн ялалтыг тэмдэглэдэг.</w:t>
      </w:r>
    </w:p>
    <w:p>
      <w:pPr>
        <w:pStyle w:val="ArticleBody"/>
        <w:jc w:val="left"/>
      </w:pPr>
      <w:r>
        <w:rPr>
          <w:rFonts w:ascii="Times New Roman" w:hAnsi="Times New Roman" w:eastAsia="Times New Roman" w:cs="Times New Roman"/>
        </w:rPr>
        <w:t>МЭӨ 164 онд хоёр дахь сүмийн хоёр дахь ариусгал болсон бөгөөд энэ нь 2025 оны 1 дүгээр сарын 20-нд болох Трампын хоёр дахь тангараг өргөх ёслолын хэв шинжийг урьдчилан дүрсэлж байна. Тэр мөчид тэрээр өөрөөс нь өмнөх долоон ерөнхийлөгчөөс гарч ирсэн найм дахь ерөнхийлөгч албан ёсоор болно. МЭӨ 164 оныг Иудаизм хоёр дахь сүмийн хоёр дахь ариусгалыг тэмдэглэхийн тулд дурсдаг.</w:t>
      </w:r>
    </w:p>
    <w:p>
      <w:pPr>
        <w:pStyle w:val="ArticleBody"/>
        <w:jc w:val="left"/>
      </w:pPr>
      <w:r>
        <w:rPr>
          <w:rFonts w:ascii="Times New Roman" w:hAnsi="Times New Roman" w:eastAsia="Times New Roman" w:cs="Times New Roman"/>
        </w:rPr>
        <w:t>Тангараг өргөх ёслолын үеэр Трамп найм дахь нь болдог бөгөөд тэр нь долоон дотроос гарсан нэгэн мөн; тэр мөчөөс эхлэн араатанд дүр бүтээх ажлыг дэмжих сатанлаг гайхамшгууд үйлдэгдэх болно. Наймын тоо нь амилсан араатны дүрийн бэлгэдэл бөгөөд тэр цагаас эхлэн 161 МЭӨ он төлөөлөн үзүүлдэгчлэн тэр дүрийн бүрэлдэх явц эхэлдэг.</w:t>
      </w:r>
    </w:p>
    <w:p>
      <w:pPr>
        <w:pStyle w:val="ArticleBody"/>
        <w:jc w:val="left"/>
      </w:pPr>
      <w:r>
        <w:rPr>
          <w:rFonts w:ascii="Times New Roman" w:hAnsi="Times New Roman" w:eastAsia="Times New Roman" w:cs="Times New Roman"/>
        </w:rPr>
        <w:t>Араатны дүрсийг бүтээх үйл явц эхлээд Америкийн Нэгдсэн Улсад хэрэгжинэ, дараа нь араатны дүрсийг бүх дэлхийд хүчээр тулган хүлээлгэнэ. Америкийн Нэгдсэн Улс дэлхийг араатанд зориулсан нэгэн дүрсийг хүлээн авахыг албадаж эхлэх тэр үед, уг дүрс нь өөрөө ярьж, мөн араатны дүрсэд мөргөхөөс татгалзах хэдий чинээ хүнийг алах шалтгаан болгох байсан бөгөөд, тэр цагт Америкийн Нэгдсэн Улс дөнгөж Ням гаргийн хуулийг баталж, гуравласан холбоог байгуулсан байх болно. Ням гаргийн хуулийн үед гуравласан холбоо бүрдэн тогтсон байна, мөн Сатан Христийг дуурайн дүр эсгэж, гайхамшгууд үйлдэн дэлхийг дэлхий нийтийн араатны дүрс болон Ням гаргийн мөргөлийг хүлээн авахад хүргэх Сатаны гайхамшигт үйл ажиллагааны цаг ирсэн байна. Тэр үед Трамп арван хаадын удирдагч болно.</w:t>
      </w:r>
    </w:p>
    <w:p>
      <w:pPr>
        <w:pStyle w:val="ArticleBody"/>
        <w:jc w:val="left"/>
      </w:pPr>
      <w:r>
        <w:rPr>
          <w:rFonts w:ascii="Times New Roman" w:hAnsi="Times New Roman" w:eastAsia="Times New Roman" w:cs="Times New Roman"/>
        </w:rPr>
        <w:t>Ийнхүү удахгүй ирэх Ням гаргийн хуулийн үеийн гурван талт нэгдлээр биелэгдэх арван хаадын дээд хааны хувиар Трампын өргөмжлөгдөх үйл явдал нь 2025 оны 1 дүгээр сарын 20-нд долоон хаадын нэгэн болох найм дахь ерөнхийлөгчөөр Трампын тангараг өргөснөөр урьдчилан дүрслэгдсэн байна. АНУ-д араатны дүрийн бүрэлдэн тогтохыг төгсгөдөг Ням гаргийн хуулийн үед папын араатан мөн долоогийн нэгэн болох найм дахь нь болдог. Ийнхүү араатны дүрийн сорилтын цаг нь долоогийн нэгэн болох найм дахь нь болсон Трампаар эхэлдэг бөгөөд тэрхүү үе төгсөхөд папство ч бас долоогийн нэгэн болох найм дахь нь болдог. Учир нь Альфа ба Омега нь төгсгөлийг эхлэлээр дүрслэн үзүүлдэг.</w:t>
      </w:r>
    </w:p>
    <w:p>
      <w:pPr>
        <w:pStyle w:val="ArticleBody"/>
        <w:jc w:val="left"/>
      </w:pPr>
      <w:r>
        <w:rPr>
          <w:rFonts w:ascii="Times New Roman" w:hAnsi="Times New Roman" w:eastAsia="Times New Roman" w:cs="Times New Roman"/>
        </w:rPr>
        <w:t>Сатаны гайхамшгууд Трампын тангараг өргөх ёслолоор эхэлдэг бөгөөд тэр үед араатны дүр төрх бүрэлдэх үе эхэлдэг; мөн энэ нь АНУ-д араатны дүр төрх бүрэлдэх үеийн төгсгөлд эхлэх Сатаны гайхамшигт үйлчлэлийг тэмдэглэдэг. Трампын тангараг өргөх ёслол тэр үеийн эхлэлийг тэмдэглэдэг бөгөөд Нэгдсэн Үндэстний Байгууллагын арван хааны тэргүүлэх хаанаар түүний тангараг өргөх нь тэр үеийн төгсгөлийг тэмдэглэдэг. Араатны дүр төрх бүрэлдэхийг хоёуланг нь эхлүүлдэг эхлэл ба төгсгөлийн тангараг өргөх ёслолуудад энэ нь эхлээд АНУ-д, дараа нь бүх дэлхийд явагдана.</w:t>
      </w:r>
    </w:p>
    <w:p>
      <w:pPr>
        <w:pStyle w:val="ArticleBody"/>
        <w:jc w:val="left"/>
      </w:pPr>
      <w:r>
        <w:rPr>
          <w:rFonts w:ascii="Times New Roman" w:hAnsi="Times New Roman" w:eastAsia="Times New Roman" w:cs="Times New Roman"/>
        </w:rPr>
        <w:t>МЭӨ 161 оноос МЭӨ 158 оны хооронд болсон холбооны үйл хэрэг, өөрөөр хэлбэл Ромтой нэгдэн нийлсэн явдал нь энэ түүхийг тодорхойлдог бөгөөд энэ нь арван зургаа дахь эшлэл дэх Ням гаргийн хуулиар төгсөнө. Папын тогтолцооны дүр болсон засгийн газрыг хэрэгжүүлэх эцсийн ажил нь араатны дүрийг байгуулах явдлаар эхэлдэг бөгөөд тэр нь улс төрийн ялалтад нь урвасан протестантуудын үзүүлсэн улс төрийн дэмжлэгийн хариуг Трамп барихдаа улам түлхэгдэн урагшилдаг.</w:t>
      </w:r>
    </w:p>
    <w:p>
      <w:pPr>
        <w:pStyle w:val="ArticleBody"/>
        <w:jc w:val="left"/>
      </w:pPr>
      <w:r>
        <w:rPr>
          <w:rFonts w:ascii="Times New Roman" w:hAnsi="Times New Roman" w:eastAsia="Times New Roman" w:cs="Times New Roman"/>
        </w:rPr>
        <w:t>Энэхүү эш үзүүллэгийн бүтцийг дөчдүгээр эшлэлийн нууц түүхэнд байрлуулах ёстой. Даниел арван нэгдүгээр бүлгийн хоёрдугаар эшлэлээс гуравдугаар эшлэл хүртэлх нууц түүхийг мөн тэрхүү бүтцийн дээр байрлуулах ёстой. Илчлэлт номын арван нэгдүгээр бүлгийн хоёр гэрчийн эш үзүүллэгийн түүхийг ч мөн тэрхүү бүтцийн дээр байрлуулах ёстой. Эдгээр гурван шугамыг дөчдүгээр эшлэлийн нууц түүхэнд нэгтгэснээр Иуда овгийн Арслан эцсийн өдрүүд хүртэл лацдан битүүмжлэгдсэн байсан Даниелын эш үзүүллэгийн хэсгийг нээж байна.</w:t>
      </w:r>
    </w:p>
    <w:p>
      <w:pPr>
        <w:pStyle w:val="ArticleScripture"/>
        <w:jc w:val="left"/>
      </w:pPr>
      <w:r>
        <w:rPr>
          <w:rFonts w:ascii="Times New Roman" w:hAnsi="Times New Roman" w:eastAsia="Times New Roman" w:cs="Times New Roman"/>
        </w:rPr>
        <w:t>Хотод бүрээ үлээвэл ард олон айхгүй гэж үү? Хотод гай гамшиг тохиовол түүнийг Эзэн үйлдээгүй гэж үү? Үнэхээр Эзэн БУРХАН Өөрийн нууцыг Өөрийн зарц эш үзүүлэгчдэдээ илчилсэнгүйгээр юу ч үйлдэхгүй. Арслан архирсан байхад хэн эмээхгүй байх вэ? Эзэн БУРХАН айлдсан байхад хэн эш үзүүлэхгүй байж чадах вэ? Ашдодын орднуудад, мөн Египетийн нутгийн орднуудад тунхаглан, “Самарийн уулс дээр цугларцгаа; түүний доторх их үймээн самуун, түүний доторх дарлагдагсдыг үзэгтүн” гэж хэл. Амос 3:6–9.</w:t>
      </w:r>
    </w:p>
    <w:p>
      <w:pPr>
        <w:pStyle w:val="ArticleBody"/>
        <w:jc w:val="left"/>
      </w:pPr>
      <w:r>
        <w:rPr>
          <w:rFonts w:ascii="Times New Roman" w:hAnsi="Times New Roman" w:eastAsia="Times New Roman" w:cs="Times New Roman"/>
        </w:rPr>
        <w:t>Даниел арван нэгдүгээр бүлгийн дөчдүгээр эшлэлийн далд түүхэнд дүрслэгдсэн, лац нь тайлагдсан мэдээ нь лацдах мэдээ мөн; мөн Амос хот дотор бүрээ үлээх, арслан архирах тухай уран асуулт тавьдаг. Тэгээд Амос, Бурхан Өөрийн үйлчлэгч эш үзүүлэгчдэдээ урьд нь илчлэхээс нааш юу ч хийдэггүй хэмээн өгүүлэхдээ түүний хариуг өгдөг. Тэрээр, Бурханаас эмээх айдсыг төрүүлэхээр зориулагдсан бүрээний мэдээ нь мөн хот дахь ёрын мууг илчилнэ, мөн үүнийг орчин үеийн Вавилоны гурвалсан бүрэлдэхүүнийг төлөөлөх Ашдод, Египет, Самарид нийтлэн тунхаглах ёстой байсан гэж хамтатган хэлдэг. Лацдах бүрээний мэдээ нь лацдах мэдээнд дүрслэгдсэн үйл явдлуудаас урьтаж бүх дэлхийд тунхаглагдах ёстой байсан. Лацдах мэдээ болсон тэрхүү бүрээний мэдээ нь “Үнэн”-ий гарын үсгийг агуулдаг, учир нь лацдах цаг хугацаа нь гурав дахь золын бүрээний гурван үлээлт дээр бүтэцлэгдсэн байдаг.</w:t>
      </w:r>
    </w:p>
    <w:p>
      <w:pPr>
        <w:pStyle w:val="ArticleBody"/>
        <w:jc w:val="left"/>
      </w:pPr>
      <w:r>
        <w:rPr>
          <w:rFonts w:ascii="Times New Roman" w:hAnsi="Times New Roman" w:eastAsia="Times New Roman" w:cs="Times New Roman"/>
        </w:rPr>
        <w:t>Бүрээ анх 2001 оны 9-р сарын 11-нд тамгалах ажлын эхлэлийг тэмдэглэсэн бөгөөд сүүлчийнх нь удахгүй ирэх Ням гарагийн хуулийн үед, агуу газар хөдлөлтийн үеэр гурав дахь гай гэнэт ирэхэд, тамгалах ажлын төгсгөлийг илэрхийлнэ. Дундах үлээлт нь 2023 оны 10-р сарын 7-нд болсон бөгөөд тэр үед эртний алдарт нутаг гурав дахь гайгийн Исламын гэнэтийн довтолгоонд өртсөн юм. Энэ нь 2001 онд орчин үеийн алдарт нутаг гурав дахь гайгийн Исламын гэнэтийн довтолгоонд нэрвэгдсэнтэй адил бөгөөд удахгүй ирэх Ням гарагийн хуулийн үед болох тэр гурван үлээлтийн сүүлчийнхэд ч мөн тийнхүү байх болно. Эртний алдарт нутагт болсон тэр дундах гэнэтийн довтолгоо нь шууд утгаараа Израилийн эсрэг байсан бөгөөд энэ нь Мессиаг цовдолсон бослогын бэлгэдэл юм.</w:t>
      </w:r>
    </w:p>
    <w:p>
      <w:pPr>
        <w:pStyle w:val="ArticleBody"/>
        <w:jc w:val="left"/>
      </w:pPr>
      <w:r>
        <w:rPr>
          <w:rFonts w:ascii="Times New Roman" w:hAnsi="Times New Roman" w:eastAsia="Times New Roman" w:cs="Times New Roman"/>
        </w:rPr>
        <w:t>Амосын бүрээний мэдээ бүх дэлхий даяар түгээгдэх байсан бөгөөд тэр мэдээг нийтлэн түгээх тэр ажил 2023 оны долоодугаар сарын төгсгөлд эхэлсэн. Тэгээд Иуда овгийн Арслан архирсан; тэгвэл хэн айхгүй байх вэ, мөн зуун дөчин дөрвөн мянгын тамгалах цагтай холбоотой үйл явдлууд өдгөө дэлхий даяар илчлэгдэн нээгдэж байгааг үгүйсгэхээр тийм зоригтой хэн байх вэ? Эдгээр өгүүллүүд одоо нэг зуу гаруй хорин улсад, жаран гаруй хэлээр хүрсэн бөгөөд тэдгээрийг уншиж ч болно, эсвэл сонсож ч болно.</w:t>
      </w:r>
    </w:p>
    <w:p>
      <w:pPr>
        <w:pStyle w:val="ArticleScripture"/>
        <w:jc w:val="left"/>
      </w:pPr>
      <w:r>
        <w:rPr>
          <w:rFonts w:ascii="Times New Roman" w:hAnsi="Times New Roman" w:eastAsia="Times New Roman" w:cs="Times New Roman"/>
        </w:rPr>
        <w:t>Энэхүү эш үзүүллийн үгсийг уншигч нь, мөн түүнийг сонсогчид бөгөөд түүнд бичигдсэн зүйлсийг сахигчид ерөөлтэй еэ. Учир нь цаг ойрхон байна. Илчлэл 1:3.</w:t>
      </w:r>
    </w:p>
    <w:p>
      <w:pPr>
        <w:pStyle w:val="ArticleBody"/>
        <w:jc w:val="left"/>
      </w:pPr>
      <w:r>
        <w:rPr>
          <w:rFonts w:ascii="Times New Roman" w:hAnsi="Times New Roman" w:eastAsia="Times New Roman" w:cs="Times New Roman"/>
        </w:rPr>
        <w:t>Тахилын ширээнээс авч, залбирал ба хүжтэй хольсон галыг долоо дахь, эцсийн лацыг авч хаях үед газар уруу шидэхэд дуу хоолойнууд, нижигнэх чимээнүүд, цахилгаан анивчлалууд, мөн агуу газар хөдлөлт болсон. Тэрхүү агуу газар хөдлөлт нь Езекиелийн 9-р бүлэгт санаа алдан уйлж буй ариун хүмүүс дээр гал мэт буулгагдсан Шөнө дундын Хашхирааны мэдээний үр дагавраар бий болдог бөгөөд яг л Пентекостын өдөр гал бууж ирсэнтэй адил юм. Тэр гал нь тухайн үед үндэстэн бүр, овог аймаг бүр, хэл бүр, ард түмэн бүрт хүргэгдсэн мэдээг төлөөлж байсан бөгөөд эдгээр өгүүллүүд ч мөн тийм юм. Тэр гал нь тэр мэдээг олон хэлээр дамжуулах чадварыг төлөөлж байсан бөгөөд эдгээр өгүүллүүд ч мөн тийм юм. Эдгээр өгүүллүүд нь юу тохиолдох гэж байгааг урьдчилан тодорхойлон зааж байна, учир нь Эзэн Өөрийн эш үзүүллэгийн Үгээр үйл ажиллагаагаа эхлээд илчлэхээс нааш юу ч үйлдэхгүй.</w:t>
      </w:r>
    </w:p>
    <w:p>
      <w:pPr>
        <w:pStyle w:val="ArticleScripture"/>
        <w:jc w:val="left"/>
      </w:pPr>
      <w:r>
        <w:rPr>
          <w:rFonts w:ascii="Times New Roman" w:hAnsi="Times New Roman" w:eastAsia="Times New Roman" w:cs="Times New Roman"/>
        </w:rPr>
        <w:t>Тэнгэрүүд ээ, чих тавь, би өгүүлэх болно; газар дэлхий ээ, амны минь үгсийг сонсогтун. Миний сургаал бороо мэт дуслан бууж, миний үг шүүдэр мэт нэрмэлжинэ; нялх өвсөн дээр орох шиврээ бороо мэт, өвсөн дээр асгарах аадар мэт байх болно. Учир нь би ЭЗЭНий нэрийг тунхаглах тул та нар бидний Бурханд агуу байдлыг нь өргөгтүн. Тэр бол Хад; Түүний үйлс төгс төгөлдөр, учир нь Түүний бүх зам шүүлт мөн. Тэр бол үнэнч Бурхан бөгөөд гэм буруугүй; Тэр шударга бөгөөд зөв билээ. Тэд өөрсдийгөө завхруулсан; тэдний толбо бол Түүний хүүхдүүдийн толбо биш; тэд бол гажууд, мурий үеийнхэн юм. Дэд хууль 32:1–5.</w:t>
      </w:r>
    </w:p>
    <w:p>
      <w:pPr>
        <w:pStyle w:val="ArticleBody"/>
        <w:jc w:val="left"/>
      </w:pPr>
      <w:r>
        <w:rPr>
          <w:rFonts w:ascii="Times New Roman" w:hAnsi="Times New Roman" w:eastAsia="Times New Roman" w:cs="Times New Roman"/>
        </w:rPr>
        <w:t>“Хожмын бороо”-ны “сургаал” эдүгээ Эзэнээр нийтлэгдэж байгаа бөгөөд Шөнө дундын хашхираан–Хожмын бороо-ны мэдээг бүрдүүлдэг сургаалууд нь “ЭЗЭНий нэр”-д үндэслэдэг. Түүний нэр нь “Үнэн”; Тэр бол Палмони, Гайхамшигт Тоологч; Тэр бол Гайхамшигт Хэл шинжээч; Тэр бол Альфа ба Омега; Тэр бол Бурханы Хүү бөгөөд Хүний Хүү; Тэр бол Тэргүүн Тахилч; Тэр бол Иуда овгийн Арслан; мөн Тэр бол тэргүүн тэнгэрэлч Михаэл юм. Христийн эдгээр бүх нэрс нь сорилтын хугацаа хаагдахын яг өмнө лац нь тайлагддаг Есүс Христийн Илчлэлийн салшгүй хэсэг мөн бөгөөд 2023 оны 7 дугаар сарын сүүлээс хойш дэлхий даяар нийтлэгдсэн өгүүллүүдийн ч салшгүй хэсэг мөн. “Сүнс чуулгануудад юу айлдаж байгааг чихтэй нэгэн нь сонсогтун.”</w:t>
      </w:r>
    </w:p>
    <w:p>
      <w:pPr>
        <w:pStyle w:val="ArticleBody"/>
        <w:jc w:val="left"/>
      </w:pPr>
      <w:r>
        <w:rPr>
          <w:rFonts w:ascii="Times New Roman" w:hAnsi="Times New Roman" w:eastAsia="Times New Roman" w:cs="Times New Roman"/>
        </w:rPr>
        <w:t>Долоон лацаар лацадсан номыг нээх эрхийг ялж олсон Иудагийн овгийн Арслан одоо 1844 оны 10 дугаар сарын 22-нд хашхирсанчлан хашхирч байна. Хэн эмээхгүй байх билээ?</w:t>
      </w:r>
    </w:p>
    <w:p>
      <w:pPr>
        <w:pStyle w:val="ArticleScripture"/>
        <w:jc w:val="left"/>
      </w:pPr>
      <w:r>
        <w:rPr>
          <w:rFonts w:ascii="Times New Roman" w:hAnsi="Times New Roman" w:eastAsia="Times New Roman" w:cs="Times New Roman"/>
        </w:rPr>
        <w:t>Тэгээд арслан архирах мэт чанга дуугаар хашхирсан бөгөөд; түүнийг хашхирахад долоон аянга өөрсдийн дуу хоолойг гаргав. Долоон аянга дуу хоолойгоо гаргасны дараа би бичих гэж байсан боловч: “Долоон аянгын хэлсэн зүйлсийг битүүмжил, тэдгээрийг бүү бич” хэмээн надад тэнгэрээс айлдах нэгэн дууг сонсов. Илчлэл 10:3, 4.</w:t>
      </w:r>
    </w:p>
    <w:p>
      <w:pPr>
        <w:pStyle w:val="ArticleBody"/>
        <w:jc w:val="left"/>
      </w:pPr>
      <w:r>
        <w:rPr>
          <w:rFonts w:ascii="Times New Roman" w:hAnsi="Times New Roman" w:eastAsia="Times New Roman" w:cs="Times New Roman"/>
        </w:rPr>
        <w:t>Даниел арван нэгийн дөчдүгээр эшлэлийн далд түүхтэй нийцэх нэгэн ариун түүх нь Матай хорин тав дахь бүлгийн арван онгон бүсгүйн тухай сургаалт зүйрлэл, Илчлэлт арванын долоон аянга, Хабаккук хоёрдугаар бүлэг, мөн Езекиел арван хоёрдугаар бүлгийн хорин нэгээс хорин наймдугаар эшлэлүүдийн биелэл дэх Миллеритүүдийн түүх юм. Тэдний түүх төгсгөлийн цаг болох 1798 онд эхэлсэн бөгөөд энэ нь 1989 оны төгсгөлийн цагтай нийцдэг. Илчлэлт арван дугаар бүлэгт долоон аянга дуу хоолойгоо гаргасан боловч долоон аянгын айлдсан зүйлийг Иоханд бичихийг хориглосон. Элч Паул гурав дахь тэнгэрт хүний бичихэд зохисгүй зүйлсийг үзэж, сонссон юм.</w:t>
      </w:r>
    </w:p>
    <w:p>
      <w:pPr>
        <w:pStyle w:val="ArticleScripture"/>
        <w:jc w:val="left"/>
      </w:pPr>
      <w:r>
        <w:rPr>
          <w:rFonts w:ascii="Times New Roman" w:hAnsi="Times New Roman" w:eastAsia="Times New Roman" w:cs="Times New Roman"/>
        </w:rPr>
        <w:t>Элч Паул Христэд итгэсэн амьдралынхаа эхэн үед Есүсийн дагалдагчдын талаар Бурханы хүслийг мэдэх онцгой боломжуудаар хангагдсан байв. Тэрээр “гурав дахь тэнгэрт,” “диваажинд аваачигдаж, хүнд хэлэх нь зөвшөөрөгдөөгүй, хүний хэлж үл болох үгсийг сонссон.” Тэр өөрөө өөрт нь “Эзэнээс” олон “үзэгдэл ба илчлэлтүүд” өгөгдсөнийг хүлээн зөвшөөрсөн. Сайн мэдээний үнэний зарчмуудын талаарх түүний ойлголт “хамгийн дээд элч нарын” ойлголттой эн тэнцүү байв. 2 Коринт 12:2, 4, 1, 11. Тэрээр “мэдлэгээс давж гардаг Христийн хайрын” “өргөн, урт, гүн, өндөр”-ийг тодорхой бөгөөд бүрэн дүүрэн ухаарсан байлаа. Ефес 3:18, 19.” Элч нарын үйлс, 469.</w:t>
      </w:r>
    </w:p>
    <w:p>
      <w:pPr>
        <w:pStyle w:val="ArticleBody"/>
        <w:jc w:val="left"/>
      </w:pPr>
      <w:r>
        <w:rPr>
          <w:rFonts w:ascii="Times New Roman" w:hAnsi="Times New Roman" w:eastAsia="Times New Roman" w:cs="Times New Roman"/>
        </w:rPr>
        <w:t>Бүх эш үзүүлэгчид эцсийн өдрүүдийг заадаг бөгөөд долоон аянга дуу хоолойгоо “гаргах” үед Иоханы сонссон юмыг тэр бичихийг хориглосон байв. Паул гуравдугаар тэнгэрт байхдаа үзсэн зүйлийг хүн “өгүүлэх” нь хууль ёсны бус байв. Долоон аянгаар төлөөлөгдсөн үнэн нь Иудагийн овгийн Арслан тэр үнэнийг лацыг нь тайлахаар сонгох хүртэл битүүмжлэгдэн үлдэх ёстой байв.</w:t>
      </w:r>
    </w:p>
    <w:p>
      <w:pPr>
        <w:pStyle w:val="ArticleBody"/>
        <w:jc w:val="left"/>
      </w:pPr>
      <w:r>
        <w:rPr>
          <w:rFonts w:ascii="Times New Roman" w:hAnsi="Times New Roman" w:eastAsia="Times New Roman" w:cs="Times New Roman"/>
        </w:rPr>
        <w:t>Эгч Уайтад энэ нь хэсэгчлэн лацгүйгээр нээгдсэн бөгөөд учир нь тэр үүнийг эхний болон хоёр дахь тэнгэрэлчийн мэдээнүүдийн түүхэнд “тохиолдох үйл явдлууд”-ыг төлөөлж байгааг, мөн түүнчлэн “өөрсдийн дарааллаар илчлэгдэх ирээдүйн үйл явдлууд”-ыг төлөөлж байгааг тодорхойлсон юм. Тэр үед илчлэгдсэн зүйл нь “ирээдүйн үйл явдлууд”-тай холбоотой эш үзүүллэг байв. Түүнд мөн долоон аянгын лацлагдан хаагдсан байдал нь Даниелын ном лацлагдан хаагдсанаар бэлгэдэгдсэнийг заасан юм.</w:t>
      </w:r>
    </w:p>
    <w:p>
      <w:pPr>
        <w:pStyle w:val="ArticleScripture"/>
        <w:jc w:val="left"/>
      </w:pPr>
      <w:r>
        <w:rPr>
          <w:rFonts w:ascii="Times New Roman" w:hAnsi="Times New Roman" w:eastAsia="Times New Roman" w:cs="Times New Roman"/>
        </w:rPr>
        <w:t>“Долоон аянгад илэрхийлэгдсэн, Иоханд өгөгдсөн тэрхүү онцгой гэрэл нь эхний болон хоёр дахь тэнгэрэлчийн мэдээний дор тохиолдох үйл явдлуудын дүрслэл байв....”</w:t>
      </w:r>
    </w:p>
    <w:p>
      <w:pPr>
        <w:pStyle w:val="ArticleScripture"/>
        <w:jc w:val="left"/>
      </w:pPr>
      <w:r>
        <w:rPr>
          <w:rFonts w:ascii="Times New Roman" w:hAnsi="Times New Roman" w:eastAsia="Times New Roman" w:cs="Times New Roman"/>
        </w:rPr>
        <w:t>“Эдгээр долоон аянга дуу хоолойгоо гаргасны дараа, жижиг номтой холбоотойгоор Даниелд өгөгдсөнтэй адил тушаал Иоханд ирдэг: ‘Долоон аянгын айлдсан зүйлсийг тамгал.’ Эдгээр нь ирээдүйн үйл явдлуудтай холбоотой бөгөөд тэдгээр нь өөрсдийн дарааллаар илчлэгдэх болно.” The Seventh-day Adventist Bible Commentary, volume 7, 971.</w:t>
      </w:r>
    </w:p>
    <w:p>
      <w:pPr>
        <w:pStyle w:val="ArticleBody"/>
        <w:jc w:val="left"/>
      </w:pPr>
      <w:r>
        <w:rPr>
          <w:rFonts w:ascii="Times New Roman" w:hAnsi="Times New Roman" w:eastAsia="Times New Roman" w:cs="Times New Roman"/>
        </w:rPr>
        <w:t>Долоон аянга нь аргачлалыг нотлон бататгадаг бэлгэдэл мөн бөгөөд 1989 онд эхэлсэн төгсгөлийн цаг үед энэ нь танигдсан гэсэн ойлголт. 2001 оны 9 дүгээр сарын 11-ний өдрийн дараа хоёр хөдөлгөөний давталтын ач холбогдол нь тухайн цаг үеийн сорих үнэн болсон.</w:t>
      </w:r>
    </w:p>
    <w:p>
      <w:pPr>
        <w:pStyle w:val="ArticleBody"/>
        <w:jc w:val="left"/>
      </w:pPr>
      <w:r>
        <w:rPr>
          <w:rFonts w:ascii="Times New Roman" w:hAnsi="Times New Roman" w:eastAsia="Times New Roman" w:cs="Times New Roman"/>
        </w:rPr>
        <w:t>Нэг зуун дөчин дөрвөн мянгын түүхэн дэх Миллерчүүдийн түүхийн давталт нь тэр өдөр баталгаажсан үндсэн дүрэм байсан бөгөөд, яг л Миллерчүүдийн үндсэн дүрэм 1840 оны 8 дугаар сарын 11-нд баталгаажсантай адил юм. Миллерчүүдийн хувьд нэг өдөр нэг жилийг төлөөлдөг гэсэн үндсэн дүрэм 1840 оны 8 дугаар сарын 11-нд баталгаажсан бөгөөд, бүх шинэчлэлийн хөдөлгөөнүүд бие биеэ хэв шинжлэн илэрхийлдэг, “мөрөн дээр мөр,” хэмээх үндсэн дүрэм 2001 оны 9 дүгээр сарын 11-нд баталгаажсан юм. Тэр үнэний гэрч болох долоон аянга тэр үед лацнаасаа тайлагдсан билээ.</w:t>
      </w:r>
    </w:p>
    <w:p>
      <w:pPr>
        <w:pStyle w:val="ArticleBody"/>
        <w:jc w:val="left"/>
      </w:pPr>
      <w:r>
        <w:rPr>
          <w:rFonts w:ascii="Times New Roman" w:hAnsi="Times New Roman" w:eastAsia="Times New Roman" w:cs="Times New Roman"/>
        </w:rPr>
        <w:t>Есүс аливаа зүйлийн төгсгөлийг үргэлж түүний эхлэлээр дүрслэн харуулдаг бөгөөд 2001 оны 9 дүгээр сарын 11 нь лацдах үйл явцын эхлэл байсан тул лацдах үйл явцын төгсгөлийг тодорхойлдог. Иуда овгийн Арслан 2023 оны 7 дугаар сард үхсэн хуурай ясыг босгож эхлэхдээ долоон аянгын өөр нэг талыг лацыг нь тайлсан. Учир нь Тэрээр тэр үед “Үнэн”-тэй нийцүүлэн, долоон аянга нь мөн бэлгэдлийн утгаараа эхний ба сүүлчийн урам хугарал бүхий Миллерийн хөдөлгөөний түүхийг илэрхийлдэг бөгөөд Шөнө дундын Хашхирааны үеийн тэрслэл нь дундах замын тэмдэг мөн болохыг илэрхийлсэн юм.</w:t>
      </w:r>
    </w:p>
    <w:p>
      <w:pPr>
        <w:pStyle w:val="ArticleBody"/>
        <w:jc w:val="left"/>
      </w:pPr>
      <w:r>
        <w:rPr>
          <w:rFonts w:ascii="Times New Roman" w:hAnsi="Times New Roman" w:eastAsia="Times New Roman" w:cs="Times New Roman"/>
        </w:rPr>
        <w:t>Ингэснээр Тэрээр, долоон аянга нь 2020 оны 7 дугаар сарын 18-ны түүхээс эхлэн тун удахгүй ирэх Ням гаргийн хуулийн үе хүртэл дахин давтагдаж байгааг илчилсэн. 2020 оны 7 дугаар сарын 18-ны урам хугаралт нь эхний тэмдэглэгээ бөгөөд тун удахгүй ирэх Ням гаргийн хуулийн урам хугаралт нь лацдах цагийн төгсгөл дэх долоон аянгыг тодорхойлдог “Үнэний” гурван тэмдэглэгээний сүүлчийнх нь юм; энэ нь одоо Өөрийн захиасыг нээж, дэлхий даяар тунхаглан архирч буй Иудагийн овгийн Арслангийн мэдээг няцаадаг мунхаг охидтой холбоотой тэрслэлээр дүрслэгддэг, учир нь тэрхүү мэдээ бол эцсийн өдрүүдийн Шөнө дундын Хашхирааны мэдээ мөн.</w:t>
      </w:r>
    </w:p>
    <w:p>
      <w:pPr>
        <w:pStyle w:val="ArticleBody"/>
        <w:jc w:val="left"/>
      </w:pPr>
      <w:r>
        <w:rPr>
          <w:rFonts w:ascii="Times New Roman" w:hAnsi="Times New Roman" w:eastAsia="Times New Roman" w:cs="Times New Roman"/>
        </w:rPr>
        <w:t>Тамгалах цагийн эхэнд, 2001 оны 9 дүгээр сарын 11-нд, Илчлэл номын арван наймдугаар бүлгийн тэнгэрэлч бууж ирсэн бөгөөд, хэд хэдэн зүйлийн нэгэн адил, Тэр долоон аянгын утга учрын талаар илүү бүрэн ойлголтыг нээж өгсөн. Тэр үед долоон аянгын талаар ойлгогдсон зүйл нь шинэчлэлийн хөдөлгөөнүүд хоорондоо зэрэгцэн давхцдаг гэсэн төдий бус, харин шинэчлэлийн хөдөлгөөний тэр тэмдэгт цагт тэнгэрэлч бууж ирэх үедээ тухайн түүхийн өөрт нь хамаарах үндсэн эш үзүүллэгийн дүрмийг батлан тогтоох болно гэсэн явдал мөн байв.</w:t>
      </w:r>
    </w:p>
    <w:p>
      <w:pPr>
        <w:pStyle w:val="ArticleBody"/>
        <w:jc w:val="left"/>
      </w:pPr>
      <w:r>
        <w:rPr>
          <w:rFonts w:ascii="Times New Roman" w:hAnsi="Times New Roman" w:eastAsia="Times New Roman" w:cs="Times New Roman"/>
        </w:rPr>
        <w:t>Илчлэлт номын арван наймдугаар бүлгийн тэнгэрэлч 2001 оны 9 дүгээр сарын 11-нд бууж ирсэн нь “мөрийн дээр мөр” хэмээх хожуу борооны аргачлалыг баталсан бөгөөд, эхлэлийн (эсвэл Альфа) хөдөлгөөн нь төгсгөлийн (эсвэл Омега) хөдөлгөөнийг дүрслэн үзүүлснийг тодорхойлсон юм. Лацдах цагийн төгсгөлд, бидний Эзэн мөн цовдлогдсон Содом ба Египет хэмээх тэр агуу хотын гудамжинд үхсэн хэвтэж байсан хоёр гэрчээр төлөөлөгдсөн үхмэл хуурай ясыг амилуулахын тулд Михаел бууж ирсэн. Михаел үхэгсдийг дахин амьдралд дуудах үедээ, Иудагийн овгийн Арслангийн хувьд, долоон аянга нь долоон аянгын тухай урьд нь илчлэгдсэн үнэнүүдээс цаадах далд түүхтэй байсныг нээсэн юм.</w:t>
      </w:r>
    </w:p>
    <w:p>
      <w:pPr>
        <w:pStyle w:val="ArticleBody"/>
        <w:jc w:val="left"/>
      </w:pPr>
      <w:r>
        <w:rPr>
          <w:rFonts w:ascii="Times New Roman" w:hAnsi="Times New Roman" w:eastAsia="Times New Roman" w:cs="Times New Roman"/>
        </w:rPr>
        <w:t>Иудагийн овгийн Арслан тэр үнэнийг лацыг нь тайлахад, Тэр үүнийг “Үнэн”-ий бүтэц дотор байрлуулсан. Тэгээд 2020 оны 7-р сарын 18 нь 1844 оны 4-р сарын 19-тэй зэрэгцэн тохирч байгаа бөгөөд тэдгээр тэмдэглэлт үе шат бүрийн дараа Шөнө дундын Хашхирааны мэдээний лац тайлагдаж, энэ нь тухайн тухайн түүхэн үеийн мунхаг охидын тэрслүү байдлыг илчлэх нь тодорхой болсон. Тэр мөн энэхүү мэдээ Ням гаргийн хуулийн агуу урам хугарал хэрэгжтэл дэлхий даяар цунами мэт тархах болно гэдэг баримтыг ч лацыг нь тайлсан.</w:t>
      </w:r>
    </w:p>
    <w:p>
      <w:pPr>
        <w:pStyle w:val="ArticleBody"/>
        <w:jc w:val="left"/>
      </w:pPr>
      <w:r>
        <w:rPr>
          <w:rFonts w:ascii="Times New Roman" w:hAnsi="Times New Roman" w:eastAsia="Times New Roman" w:cs="Times New Roman"/>
        </w:rPr>
        <w:t>Бид энэхүү судалгааг дараагийн өгүүлэлд үргэлжлүүлнэ.</w:t>
      </w:r>
    </w:p>
    <w:p>
      <w:pPr>
        <w:pStyle w:val="ArticleScripture"/>
        <w:jc w:val="left"/>
      </w:pPr>
      <w:r>
        <w:rPr>
          <w:rFonts w:ascii="Times New Roman" w:hAnsi="Times New Roman" w:eastAsia="Times New Roman" w:cs="Times New Roman"/>
        </w:rPr>
        <w:t>Тэр надад, “Энэ номын эш үзүүллэгийн үгсийг битгий битүүмжил; учир нь цаг нь ойрхон байна. Шударга бус нь цаашид ч шударга бус хэвээр байг; бузар нь цаашид ч бузар хэвээр байг; зөвт нь цаашид ч зөвт хэвээр байг; ариун нь цаашид ч ариун хэвээр байг. Мөн болгоогтун, Би удахгүй ирнэ; хүн бүрд үйлсийнх нь дагуу өгөхөөр шагнал минь Надтай хамт байна. Би бол Альфа ба Омега, эхлэл ба төгсгөл, анхдагч ба эцсийнх мөн” гэж айлдав. Илчлэл 22:10–13.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Нэг Зуун Ерэн Дөрөв</dc:title>
  <dc:subject>Маккабичуудын цуурай: Трампын ялалт ба Араатны хөрөгт хүргэх эш үзүүллэгийн зам</dc:subject>
  <dc:creator>Jeff Pippenger</dc:creator>
  <cp:keywords/>
  <dc:description>Generated by ArticleDigger from daniel\194_daniel.json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