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Ерэн Тав</w:t>
      </w:r>
    </w:p>
    <w:p>
      <w:pPr>
        <w:pStyle w:val="ArticleSubtitle"/>
        <w:jc w:val="left"/>
      </w:pPr>
      <w:r>
        <w:rPr>
          <w:rFonts w:ascii="Arial" w:hAnsi="Arial" w:eastAsia="Arial" w:cs="Arial"/>
        </w:rPr>
        <w:t>Ням гарагийн хуулинд хүрэх зам: Трампын үүрэг ба Даниел 11 дэх эш үзүүллэгийн өрнөл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2024-04-25</w:t>
      </w:r>
    </w:p>
    <w:p>
      <w:pPr>
        <w:pStyle w:val="ArticleBody"/>
        <w:jc w:val="left"/>
      </w:pPr>
      <w:r>
        <w:rPr>
          <w:rFonts w:ascii="Times New Roman" w:hAnsi="Times New Roman" w:eastAsia="Times New Roman" w:cs="Times New Roman"/>
        </w:rPr>
        <w:t>Дөчдүгээр эшлэлийн нууц түүх нь төгсгөлийн цаг болох 1989 оноос эхлэн 2020 он хүртэлх зургаан ерөнхийлөгчийн шугамыг агуулдаг бөгөөд 2020 онд долоо дахь ерөнхийлөгч Байден ерөнхийлөгчийн эрхийг булаан авсан. 2020 он нь нэгэн нууц түүхийн эхлэлийг тэмдэглэдэг бөгөөд тэр цэгээс “Агуу Александр” хүртэл үргэлжилнэ; энэ нь тун удахгүй ирэх Ням гаргийн хуулийн үед Библийн эш үзүүллэгийн долоо дахь хаанчлал байгуулагдахыг төлөөлнө. Тэр арван хаад даруйхан өөрсдийн долоо дахь хаанчлалыг долоон хаанчлалын нэг болох найм дахь хаанчлалд—өөрөөр хэлбэл папын эрх мэдэлд—өгөхөөр зөвшөөрдөг. Тэрхүү нууц түүх долоо дахь ерөнхийлөгчөөс эхэлж, долоо дахь хаанчлалаар төгсөнө.</w:t>
      </w:r>
    </w:p>
    <w:p>
      <w:pPr>
        <w:pStyle w:val="ArticleBody"/>
        <w:jc w:val="left"/>
      </w:pPr>
      <w:r>
        <w:rPr>
          <w:rFonts w:ascii="Times New Roman" w:hAnsi="Times New Roman" w:eastAsia="Times New Roman" w:cs="Times New Roman"/>
        </w:rPr>
        <w:t>Түүх Персийн баян хааныг төлөөлөн Грекийг хөдөлгөөнд оруулдаг Ксерксээс эхлээд Агуу Александр хүртэл Персийн найман хаан байсныг тодорхойлон харуулах үед, бид хоёрдугаар эшлэлийн төгсгөл ба гуравдугаар эшлэлийн хооронд нуугдсан түүх нь араатны дүрийн сорилтын цаг үеийг наймын тоогоор илэрхийлдгийг олж хардаг. Ням гаргийн хуулийг албадан хэрэгжүүлэх үед Америкийн Нэгдсэн Улсад араатны дүр бүрэн тогтсон байдаг бөгөөд тэр мөчид долоо дахь, дараа нь найм дахь хаант улсууд хүрч ирдэг. Персийн найман хаан Агуу Александраар төгсдөг тул наймын тоо нь Ням гаргийн хуулиар төгсөх араатны дүрийн сорилтын цаг үеийг тэмдэглэдэг.</w:t>
      </w:r>
    </w:p>
    <w:p>
      <w:pPr>
        <w:pStyle w:val="ArticleBody"/>
        <w:jc w:val="left"/>
      </w:pPr>
      <w:r>
        <w:rPr>
          <w:rFonts w:ascii="Times New Roman" w:hAnsi="Times New Roman" w:eastAsia="Times New Roman" w:cs="Times New Roman"/>
        </w:rPr>
        <w:t>Аравдугаараас арван тавдугаар эшлэлүүд нь араатны хөргийн сорилтын цаг нь Маккабичуудын түүхээр дүрслэгдсэн гурван тэмдэгт үеийн гурав дахь нь байсан бөгөөд тэр гурав дахь тэмдэгт үе нь МЭӨ 161 оноос эхэлж МЭӨ 158 онд төгссөн цаг хугацааны нэгэн үе байсныг бидэнд мэдээлдэг. Тэр үе нь МЭӨ 167 оны анхны тэмдэгт үеийн дараа тохиосон бөгөөд энэ нь “эсэргүүцэн дуугарах” гэсэн утгатай нэртэй Модеин хэмээх хотод Маккабийн бослого эхэлснийг тодорхойлсон юм. МЭӨ 164 он нь Модеин дахь тэр эсэргүүцлийн дараа ирсэн бөгөөд хоёр дахь сүмийн хоёр дахь ариусгалын ёслолыг тодорхойлсон. МЭӨ 164 он нь 1989 онд Рейганаас хойших найм дахь ерөнхийлөгч бөгөөд долоогийн нэг мөн Дональд Трампын хоёр дахь тангараг өргөх ёслолыг тодорхойлдог. 2025 оны нэгдүгээр сарын 20-нд болсон түүний тангараг өргөх ёслол нь МЭӨ 164 оноор төлөөлөгдсөн бөгөөд долоогийн нэг болох наймын тухай хоёр эшлэлийг багтаасан сатанлаг гайхамшгийг бий болгосон дахин ариусгалын ёслолоор төлөөлөгдсөн юм.</w:t>
      </w:r>
    </w:p>
    <w:p>
      <w:pPr>
        <w:pStyle w:val="ArticleBody"/>
        <w:jc w:val="left"/>
      </w:pPr>
      <w:r>
        <w:rPr>
          <w:rFonts w:ascii="Times New Roman" w:hAnsi="Times New Roman" w:eastAsia="Times New Roman" w:cs="Times New Roman"/>
        </w:rPr>
        <w:t>Тиймээс Персийн найман хаан нь МЭӨ 161 оноос МЭӨ 158 он хүртэлх иудейчүүдийн Ромтой байгуулсан холбооны түүхийг төлөөлдөг бөгөөд ингэснээр 2025 онд Трампын тангараг өргөснөөс хойш дагах араатны хөргийн шалгалтын цаг үеийн тухай хоёр дахь гэрчлэлийг өгдөг. Хоёрдугаар эшлэл 2020 оны хулгайлагдсан сонгуульд шилжиж, Персийн найман хааны түүхэн гэрчлэлийг хэрэглэх хүртэл тэндээ төгсөнө; тэдний хэрэглээ нь Трампын хоёр дахь тангараг өргөсний дараа илэрдэг. Персийн найман хааныг хоёрдугаар болон гуравдугаар эшлэлийн хоорондох түүхэн дээр тавьсны дараа ч Байдены тангараг өргөснөөс Трампын хоёр дахь тангараг өргөх хүртэлх нэгэн далд үе үлдсээр байна.</w:t>
      </w:r>
    </w:p>
    <w:p>
      <w:pPr>
        <w:pStyle w:val="ArticleBody"/>
        <w:jc w:val="left"/>
      </w:pPr>
      <w:r>
        <w:rPr>
          <w:rFonts w:ascii="Times New Roman" w:hAnsi="Times New Roman" w:eastAsia="Times New Roman" w:cs="Times New Roman"/>
        </w:rPr>
        <w:t>Тэрхүү далд түүх Илчлэл номын арван нэгдүгээр бүлэгт тодорхойлогддог бөгөөд тэнд атейзмын араатан 2020 онд хоёр гэрчийг алдаг. Тэгээд бэлгэдэлт гурав хагас өдрийн дараа Михаил хоёр гэрчийг амилуулахаар бууж ирдэг. “Амилсан” Трамп 2022 оны 11 дүгээр сарын 15-нд ерөнхийлөгчийн төлөөх гурав дахь кампанит ажлаа эхлүүлсэн бөгөөд “цөл дэх дуу хоолой” амилсан байдалтайгаар 2023 оны 7 дугаар сарын төгсгөлд нэг зуун дөчин дөрвөн мянгыг дуудаж эхэлсэн.</w:t>
      </w:r>
    </w:p>
    <w:p>
      <w:pPr>
        <w:pStyle w:val="ArticleBody"/>
        <w:jc w:val="left"/>
      </w:pPr>
      <w:r>
        <w:rPr>
          <w:rFonts w:ascii="Times New Roman" w:hAnsi="Times New Roman" w:eastAsia="Times New Roman" w:cs="Times New Roman"/>
        </w:rPr>
        <w:t>Даниел номын арван нэгдүгээр бүлгийн арав, арван нэг, арван хоёрдугаар эшлэлүүд нь 2014 онд эхэлсэн Украйны дайныг заан тодорхойлж байгаа бөгөөд тэрхүү дайн Оросын ялалтаар төгсөж, улмаар 1989 онд Зөвлөлт Холбоот Улс нуран унаснаар хэв шинжлэгдсэнчлэн өнөөгийн Оросын холбоот нэгдэл нуран унах явдлаар үргэлжилнэ.</w:t>
      </w:r>
    </w:p>
    <w:p>
      <w:pPr>
        <w:pStyle w:val="ArticleBody"/>
        <w:jc w:val="left"/>
      </w:pPr>
      <w:r>
        <w:rPr>
          <w:rFonts w:ascii="Times New Roman" w:hAnsi="Times New Roman" w:eastAsia="Times New Roman" w:cs="Times New Roman"/>
        </w:rPr>
        <w:t>Арван гуравдугаар ишлэлээс арван тавдугаар ишлэл хүртэлх хэсэг нь эш үзүүллэгийн гурван шугамыг тодорхойлдог. Тирийн янхан нуугдмал байдлаасаа гарч ирэх үед эхэлдэг папын засгийн эдгэрлийн шугамыг арван дөрөвдүгээр ишлэл төлөөлөн үзүүлдэг бөгөөд түүний түүхэн биелэл нь МЭӨ 200 он юм. Тэр үед харь Ром эш үзүүллэгийн түүхэнд чиний ард түмний дээрэмчдийн хувиар орж ирэн, өөрсдийгөө өргөмжилдөг боловч эцэст нь унадаг.</w:t>
      </w:r>
    </w:p>
    <w:p>
      <w:pPr>
        <w:pStyle w:val="ArticleBody"/>
        <w:jc w:val="left"/>
      </w:pPr>
      <w:r>
        <w:rPr>
          <w:rFonts w:ascii="Times New Roman" w:hAnsi="Times New Roman" w:eastAsia="Times New Roman" w:cs="Times New Roman"/>
        </w:rPr>
        <w:t>Эдгээр гурван эшлэлд урвасан Бүгд Найрамдах үзлийн эш үзүүллэгийн шугам нь долоон хаадын нэгэн болох найм дахь ерөнхийлөгчийн дүрээр Трампын гүйцэтгэх үүргийг бэлгэддэг Антиох III-ын түүхээр төлөөлөгдсөн байна. Мөн эдгээр эшлэл нь урвасан Протестантизмын эш үзүүллэгийн шугамыг Маккавейчуудын түүхээр төлөөлөгдөх байдлаар тодорхойлж байна.</w:t>
      </w:r>
    </w:p>
    <w:p>
      <w:pPr>
        <w:pStyle w:val="ArticleBody"/>
        <w:jc w:val="left"/>
      </w:pPr>
      <w:r>
        <w:rPr>
          <w:rFonts w:ascii="Times New Roman" w:hAnsi="Times New Roman" w:eastAsia="Times New Roman" w:cs="Times New Roman"/>
        </w:rPr>
        <w:t>Миллерчүүдийн Филадельфийн хөдөлгөөнөөр эхэлж, нэг зуун дөчин дөрвөн мянгын Филадельфийн хөдөлгөөнөөр төгсдөг жинхэнэ протестант эвэрний эш үзүүллэгийн шугамыг мөн дөчдүгээр эшлэлийн нуугдмал түүхэн дээр давхар тавих ёстой. Илчлэлт номын аравдугаар бүлгийн долоон аянга нь Миллерчүүдийн Филадельфийн хөдөлгөөн болон нэг зуун дөчин дөрвөн мянгыг хоёуланг нь бэлгэддэг тэмдэг юм. Эш үзүүллэгийг битүүмжлэх болон эш үзүүллэгийг тайлан нээх үйлсийг Христ гүйцэтгэдэг бөгөөд Тэр үүнийг үйлдэхдээ Өөрийгөө Иудагийн овгийн Арслан хэмээн дүрслэн харуулдаг. Аравдугаар бүлэгт, Эгч Уайт “Есүс Христээс дутуугүй нэгэн Бие хүн” хэмээн хэлсэн тэр тэнгэрэлч “арслан архирах мэт чанга дуугаар хашхирсан; түүнийг хашхирмагц долоон аянга өөрсдийн дуу хоолойг гаргав.”</w:t>
      </w:r>
    </w:p>
    <w:p>
      <w:pPr>
        <w:pStyle w:val="ArticleBody"/>
        <w:jc w:val="left"/>
      </w:pPr>
      <w:r>
        <w:rPr>
          <w:rFonts w:ascii="Times New Roman" w:hAnsi="Times New Roman" w:eastAsia="Times New Roman" w:cs="Times New Roman"/>
        </w:rPr>
        <w:t>Христ Иуда овгийн Арслангийн хувьд долоон аянгыг зөгнөлийн түүхэнд ойролцоогоор 100 оны үед байрлуулж, даруй битүүмжилсэн. Учир нь “долоон аянга дуу хоолойгоо гаргасан” үед Иохан “бичих гэж байтал” “тэнгэрээс нэгэн дуу хоолойг сонсож,” “долоон аянгын айлдсан тэр зүйлсийг битүүмжил, тэдгээрийг бүү бич” хэмээн хэлжээ.</w:t>
      </w:r>
    </w:p>
    <w:p>
      <w:pPr>
        <w:pStyle w:val="ArticleBody"/>
        <w:jc w:val="left"/>
      </w:pPr>
      <w:r>
        <w:rPr>
          <w:rFonts w:ascii="Times New Roman" w:hAnsi="Times New Roman" w:eastAsia="Times New Roman" w:cs="Times New Roman"/>
        </w:rPr>
        <w:t>Дөчдүгээр эшлэлийн нууцлаг түүх одоо Иуда овгийн Арсланд тайлагдан нээгдэж байгаа бөгөөд тэрхүү түүхэнд жинхэнэ протестант эврийн шугамыг долоон аянга төлөөлөн илэрхийлдэг. Цөл дэх дуу хоолой 2023 оны долоодугаар сард хашхиран дуугарч эхлэх үед Иуда овгийн Арслан “Долоон Аянга” юуг төлөөлдөг талаархи өөр нэгэн илчлэлийг нээн тайлсан юм.</w:t>
      </w:r>
    </w:p>
    <w:p>
      <w:pPr>
        <w:pStyle w:val="ArticleBody"/>
        <w:jc w:val="left"/>
      </w:pPr>
      <w:r>
        <w:rPr>
          <w:rFonts w:ascii="Times New Roman" w:hAnsi="Times New Roman" w:eastAsia="Times New Roman" w:cs="Times New Roman"/>
        </w:rPr>
        <w:t>Долоон аянга нь нэг зуун дөчин дөрвөн мянгын хөдөлгөөн гудамжинд алагдсан 2020 оны 7 дугаар сарын 18-наас эхлэн, удахгүй ирэх Ням гаргийн хууль хүртэлх түүхийг төлөөлдөг. Долоон аянгын шугам нь тэрхүү түүхэнд тохиолддог “үйл явдлууд”-ыг тодорхойлдог. Эхний урам хугарал нь Шөнийн дунд хашхирааны мэдээгээр үргэлжилж, түүний дараа Ням гаргийн хууль дагалддаг. Уайт эгч долоон аянгыг нэг бол эхний болон хоёр дахь тэнгэрэлчийн түүх, эсвэл ирээдүйн үйл явдлууд хэмээн тодорхойлохдоо, аль алинд нь тэдгээр нь “үйл явдлууд”-ыг төлөөлдөг гэж заасан.</w:t>
      </w:r>
    </w:p>
    <w:p>
      <w:pPr>
        <w:pStyle w:val="ArticleBody"/>
        <w:jc w:val="left"/>
      </w:pPr>
      <w:r>
        <w:rPr>
          <w:rFonts w:ascii="Times New Roman" w:hAnsi="Times New Roman" w:eastAsia="Times New Roman" w:cs="Times New Roman"/>
        </w:rPr>
        <w:t>Шөнө дундын хашхирааны мэдээ нь “үйл явдал” бус мэт сонсогдож болох авч, Миллерчүүдийн түүхэнд 1844 оны 8-р сарын 12-оос 17-ны хооронд болсон Эксетерийн майхны цугларалт нь тухайн үйл явдалтай холбоотой хэд хэдэн дагалдах нарийн зүйлтэй нэгэн “үйл явдал” байсан юм. Гэвч майхны цугларалтад Шөнө дундын хашхирааны мэдээ хүрч ирсэн нь мөн Матай хорин тавдугаар бүлгийн арван охины тухай сургаалт зүйрлэлийн биелэл байсан билээ. Эксетерийн майхны цугларалтын “үйл явдал” нь долоон аянгын биелэл байсан боловч арван охины тухай сургаалт зүйрлэл нь тэр үйл явдлуудыг бус, харин охидын “туршлага”-ыг авч үздэг,</w:t>
      </w:r>
    </w:p>
    <w:p>
      <w:pPr>
        <w:pStyle w:val="ArticleScripture"/>
        <w:jc w:val="left"/>
      </w:pPr>
      <w:r>
        <w:rPr>
          <w:rFonts w:ascii="Times New Roman" w:hAnsi="Times New Roman" w:eastAsia="Times New Roman" w:cs="Times New Roman"/>
        </w:rPr>
        <w:t>“Матай 25 дахь арван охины тухай сургаалт зүйрлэл нь мөн Адвентист хүмүүсийн туршлагыг дүрслэн үзүүлдэг.” Агуу тэмцэл, 393.</w:t>
      </w:r>
    </w:p>
    <w:p>
      <w:pPr>
        <w:pStyle w:val="ArticleBody"/>
        <w:jc w:val="left"/>
      </w:pPr>
      <w:r>
        <w:rPr>
          <w:rFonts w:ascii="Times New Roman" w:hAnsi="Times New Roman" w:eastAsia="Times New Roman" w:cs="Times New Roman"/>
        </w:rPr>
        <w:t>Долоон аянга нь эхний болон гурав дахь тэнгэрэлчийн хөдөлгөөний зэрэгцээ түүхийг хэрхэн тодорхойлдгийн адил, арван охины тухай сургаалт зүйрлэл ч мөн адил тэрхүү хоёр зэрэгцээ түүхийг тодорхойлдог.</w:t>
      </w:r>
    </w:p>
    <w:p>
      <w:pPr>
        <w:pStyle w:val="ArticleScripture"/>
        <w:jc w:val="left"/>
      </w:pPr>
      <w:r>
        <w:rPr>
          <w:rFonts w:ascii="Times New Roman" w:hAnsi="Times New Roman" w:eastAsia="Times New Roman" w:cs="Times New Roman"/>
        </w:rPr>
        <w:t>“Би таван ухаантай, таван мунхаг байсан арван охины тухай сургаалт зүйрлэл рүү олонтаа хандуулдаг. Энэ сургаалт зүйрлэл нь онцгойлон энэ цаг үед хамаарах учир үг үсэг бүрээрээ биелсэн бөгөөд цаашид ч биелэх болно; мөн гурав дахь тэнгэрэлчийн мэдээний адил, энэ нь биелсэн бөгөөд цаг хугацааны төгсгөл хүртэл өнөөгийн үнэн хэвээр байх болно.” Review and Herald, August 19, 1890.</w:t>
      </w:r>
    </w:p>
    <w:p>
      <w:pPr>
        <w:pStyle w:val="ArticleBody"/>
        <w:jc w:val="left"/>
      </w:pPr>
      <w:r>
        <w:rPr>
          <w:rFonts w:ascii="Times New Roman" w:hAnsi="Times New Roman" w:eastAsia="Times New Roman" w:cs="Times New Roman"/>
        </w:rPr>
        <w:t>Долоон аянгын бэлгэдэл нь зэрэгцээ түүхүүдийн “үйл явдлууд”-ыг илэрхийлдэг бөгөөд арван онгон нь тэдгээр хоёр зэрэгцээ түүх дэх ухаалаг ба мунхаг онгон охидын “туршлага”-ыг илэрхийлдэг. 1856 он хүртэлх Миллерчүүдийн туршлага нь Филаделфийн туршлага байсан бөгөөд нэг зуун дөчин дөрвөн мянгын хөдөлгөөний туршлага нь 2023 оны долдугаар сараас хойшихан хүртэл Лаодикийн туршлага байв. Аль аль түүхэнд Ухаалаг ба мунхаг онгон охид Шөнө дундын Хашхирааны мэдээ ирэхэд илчлэгдэнэ; учир нь бэлтгэлийн тос хэнд байсан нь тэр үед л харагдах болно.</w:t>
      </w:r>
    </w:p>
    <w:p>
      <w:pPr>
        <w:pStyle w:val="ArticleScripture"/>
        <w:jc w:val="left"/>
      </w:pPr>
      <w:r>
        <w:rPr>
          <w:rFonts w:ascii="Times New Roman" w:hAnsi="Times New Roman" w:eastAsia="Times New Roman" w:cs="Times New Roman"/>
        </w:rPr>
        <w:t>“Тэнэг охидоор төлөөлөгдсөн Сүмийн байдал нь мөн Лаодикийн байдал хэмээн өгүүлэгддэг.” Review and Herald, 1890 оны 8 дугаар сарын 19.</w:t>
      </w:r>
    </w:p>
    <w:p>
      <w:pPr>
        <w:pStyle w:val="ArticleBody"/>
        <w:jc w:val="left"/>
      </w:pPr>
      <w:r>
        <w:rPr>
          <w:rFonts w:ascii="Times New Roman" w:hAnsi="Times New Roman" w:eastAsia="Times New Roman" w:cs="Times New Roman"/>
        </w:rPr>
        <w:t>2023 оны долоодугаар сарын эцсээр бууж ирсэн тэргүүн тэнгэрэлч Михаилын гарт буй мэдээг идэхээс татгалзагчид Лаодикийн байдалд хэвээр үлдэх бөгөөд, харин бяцхан номыг авч идэгчид Филадельфийн байдалд шилжинэ. Лаодикийн байдал нь Христ гадна нь байж, гэтэл дотогш орохоор эрмэлзэж буй ард түмэн, эсвэл хүнийг илэрхийлдэг; харин Филадельфийн байдал нь Тэнгэрлэг чанар хүн төрөлхтөнтэй нэгдсэний хослолоор дүрслэгддэг. Долоон аянга нь 2020 оны долоодугаар сарын 18-нд эхэлж, Ням гаргийн хууль дээр төгсдөг, дөчдүгээр эшлэлийн нууцлаг түүхэнд байршуулсан жинхэнэ протестант эвэрний шугамын “үйл явдлууд”-ыг тодорхойлдог.</w:t>
      </w:r>
    </w:p>
    <w:p>
      <w:pPr>
        <w:pStyle w:val="ArticleBody"/>
        <w:jc w:val="left"/>
      </w:pPr>
      <w:r>
        <w:rPr>
          <w:rFonts w:ascii="Times New Roman" w:hAnsi="Times New Roman" w:eastAsia="Times New Roman" w:cs="Times New Roman"/>
        </w:rPr>
        <w:t>Арван охины тухай сургаалт зүйрлэл нь яг тэрхүү адил хугацаанд нэг зуун дөчин дөрвөн мянгатын тоонд багтахаар дуудагдсан хүмүүсийн “туршлага”-ыг тодорхойлдог. 2020 оны 7 дугаар сарын 18-наас эхлэн Ням гаргийн хуулийн үе хүртэл нэг зуун дөчин дөрвөн мянгатын түүхийг тодорхойлдог “үйл явдлууд”, мөн тэрхүү түүхэн дэх хоёр бүлгийн “туршлага” нь, зэрэгцээ орших тэр хоёр түүхэнд оногдуулсан байсан бөгөөд оногдсон ажлын тодорхойлолттой хамт дагалддаг. Тэр ажил Илчлэлт арван дөрөв дэх бүлгийн тэнгэрэлч нараар төлөөлөгдсөн бөгөөд Миллерчүүдийн ажил нь эхний болон хоёр дахь тэнгэрэлчээр төлөөлөгдөж байсан бол нэг зуун дөчин дөрвөн мянгатын ажил нь гурав дахь тэнгэрэлчээр төлөөлөгддөг.</w:t>
      </w:r>
    </w:p>
    <w:p>
      <w:pPr>
        <w:pStyle w:val="ArticleScripture"/>
        <w:jc w:val="left"/>
      </w:pPr>
      <w:r>
        <w:rPr>
          <w:rFonts w:ascii="Times New Roman" w:hAnsi="Times New Roman" w:eastAsia="Times New Roman" w:cs="Times New Roman"/>
        </w:rPr>
        <w:t>“Би туршлага олж авах үнэт боломжуудтай байсан. Би нэгдүгээр, хоёрдугаар, гуравдугаар тэнгэрэлчийн мэдээнүүдэд туршлагатай болсон. Тэнгэрэлчүүдийг тэнгэрийн мандлын дунд нисэн, дэлхий дахинаа анхааруулгын мэдээг тунхаглаж, мөн энэ дэлхийн түүхийн эцсийн өдрүүдэд амьдарч буй хүмүүст шууд хамааралтай байхаар дүрслэн үзүүлдэг. Хэн ч эдгээр тэнгэрэлчүүдийн дуу хоолойг сонсдоггүй; учир нь тэдгээр нь тэнгэрийн орчлонтой зохицон ажиллаж буй Бурханы ардыг төлөөлөх бэлгэдэл юм. Бурханы Сүнсээр гэгээрүүлэгдэж, үнэнээр ариусгагдсан эрэгтэйчүүд ба эмэгтэйчүүд эдгээр гурван мэдээг өөр өөрийнх нь дарааллаар тунхагладаг.” Life Sketches, 429.</w:t>
      </w:r>
    </w:p>
    <w:p>
      <w:pPr>
        <w:pStyle w:val="ArticleBody"/>
        <w:jc w:val="left"/>
      </w:pPr>
      <w:r>
        <w:rPr>
          <w:rFonts w:ascii="Times New Roman" w:hAnsi="Times New Roman" w:eastAsia="Times New Roman" w:cs="Times New Roman"/>
        </w:rPr>
        <w:t>Битүүмжлэх цагийн эхэнд, 2001 оны 9 дүгээр сарын 11-нд Бурханы эцсийн өдрүүдийн ард түмэнд өгөгдсөн ажил нь, Михаил 2023 оны 7 дугаар сард бууж ирэх үед, битүүмжлэх цагийн төгсгөлд Бурханы эцсийн өдрүүдийн ард түмэнд дахин өгөгдөж байна.</w:t>
      </w:r>
    </w:p>
    <w:p>
      <w:pPr>
        <w:pStyle w:val="ArticleScripture"/>
        <w:jc w:val="left"/>
      </w:pPr>
      <w:r>
        <w:rPr>
          <w:rFonts w:ascii="Times New Roman" w:hAnsi="Times New Roman" w:eastAsia="Times New Roman" w:cs="Times New Roman"/>
        </w:rPr>
        <w:t>“Иохан ‘тэнгэрээс бууж ирж буй өөр нэгэн тэнгэрэлчийг, агуу эрх мэдэлтэй бөгөөд түүний алдраар бүх дэлхий гэрэлтсэнийг’ харав. Илчлэл 18:1. Тэр ажил нь Бурханы ард түмний ертөнцөд анхааруулгын мэдээ тунхаглаж буй дуу хоолой мөн.” The 1888 Materials, 926.</w:t>
      </w:r>
    </w:p>
    <w:p>
      <w:pPr>
        <w:pStyle w:val="ArticleBody"/>
        <w:jc w:val="left"/>
      </w:pPr>
      <w:r>
        <w:rPr>
          <w:rFonts w:ascii="Times New Roman" w:hAnsi="Times New Roman" w:eastAsia="Times New Roman" w:cs="Times New Roman"/>
        </w:rPr>
        <w:t>Долоон аянгаар дүрслэгдсэн “үйл явдлууд” болон арван онгон бүсгүйгээр дүрслэгдсэн “туршлага”-ын адил, гурван тэнгэрэлчийн ажил нь хоорондоо зэрэгцэх хоёр түүхийг төлөөлдөг.</w:t>
      </w:r>
    </w:p>
    <w:p>
      <w:pPr>
        <w:pStyle w:val="ArticleScripture"/>
        <w:jc w:val="left"/>
      </w:pPr>
      <w:r>
        <w:rPr>
          <w:rFonts w:ascii="Times New Roman" w:hAnsi="Times New Roman" w:eastAsia="Times New Roman" w:cs="Times New Roman"/>
        </w:rPr>
        <w:t>“Бурхан Илчлэл 14-ийн мэдээнүүдэд эш үзүүллэгийн эгнээнд тэдний байрыг өгсөн бөгөөд тэдний ажил энэ дэлхийн түүхийн төгсгөл хүртэл зогсох ёсгүй. Эхний болон хоёр дахь тэнгэрэлчийн мэдээнүүд энэ цаг үед ч мөн үнэн хэвээр бөгөөд тэд дараагийнхтай нь зэрэгцэн явах ёстой. Гурав дахь тэнгэрэлч анхааруулгаа чанга дуугаар тунхагладаг. ‘Эдгээрийн дараа,’ гэж Иохан хэлсэн, ‘би тэнгэрээс өөр нэгэн тэнгэрэлч бууж ирэхийг харлаа; тэр агуу эрх мэдэлтэй байсан бөгөөд газар дэлхий түүний алдраар гэрэлтэв.’ Энэхүү гэрэлтэлтэд гурван мэдээний бүхий л гэрэл нэгджээ.” The 1888 Materials, 804.</w:t>
      </w:r>
    </w:p>
    <w:p>
      <w:pPr>
        <w:pStyle w:val="ArticleBody"/>
        <w:jc w:val="left"/>
      </w:pPr>
      <w:r>
        <w:rPr>
          <w:rFonts w:ascii="Times New Roman" w:hAnsi="Times New Roman" w:eastAsia="Times New Roman" w:cs="Times New Roman"/>
        </w:rPr>
        <w:t>Даниелын арван нэгдүгээр бүлгийн арван гуравдугаар ишлэлээс арван тавдугаар ишлэл хүртэлх хэсэгт урвагч протестантизмын шугамын (Маккавейчууд), урвагч бүгд найрамдах үзлийн (Антиох III) болон Тирийн янхны (чиний ард түмний дээрэмчид) эш үзүүллэгийн ажил тодорхойлогддог. Яг тэр л түүхэн хүрээнд жинхэнэ протестант эврийн, нэг зуун дөчин дөрвөн мянгын эш үзүүллэгийн шугам нь тэдний ажил, “туршлага”, мөн Бурханы эцсийн өдрүүдийн ард түмний дунд тохиолдох “үйл явдлууд”-ыг тодорхойлдог. Жинхэнэ протестант эврийн шугам нь долоон аянгаар дүрслэгддэг бөгөөд энэ нь Илчлэлт номд лацдан хаагдсан гэж тодорхойлогдсон цорын ганц эш үзүүллэг юм. Нигүүлслийн хугацаа хаагдахын яг өмнө Иудагийн овгийн Арслан, долоон аянгын эш үзүүллэгийг лацдан хаасан Нэгэн, энэ номын эш үзүүллэгүүдийг лацыг нь тайлах тушаалыг өгдөг.</w:t>
      </w:r>
    </w:p>
    <w:p>
      <w:pPr>
        <w:pStyle w:val="ArticleBody"/>
        <w:jc w:val="left"/>
      </w:pPr>
      <w:r>
        <w:rPr>
          <w:rFonts w:ascii="Times New Roman" w:hAnsi="Times New Roman" w:eastAsia="Times New Roman" w:cs="Times New Roman"/>
        </w:rPr>
        <w:t>Нэг зуун дөчин дөрвөн мянгыг тамгалах цаг хугацааны төгсгөлд болох долоон аянгын лац тайлагдах явдал нь, тамгалах цаг хугацааны эхэнд болсон долоон аянгын лац тайлагдсанаар урьдчилан дүрслэгдсэн байсан бөгөөд, эцсийн өдрүүдтэй холбогдох Даниелын номын тэр хэсэгт (мөр мөрийн дээр) хэрэгжүүлэгдэх ёстой; тэр хэсэг нь дөчдүгээр эшлэлийн нууцлагдсан түүх юм. Тэрхүү лац тайлагдал бүрэн гүйцэлдэхэд, долоо дахь лац нээгдсэнээр төлөөлөгдөн буйгаар, Бурхан Пентекостын үед шавь нар дээр үйлдсэнчлэн, Өөрийн Ариун Сүнсний галыг нэг зуун дөчин дөрвөн мянган хүний дээр асгана. Пентекост нь удахгүй ирэх Ням гаргийн хуулийн цагтай нийцдэг.</w:t>
      </w:r>
    </w:p>
    <w:p>
      <w:pPr>
        <w:pStyle w:val="ArticleScripture"/>
        <w:jc w:val="left"/>
      </w:pPr>
      <w:r>
        <w:rPr>
          <w:rFonts w:ascii="Times New Roman" w:hAnsi="Times New Roman" w:eastAsia="Times New Roman" w:cs="Times New Roman"/>
        </w:rPr>
        <w:t>“Пентекостын өдрийн үйл явдлууд тэр үед илэрсэнээс ч илүү агуу хүчээр дахин давтагдах цагийг би чин сэтгэлийн хүслэнтэйгээр тэсэн ядан хүлээж байна. Иохан: ‘Би тэнгэрээс бууж ирж буй өөр нэгэн тэнгэрэлчийг харлаа; тэрээр агуу эрх мэдэлтэй байсан бөгөөд газар дэлхий түүний алдраар гэрэлтэв’ гэж хэлдэг. Тэгээд Пентекостын үед байсанчлан, хүмүүс үнэнийг хүн бүрт өөрийнх нь эх хэлээр айлдуулан сонсох болно.</w:t>
      </w:r>
    </w:p>
    <w:p>
      <w:pPr>
        <w:pStyle w:val="ArticleScripture"/>
        <w:jc w:val="left"/>
      </w:pPr>
      <w:r>
        <w:rPr>
          <w:rFonts w:ascii="Times New Roman" w:hAnsi="Times New Roman" w:eastAsia="Times New Roman" w:cs="Times New Roman"/>
        </w:rPr>
        <w:t>“Бурханд чин сэтгэлээсээ үйлчлэхийг хүсдэг сүнс бүхэнд Тэр шинэ амьсгал, шинэ амийг хайрлаж чадна; мөн тахилын ширээнээс авсан амьд нүүрсээр уруулд нь хүрч, Өөрийн магтаалыг тунхаглахад тэднийг уран яруу болгоно. Бурханы Үгийн гайхамшигт үнэнүүдийг тунхаглан хэлэх хүчээр мянга мянган дуу хоолой дүүргэгдэх болно. Ээрч түгдрэн ярьдаг хэл тайлагдаж, аймхай дорой хүмүүс үнэний төлөө зоригтой гэрчлэл өргөхөд хүчирхэг болох болно. Эзэн Өөрийн ард түмэнд сэтгэлийн сүмийг аливаа бузарлалаас цэвэрлэхэд нь тусалж, мөн Түүнтэй тийнхүү ойр дотно холбоог хадгалахад нь туслаасай; ингэснээр хожмын бороо асгарах үед тэд түүнээс хүртэгчид болж болох юм.” Review and Herald, July 20, 1886.</w:t>
      </w:r>
    </w:p>
    <w:p>
      <w:pPr>
        <w:pStyle w:val="ArticleBody"/>
        <w:jc w:val="left"/>
      </w:pPr>
      <w:r>
        <w:rPr>
          <w:rFonts w:ascii="Times New Roman" w:hAnsi="Times New Roman" w:eastAsia="Times New Roman" w:cs="Times New Roman"/>
        </w:rPr>
        <w:t>Битүүмжлэх цагийн эхлэл нь битүүмжлэх цагийн төгсгөлийг дүрслэн харуулдаг. Эхэндээ хожмын бороо хэмжээгээр асгарсан бөгөөд төгсгөлд нь хэмжээлшгүйгээр асгардаг. 2001 оны 9 дүгээр сарын 11-нд бууж ирсэн тэр тэнгэрэлч нь 2023 оны 7 дугаар сарын сүүлээр бууж ирсэн мөнөөх тэнгэрэлч мөн. Пентекостын түүх Христийн амилалтаар эхэлсэн бөгөөд Пентекостын төгс биеллийн төгсгөл нь нэг зуун дөчин дөрвөн мянгын амилалтад байна.</w:t>
      </w:r>
    </w:p>
    <w:p>
      <w:pPr>
        <w:pStyle w:val="ArticleScripture"/>
        <w:jc w:val="left"/>
      </w:pPr>
      <w:r>
        <w:rPr>
          <w:rFonts w:ascii="Times New Roman" w:hAnsi="Times New Roman" w:eastAsia="Times New Roman" w:cs="Times New Roman"/>
        </w:rPr>
        <w:t>“Христ Өөрийн шавь нар дээрээ Ариун Сүнсийг үлээн, тэдэнд Өөрийн амар амгаланг соёрхсон үйл нь Пентекостын өдөр өгөх элбэг арвин асгаралтын өмнөх хэдхэн дусал мэт байв.” *Spirit of Prophecy*, 3-р боть, 243.</w:t>
      </w:r>
    </w:p>
    <w:p>
      <w:pPr>
        <w:pStyle w:val="ArticleBody"/>
        <w:jc w:val="left"/>
      </w:pPr>
      <w:r>
        <w:rPr>
          <w:rFonts w:ascii="Times New Roman" w:hAnsi="Times New Roman" w:eastAsia="Times New Roman" w:cs="Times New Roman"/>
        </w:rPr>
        <w:t>Христ амилсныхаа дараа, Эцэгтээ дээш одоод удаагүй байхдаа Өөрийн шавь нар дээр амьсгалсан. Эцэгтэйгээ уулзаад бууж ирэхдээ Тэр шавь нартаа үзэгдэн, “Пентекостын элбэг аадар”-ыг урьтаж ирсэн “цөөн дусал”-ыг тэдний дээр амьсгалсан. Тэр цөөн дусал нь лацдах цагийн эхлэлийг, харин элбэг аадар нь төгсгөлийг илэрхийлдэг. Лацдах цагийн эхлэл төгсгөлд дахин давтагддаг бөгөөд Пентекостын үеийн эхэнд Христ Өөрийн шавь нар дээр амьсгалсан шигээ, тэр үеийн төгсгөлд мөн Өөрийн эцсийн өдрүүдийн ард түмэн дээр амьсгалсан.</w:t>
      </w:r>
    </w:p>
    <w:p>
      <w:pPr>
        <w:pStyle w:val="ArticleScripture"/>
        <w:jc w:val="left"/>
      </w:pPr>
      <w:r>
        <w:rPr>
          <w:rFonts w:ascii="Times New Roman" w:hAnsi="Times New Roman" w:eastAsia="Times New Roman" w:cs="Times New Roman"/>
        </w:rPr>
        <w:t>“Хуурай яснууд үхэгсдээс амилсан мэтээр хөдөлгөөнд орж ирэхийн тулд Бурханы Ариун Сүнсээр амьсгалуулах хэрэгтэй.” Bible Training School, 1903 оны 12 дугаар сарын 1.</w:t>
      </w:r>
    </w:p>
    <w:p>
      <w:pPr>
        <w:pStyle w:val="ArticleBody"/>
        <w:jc w:val="left"/>
      </w:pPr>
      <w:r>
        <w:rPr>
          <w:rFonts w:ascii="Times New Roman" w:hAnsi="Times New Roman" w:eastAsia="Times New Roman" w:cs="Times New Roman"/>
        </w:rPr>
        <w:t>Хоёр гэрчийн үхэлд Нэшвилл болон 2020 оны 7-р сарын 18-ны худал мэдээг тунхаглагчид үүнийг Лаодикийнхны хувиар үйлдсэн гэсэн баримт багтана. Үхсэн хуурай ясуудын амилалт нь үхлийн байдал болох Лаодикийн нөхцлөөс амь болох Филадельфийн нөхцөл рүү шилжихийг төлөөлдөг. Амилалт болон шилжилтийг бий болгодог амьсгал нь эш үзүүллэгийн мэдээ мөн.</w:t>
      </w:r>
    </w:p>
    <w:p>
      <w:pPr>
        <w:pStyle w:val="ArticleScripture"/>
        <w:jc w:val="left"/>
      </w:pPr>
      <w:r>
        <w:rPr>
          <w:rFonts w:ascii="Times New Roman" w:hAnsi="Times New Roman" w:eastAsia="Times New Roman" w:cs="Times New Roman"/>
        </w:rPr>
        <w:t>“Зөвхөн хуулийн шинжтэй шашинтай, мөстсөн зүрх сэтгэлүүд өөрсдөд нь бэлтгэгдсэн илүү сайн зүйлсийг—Христ болон Түүний зөвт байдлыг—харахын тулд бид Бурханаас ямар хүчийг авах ёстой вэ! Хуурай яснуудад амь өгөхийн тулд амь хайрлагч мэдээ хэрэгтэй байсан.” Manuscript Releases, volume 12, 205.</w:t>
      </w:r>
    </w:p>
    <w:p>
      <w:pPr>
        <w:pStyle w:val="ArticleBody"/>
        <w:jc w:val="left"/>
      </w:pPr>
      <w:r>
        <w:rPr>
          <w:rFonts w:ascii="Times New Roman" w:hAnsi="Times New Roman" w:eastAsia="Times New Roman" w:cs="Times New Roman"/>
        </w:rPr>
        <w:t>Христийн амилалтын хоорондох хугацаа хоёр үе болгон хуваагдсан бөгөөд эхнийх нь Түүний дараа тэнгэрт өргөгдсөн дөчин өдөр байсан, үүний дараа Пентекостын өмнөх арван өдөр үргэлжилсэн. Дөчин гэдэг нь цөлийн бэлгэдэл мөн бөгөөд гурван хагас өдөр, эсвэл нэг мянга хоёр зуун жаран жил, эсвэл өдөр ч мөн адил тийм юм.</w:t>
      </w:r>
    </w:p>
    <w:p>
      <w:pPr>
        <w:pStyle w:val="ArticleBody"/>
        <w:jc w:val="left"/>
      </w:pPr>
      <w:r>
        <w:rPr>
          <w:rFonts w:ascii="Times New Roman" w:hAnsi="Times New Roman" w:eastAsia="Times New Roman" w:cs="Times New Roman"/>
        </w:rPr>
        <w:t>2023 оны долоодугаар сард Михаел бууж ирэхэд, нэг зуун дөчин дөрвөн мянгын дунд Христ Өөрийн Бурханлаг чанарыг хүн төрөлхтөнтэй нэгтгэх ажлыг эхлүүлснээр гудамжинд байсан үхлийн гурав хагас өдөр төгсөв. Тэрхүү ажлыг Пентекостоос өмнөх арван өдөр төлөөлөн илэрхийлсэн бөгөөд тэр үед нүгэл зайлуулагдаж, ахан дүүсийн хоорондын нэгдэл тогтоогдсон юм. Арван тоо нь шалгалтын үйл явцыг илэрхийлдэг бөгөөд тэрхүү шалгалтын үйл явц Пентекост дээр төгссөн; энэ нь Ням гаргийн хуулийг төлөөлдөг.</w:t>
      </w:r>
    </w:p>
    <w:p>
      <w:pPr>
        <w:pStyle w:val="ArticleBody"/>
        <w:jc w:val="left"/>
      </w:pPr>
      <w:r>
        <w:rPr>
          <w:rFonts w:ascii="Times New Roman" w:hAnsi="Times New Roman" w:eastAsia="Times New Roman" w:cs="Times New Roman"/>
        </w:rPr>
        <w:t>Дөчдүгээр эшлэлд дүрслэгдсэн яг тэрхүү түүхэн үед, Персийн найман хаадын түүх болон иудейчүүд ба Ромын хоорондын холбооны түүх нь араатны дүрийн шалгалтын үйл явцыг төлөөлдөг бөгөөд, мөн Пентекостын өмнөх арван өдрийн турш онгон охидын шалгалтын үйл явц ч дүрслэгдэн үзүүлэгддэг. Протестантизм ба бүгд найрамдах үзлийн урвагч эвэрнүүд тэрхүү түүхэн үед нэгдэн араатны дүрийг бүрдүүлдэг бол, харин жинхэнэ протестант эвэр нь тэдний хүн чанарыг Христийн Бурханлаг чанартай нэгтгэснээр, шүтэгчдийн хоёр ангийг тусгаарлах үйл явц дунд Христийн дүрийг бүрдүүлдэг.</w:t>
      </w:r>
    </w:p>
    <w:p>
      <w:pPr>
        <w:pStyle w:val="ArticleBody"/>
        <w:jc w:val="left"/>
      </w:pPr>
      <w:r>
        <w:rPr>
          <w:rFonts w:ascii="Times New Roman" w:hAnsi="Times New Roman" w:eastAsia="Times New Roman" w:cs="Times New Roman"/>
        </w:rPr>
        <w:t>Долоон аянга хэмээн дүрслэгдсэн түүхэн үйл явдлууд нь Даниел 11-ийн арван гуравдугаар ишлэлээс арван тавдугаар ишлэлд дүрслэгдсэн түүхэнд лацгүй болж, мөн тэдгээр нь Дөчдүгээр ишлэлийн далд түүхтэй хамт уялдан байрладаг бөгөөд тэрхүү түүх нь тун удахгүй ирэх Ням гарагийн хуулиар төгсөнө; тэр үед Хүндэтгэлийн өдрийг сахигчдын сорилтын хугацаа хаагдана.</w:t>
      </w:r>
    </w:p>
    <w:p>
      <w:pPr>
        <w:pStyle w:val="ArticleScripture"/>
        <w:jc w:val="left"/>
      </w:pPr>
      <w:r>
        <w:rPr>
          <w:rFonts w:ascii="Times New Roman" w:hAnsi="Times New Roman" w:eastAsia="Times New Roman" w:cs="Times New Roman"/>
        </w:rPr>
        <w:t>“Дахин хэлэхэд, эдгээр сургаалт зүйрлэлүүд шүүлтийн дараа нигүүлслийн хугацаа байхгүй гэдгийг заадаг. Сайн мэдээний ажил дуусмагц, сайн ба муугийн хоорондын салгалт тэр даруй явагдаж, бүлэг тус бүрийн хувь заяа үүрд тогтоогдоно.” Christ’s Object Lessons, 123.</w:t>
      </w:r>
    </w:p>
    <w:p>
      <w:pPr>
        <w:pStyle w:val="ArticleBody"/>
        <w:jc w:val="left"/>
      </w:pPr>
      <w:r>
        <w:rPr>
          <w:rFonts w:ascii="Times New Roman" w:hAnsi="Times New Roman" w:eastAsia="Times New Roman" w:cs="Times New Roman"/>
        </w:rPr>
        <w:t>Мэргэн ба мунхгууд, Лаодикечууд ба Филадельфичүүд, эсвэл буудай ба хогийн ургамлын ялгалтыг тэнгэрэлчүүд гүйцэтгэдэг.</w:t>
      </w:r>
    </w:p>
    <w:p>
      <w:pPr>
        <w:pStyle w:val="ArticleScripture"/>
        <w:jc w:val="left"/>
      </w:pPr>
      <w:r>
        <w:rPr>
          <w:rFonts w:ascii="Times New Roman" w:hAnsi="Times New Roman" w:eastAsia="Times New Roman" w:cs="Times New Roman"/>
        </w:rPr>
        <w:t>“Ургац хураалт хүртэл хогийн ургамал ба буудай хоёул хамтдаа ургаж байг. Тэгээд тусгаарлах ажлыг тэнгэрэлчүүд гүйцэтгэнэ.” Selected Messages, book 2, 69.</w:t>
      </w:r>
    </w:p>
    <w:p>
      <w:pPr>
        <w:pStyle w:val="ArticleBody"/>
        <w:jc w:val="left"/>
      </w:pPr>
      <w:r>
        <w:rPr>
          <w:rFonts w:ascii="Times New Roman" w:hAnsi="Times New Roman" w:eastAsia="Times New Roman" w:cs="Times New Roman"/>
        </w:rPr>
        <w:t>Шалгалтын хугацаа хаагдахын яг өмнөхөн лац нь тайлагдах энэ мэдээ нь, тэнгэрэлчүүдээр дүрслэгдсэнээр, Бурханы ард түмний ажлыг тодорхойлдог. Эдгээр өгүүллүүдэд агуулагдсан мэдээ одоо дэлхий даяар жаран гаруй хэлээр (tongues) хэвлэгдэн түгээгдэж байна. Энэ нь шалгалтын хугацаа хаагдахын яг өмнөхөн одоо хэрэгжиж байгаа бөгөөд, энэ мэдээг тунхаглах нь Бурханы эцсийн өдрүүдийн ард түмний ажил мөн. Энэхүү мэдээ нь долоон аянга хэмээн дүрслэгдсэн үйл явдлуудыг тодорхойлдог бөгөөд, уг мэдээг ойлгон таньж, тунхаглан хүргэх ажил нь мэргэн охидын туршлагыг бий болгодог.</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“Шөнийн үзэгдлүүдийн дунд нэгэн үлэмжид сэтгэл хөдөлгөм дүр зураг миний өмнө өнгөрөн гарлаа. Би асар том галан бөмбөлөг үзэсгэлэнт хэдэн харшийн дунд унаж, тэднийг тэр даруйд нь сүйрүүлж байгааг харсан. Би хэн нэгэн ийн хэлэхийг сонсов: ‘Бурханы шүүлтүүд газар дэлхий дээр ирэх гэж буйг бид мэдэж байсан, гэвч тэд ийм удахгүй ирнэ гэж мэдсэнгүй.’ Бусад нь, зовнилоор шаналсан дуу хоолойгоор: ‘Та нар мэдэж байсан! Тэгвэл яагаад бидэнд хэлээгүй юм бэ? Бид мэдээгүй шүү дээ’ хэмээн хэлэв. Тал бүрээс би үүнтэй адил зэмлэлийн үгс хэлэгдэхийг сонссон.”</w:t>
      </w:r>
    </w:p>
    <w:p>
      <w:pPr>
        <w:pStyle w:val="ArticleScripture"/>
        <w:jc w:val="left"/>
      </w:pPr>
      <w:r>
        <w:rPr>
          <w:rFonts w:ascii="Times New Roman" w:hAnsi="Times New Roman" w:eastAsia="Times New Roman" w:cs="Times New Roman"/>
        </w:rPr>
        <w:t>“Би асар их шаналал дунд сэрэв. Дахин унттал, би өөрийгөө нэгэн том цуглаанд байгаа мэт санагдав. Эрх мэдэлтэй Нэгэн цугларсан олонд хандан үг хэлж байв; Түүний өмнө дэлхийн газрын зураг дэлгэн тавьсан байлаа. Тэрээр, энэ зураг нь боловсруулагдах ёстой Бурханы усан үзмийн талбайг дүрсэлж байна гэж айлдав. Тэнгэрээс гэрэл хэн нэгэн дээр тусах бүрд, тэр хүн уг гэрлийг бусдад ойлгон тусгах ёстой байв. Олон газарт гэрлүүд асаагдах ёстой байсан бөгөөд эдгээр гэрлээс цааш өөр гэрлүүд мөн асаагдах ёстой байлаа.”</w:t>
      </w:r>
    </w:p>
    <w:p>
      <w:pPr>
        <w:pStyle w:val="ArticleScripture"/>
        <w:jc w:val="left"/>
      </w:pPr>
      <w:r>
        <w:rPr>
          <w:rFonts w:ascii="Times New Roman" w:hAnsi="Times New Roman" w:eastAsia="Times New Roman" w:cs="Times New Roman"/>
        </w:rPr>
        <w:t>Үгсийг дахин давтан айлдав: «Та нар бол газрын давс мөн. Харин давс амтаа алдвал түүнийг юугаар дахин давслаг болгох билээ? Тэр нь түүнээс хойш юунд ч үл хэрэгтэй, зөвхөн гадагш хаягдаж, хүмүүсийн хөлд гишгэгдэхээс өөрцгүй. Та нар бол ертөнцийн гэрэл мөн. Уулан дээр байрласан хот нуугдаж үл чадна. Хүмүүс ч дэн асаагаад түүнийг хэмжүүрийн саван дор тавьдаггүй, харин дэнлүүний суурин дээр тавьдаг; тэгэхэд тэр нь гэр доторх бүхэнд гэрэл өгдөг. Үүнчлэн та нарын гэрэл хүмүүсийн өмнө тийнхүү гэрэлтэг, ингэснээр тэд та нарын сайн үйлсийг харж, тэнгэр дэх Эцгийг чинь алдаршуулаг» (Матай 5:13–16).</w:t>
      </w:r>
    </w:p>
    <w:p>
      <w:pPr>
        <w:pStyle w:val="ArticleScripture"/>
        <w:jc w:val="left"/>
      </w:pPr>
      <w:r>
        <w:rPr>
          <w:rFonts w:ascii="Times New Roman" w:hAnsi="Times New Roman" w:eastAsia="Times New Roman" w:cs="Times New Roman"/>
        </w:rPr>
        <w:t>“Би хотууд ба тосгодоос, мөн газрын өндөрлөг газрууд болон нам дор газруудаас гэрлийн цацрагууд гялалзан буйг харсан. Бурханы үг дуулгавартайгаар дагагдсан бөгөөд үүний үр дүнд хот, тосгон бүхэнд Түүнд зориулсан дурсгалууд байсан. Түүний үнэн дэлхий даяар тунхаглагдсан.”</w:t>
      </w:r>
    </w:p>
    <w:p>
      <w:pPr>
        <w:pStyle w:val="ArticleScripture"/>
        <w:jc w:val="left"/>
      </w:pPr>
      <w:r>
        <w:rPr>
          <w:rFonts w:ascii="Times New Roman" w:hAnsi="Times New Roman" w:eastAsia="Times New Roman" w:cs="Times New Roman"/>
        </w:rPr>
        <w:t>“Дараа нь энэ газрын зургийг авч, оронд нь өөр нэгийг тавив. Түүн дээр зөвхөн цөөн хэдэн газраас гэрэл тусаж байлаа. Дэлхийн үлдсэн хэсэг нь харанхуйд байсан бөгөөд энд тэндээ өчүүхэн бүдэгхэн гэгээ л үзэгдэж байв. Манай Сургагч ийн хэлэв: ‘Энэхүү харанхуй нь хүмүүс өөрсдийнхөө зам мөрийг дагасны үр дүн мөн. Тэд удамшсан болон төлөвшүүлэн бий болгосон муу хандлагуудаа тэтгэн хадгалсан. Тэд асууж эргэлзэх, өө сэв эрэх, буруутган зэмлэхийг амьдралынхаа гол ажил болгон хувиргасан. Тэдний зүрх сэтгэл Бурхантай зөв биш. Тэд гэрлээ хэмжүүрийн саван доор нуусан.’”</w:t>
      </w:r>
    </w:p>
    <w:p>
      <w:pPr>
        <w:pStyle w:val="ArticleScripture"/>
        <w:jc w:val="left"/>
      </w:pPr>
      <w:r>
        <w:rPr>
          <w:rFonts w:ascii="Times New Roman" w:hAnsi="Times New Roman" w:eastAsia="Times New Roman" w:cs="Times New Roman"/>
        </w:rPr>
        <w:t>“Хэрэв Христийн цэрэг бүр өөрийн үүргийг гүйцэтгэсэнсэн бол, хэрэв Сионы хэрмийн дээрх харуул бүр бүрээгээ тодорхой дуугаргасансан бол, дэлхий энэ өдийд анхааруулгын мэдээг сонссон байх байлаа. Гэвч ажил олон жилээр хоцорчээ. Хүмүүс унтаж байх зуур, Сатан биднийг урьтаж алхсан байна.” Testimonies, volume 9, 28, 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Ерэн Тав</dc:title>
  <dc:subject>Ням гарагийн хуулинд хүрэх зам: Трампын үүрэг ба Даниел 11 дэх эш үзүүллэгийн өрнөл</dc:subject>
  <dc:creator>Jeff Pippenger</dc:creator>
  <cp:keywords/>
  <dc:description>Generated by ArticleDigger from daniel\195_daniel.json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