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ерэн зургаа</w:t>
      </w:r>
    </w:p>
    <w:p>
      <w:pPr>
        <w:pStyle w:val="ArticleSubtitle"/>
        <w:jc w:val="left"/>
      </w:pPr>
      <w:r>
        <w:rPr>
          <w:rFonts w:ascii="Arial" w:hAnsi="Arial" w:eastAsia="Arial" w:cs="Arial"/>
        </w:rPr>
        <w:t>Зөгнөлийн зэрэгцүүлэл ба Бурханы гуниглал: Илчлэл 10 дахь Бурханы эцсийн өдрүүдийн ард түмний илчлэлтэн аялал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Илчлэлт номын аравдугаар бүлэгт, нэгдүгээр ба хоёрдугаар тэнгэрэлчийн мэдээний түүхийг дүрслэн үзүүлсэн тэр хэсэгт, Бурханы эцсийн өдрүүдийн ард түмнийг бэлгэдэгч Иоханд, өөрийн бэлгэдэн төлөөлж байсан түүхэнд урам хугаралт тохиох ёстойг урьдчилан хэлсэн бөгөөд тэрхүү урам хугаралт нь тэдний итгэлийг сорихын тулд Миллерийн хөдөлгөөнийхний ойлголтоос лацдан хаагдсан байсан нэгдүгээр ба хоёрдугаар тэнгэрэлчийн түүхийн тэрхүү хэсэг мөн байв.</w:t>
      </w:r>
    </w:p>
    <w:p>
      <w:pPr>
        <w:pStyle w:val="ArticleScripture"/>
        <w:jc w:val="left"/>
      </w:pPr>
      <w:r>
        <w:rPr>
          <w:rFonts w:ascii="Times New Roman" w:hAnsi="Times New Roman" w:eastAsia="Times New Roman" w:cs="Times New Roman"/>
        </w:rPr>
        <w:t>Тэгээд тэнгэрээс сонссон дуу надтай дахин ярьж, — Далай дээр болон газар дээр зогсож буй тэнгэрэлчийн гарт нээлттэй байгаа бяцхан номыг очиж ав гэж хэлэв. Би тэнгэрэлч уруу очоод, — Надад тэр бяцхан номыг өгөөч гэв. Тэр надад, — Үүнийг аваад бүгдийг нь ид; энэ нь гэдсийг чинь гашуун болгоно, харин аманд чинь зөгийн бал мэт амтлаг байх болно гэв. Тэгээд би тэнгэрэлчийн гараас бяцхан номыг авч, бүгдийг нь идэв; аманд минь энэ нь зөгийн бал мэт амтлаг байлаа. Харин идсэн даруйд гэдэс минь гашуун болов. Илчлэл 10:8–10.</w:t>
      </w:r>
    </w:p>
    <w:p>
      <w:pPr>
        <w:pStyle w:val="ArticleBody"/>
        <w:jc w:val="left"/>
      </w:pPr>
      <w:r>
        <w:rPr>
          <w:rFonts w:ascii="Times New Roman" w:hAnsi="Times New Roman" w:eastAsia="Times New Roman" w:cs="Times New Roman"/>
        </w:rPr>
        <w:t>Аравдугаар эшлэлд, Иохан гартаа бяцхан ном барьсан хүчирхэг тэнгэрэлч бууж ирсэн 1840 оны 8 дугаар сарын 11-нээс эхлэн 1844 оны 10 дугаар сарын 22-ны Агуу Урам Хугаралт хүртэлх түүхийг төлөөлдөг. Тэр энэ түүхийг бэлгэдлээр төлөөлөхөөс өмнө, тэнгэрээс өөрт нь сонсогдсон “дуу хоолой” түүнд, бяцхан номыг идэх үед “энэ нь чиний гэдсийг гашуун болгоно, харин аманд чинь зөгийн бал мэт амттай байх болно” хэмээн мэдэгддэг. Тэрхүү гашуун урам хугаралт нь Миллеритүүдийн итгэлийг сорьсон зүйл байсан бөгөөд тэр урам хугаралт ирэхээс нь өмнө тэд үүнийг мэдэж байх нь тэдний хувьд хамгийн сайн биш байсан; харин Иохан нь үйл явдлуудын дүрслэлтэй холбоотой баримтуудыг, өөрөөр хэлбэл нэгдүгээр ба хоёрдугаар тэнгэрэлчийн мэдээний түүхийг мэдэх шаардлагатай эцсийн өдрүүдийн ардыг төлөөлдөг.</w:t>
      </w:r>
    </w:p>
    <w:p>
      <w:pPr>
        <w:pStyle w:val="ArticleBody"/>
        <w:jc w:val="left"/>
      </w:pPr>
      <w:r>
        <w:rPr>
          <w:rFonts w:ascii="Times New Roman" w:hAnsi="Times New Roman" w:eastAsia="Times New Roman" w:cs="Times New Roman"/>
        </w:rPr>
        <w:t>Тэрхүү ариун түүх эцсийн өдрүүдийн ард түмний дээр нэгэн сорилт ирэхийг заадаг бөгөөд тэрхүү сорилт нь сорилтоос өмнө тэдний урьдчилан ойлгох нь зохистой бус байсан ямар нэгэн зүйлд үндэслэсэн байх ажээ; гэвч энэ нь Миллеритүүдийн яг адилхан туршлага биш байсан хэдий ч, анхны болон хоёр дахь тэнгэрэлчээр төлөөлөгдөн дүрслэгдсэн үйл явдлуудын дараалалтай төгс нийцэж байв. Учир нь долоон аянга мөн түүнчлэн “өөр өөрсдийнх нь дарааллаар илчлэгдэх ирээдүйн үйл явдлууд”-ыг төлөөлдөг.</w:t>
      </w:r>
    </w:p>
    <w:p>
      <w:pPr>
        <w:pStyle w:val="ArticleBody"/>
        <w:jc w:val="left"/>
      </w:pPr>
      <w:r>
        <w:rPr>
          <w:rFonts w:ascii="Times New Roman" w:hAnsi="Times New Roman" w:eastAsia="Times New Roman" w:cs="Times New Roman"/>
        </w:rPr>
        <w:t>Миллерчүүдийн суурь түүхийг мэдэх шаардлагатай байсан хэдий ч, Бурханы эцсийн өдрүүдийн ард түмэн үйл явдлын мөнөөх ялган тогтоосон дарааллыг Миллерчүүдийн нэгэн адил биелүүлэх байв. Гэвч Миллерчүүдийг сорьсон зүйл нь—тэдэнд урьдчилан мэдэхгүй байх нь тэдний хувьд хамгийн дээр байсан тэр зүйл—өөр нэгэн сорилт байх бөгөөд энэ нь Иудагийн овгийн Арслан Есүс Христийн Илчлэлийг лацаас нь тайлах цаг ойртон ирэх хүртэл битүүмжлэгдэн хадгалагдсан нэгэн хүчин зүйлээс үүдэн бий болсон юм. Энэ нь Даниел арван нэгийн дөчдүгээр эшлэлийн нуугдмал түүхэнд тохиолддог.</w:t>
      </w:r>
    </w:p>
    <w:p>
      <w:pPr>
        <w:pStyle w:val="ArticleBody"/>
        <w:jc w:val="left"/>
      </w:pPr>
      <w:r>
        <w:rPr>
          <w:rFonts w:ascii="Times New Roman" w:hAnsi="Times New Roman" w:eastAsia="Times New Roman" w:cs="Times New Roman"/>
        </w:rPr>
        <w:t>Битүүмжлэгдсэн зүйл нь Бурханы эцсийн өдрүүдийн ардыг сорихоор зориулагдсан байсан бөгөөд тэрхүү сорилт нь Миллеритүүд соригдсон замын тэмдэгтэй нийцэх байв. Учир нь Миллеритүүдийн түүхэн дэх анхны биелэлтэд ч, эсвэл эцсийн өдрүүдийн сүүлчийн биелэлтэд ч, долоон аянга нь “үйл явдлуудын дүрслэл” бөгөөд “өөр өөрсдийн дарааллаар илчлэгдэх” зүйлс юм.</w:t>
      </w:r>
    </w:p>
    <w:p>
      <w:pPr>
        <w:pStyle w:val="ArticleBody"/>
        <w:jc w:val="left"/>
      </w:pPr>
      <w:r>
        <w:rPr>
          <w:rFonts w:ascii="Times New Roman" w:hAnsi="Times New Roman" w:eastAsia="Times New Roman" w:cs="Times New Roman"/>
        </w:rPr>
        <w:t>Өргөнөөр танигдаагүй үлдсэн зүйл нь, Иохан 1840 оны 8 дугаар сарын 11-нд жижиг номтойгоор Христийн бууж ирэлтийн түүхийг 1844 оны 10 дугаар сарын 22-ны Их Урам хугаралт хүртэл төлөөлдөгтэй адил, тэрхүү яг ижил түүх мөн 1844 оны 4 дүгээр сарын 19-нд хоёр дахь тэнгэрэлчийн бууж ирэлтээр ч төлөөлөгдсөн явдал юм. Эхний урам хугаралтыг 1840 оны 8 дугаар сарын 11-нд жижиг номыг идсэнийхээ дараа 1844 оны 4 дүгээр сарын 19-нд урам хугаралттай учирсан Иоханы урам хугаралт гэж ойлгож болно. Тэр урам хугаралт ирэхэд хоёр дахь тэнгэрэлч гартаа “бичиг” барин бууж ирсэн юм.</w:t>
      </w:r>
    </w:p>
    <w:p>
      <w:pPr>
        <w:pStyle w:val="ArticleScripture"/>
        <w:jc w:val="left"/>
      </w:pPr>
      <w:r>
        <w:rPr>
          <w:rFonts w:ascii="Times New Roman" w:hAnsi="Times New Roman" w:eastAsia="Times New Roman" w:cs="Times New Roman"/>
        </w:rPr>
        <w:t>“Өөр нэгэн хүчирхэг тэнгэрэлч газарт буухаар илгээгдэв. Есүс түүний гарт нэгэн бичээс тавьсан бөгөөд тэр газарт ирэхдээ: ‘Вавилон нуран унасан, нуран унасан’ хэмээн хашхирав. Тэгээд би урам нь хугарсан хүмүүсийг дахин нүдээ тэнгэр өөд өргөн, Эзэнийхээ илрэн ирэлтийг итгэл ба найдвараар ширтэн байгааг харлаа. Харин олон хүн унтаж буй мэт мунхаг байдалд хэвээр үлдсэн мэт санагдав; гэвч би тэдний царай төрхөн дээр гүн гашуудлын ул мөр байгааг харж байлаа. Урам нь хугарсан хүмүүс Судруудаас өөрсдийгөө саатлын үед байгааг, мөн үзэгдлийн биеллийг тэвчээртэйгээр хүлээх ёстойгоо олж харсан юм. Тэднийг 1843 онд Эзэнээ хүсэн хүлээхэд хүргэсэн тэрхүү адил нотолгоо нь Түүнийг 1844 онд ч мөн хүсэн хүлээхэд хүргэв. Гэвч 1843 онд тэдний итгэлийг тодорхойлж байсан тэрхүү эрч хүчийг олонх нь эзэмшээгүй байгааг би харсан. Тэдний урам хугаралт итгэлийг нь мохоожээ.” Early Writings, 247.</w:t>
      </w:r>
    </w:p>
    <w:p>
      <w:pPr>
        <w:pStyle w:val="ArticleBody"/>
        <w:jc w:val="left"/>
      </w:pPr>
      <w:r>
        <w:rPr>
          <w:rFonts w:ascii="Times New Roman" w:hAnsi="Times New Roman" w:eastAsia="Times New Roman" w:cs="Times New Roman"/>
        </w:rPr>
        <w:t>Аравдугаар бүлэгт Иоханы төлөөлж буй Миллеритүүдийн түүх нь эхний тэнгэрэлчийн, мөн хоёр дахь тэнгэрэлчийн түүх мөн. Мэдээтэйгээр бууж ирэх эхний тэнгэрэлчийн буулт болон мэдээтэйгээр бууж ирэх хоёр дахь тэнгэрэлчийн буулт нь тус тусын түүхүүдийн эхлэлийг тэмдэглэдэг бөгөөд аль аль нь урам хугаралтаар төгссөн юм. Гэсэн ч Иохан хоёр тэнгэрэлчийн бүхэл бүтэн түүхийг илүү шууд дүрслэн үзүүлж байна. Гурав дахь тэнгэрэлч мэдээтэйгээр ирсэн 1844 оны 10 дугаар сарын 22-ноос хойш ч гэсэн, 1863 оны тэрслүү бослогын урам хугаралт нь мэдээгээр эхэлж, урам хугаралтаар төгсдөг нэгэн үеийн гурав дахь гэрчийг бүрдүүлдэг.</w:t>
      </w:r>
    </w:p>
    <w:p>
      <w:pPr>
        <w:pStyle w:val="ArticleBody"/>
        <w:jc w:val="left"/>
      </w:pPr>
      <w:r>
        <w:rPr>
          <w:rFonts w:ascii="Times New Roman" w:hAnsi="Times New Roman" w:eastAsia="Times New Roman" w:cs="Times New Roman"/>
        </w:rPr>
        <w:t>2020 оны 7 дугаар сарын 18-нд болсон гурав дахь тэнгэрэлчийн хөдөлгөөний анхны урам хугаралт нь Миллерчүүдийн анхны урам хугаралттай зэрэгцэл байсан юм. 1844 оны үнэнийг Эзэн зарим тооны тооцоон дахь алдаан дээр Өөрийн мутрыг тавин битүүмжилсний адил, нэгэн үнэн мөн битүүмжлэгдсэн байв; тэр нь Миллерчүүдийн анхны урам хугаралтыг бий болгосон юм. Хожим нь уг алдааг ойлгосноор, Иудагийн овгийн Арслан Өөрийн мутрыг авсан тул тэрхүү алдаа тайлагдсан юм. 2020 оны 7 дугаар сарын 18-ны алдаа нь Тэрээр “цаг хугацаа цаашид байхгүй” хэмээн тунхаглах үедээ 1844 оны 10 дугаар сарын 22-нд Өөрийн мутрыг өргөснийг хүлээн зөвшөөрөхөөс татгалзсанаас үүдэн гарсан юм.</w:t>
      </w:r>
    </w:p>
    <w:p>
      <w:pPr>
        <w:pStyle w:val="ArticleBody"/>
        <w:jc w:val="left"/>
      </w:pPr>
      <w:r>
        <w:rPr>
          <w:rFonts w:ascii="Times New Roman" w:hAnsi="Times New Roman" w:eastAsia="Times New Roman" w:cs="Times New Roman"/>
        </w:rPr>
        <w:t>Энэ нь нэгдүгээр тэнгэрэлчийн анхны урам хугаралтай холбоотой Филаделфийн хөдөлгөөн байсан ч, эсвэл гуравдугаар тэнгэрэлчийн Лаодикийн хөдөлгөөний анхны урам хугарал байсан ч, Түүний гар нь тэмдэгт үе шатыг илэрхийлдэг. 1844 оны 4 дүгээр сарын 19-нд болон 2020 оны 7 дугаар сарын 18-нд урам хугарал нь тараан сарниулах цаг үеийг авчирсан. 1840 оны 8 дугаар сарын 11-нд эсвэл 2001 оны 9 дүгээр сарын 11-нд нэгэнт цуглуулагдсан байсан хүмүүс тараагдан сарнисан бөгөөд түүнээс хойш Христ Өөрийн хүмүүсийг хоёр дахь удаагаа цуглуулж эхэлсэн.</w:t>
      </w:r>
    </w:p>
    <w:p>
      <w:pPr>
        <w:pStyle w:val="ArticleBody"/>
        <w:jc w:val="left"/>
      </w:pPr>
      <w:r>
        <w:rPr>
          <w:rFonts w:ascii="Times New Roman" w:hAnsi="Times New Roman" w:eastAsia="Times New Roman" w:cs="Times New Roman"/>
        </w:rPr>
        <w:t>Тэрээр 2001 оны 9 дүгээр сарын 11-нээс эхлэн нэгэн ардыг цуглуулж байсан. Учир нь Христийн баптисмаар төлөөлүүлэн үзүүлэгдсэнчлэн, Тэнгэрлэг бэлгэ тэмдэг бууж ирэх тэр үед л Тэр Өөрийн шавь нарыг цуглуулж эхэлдэг болохоос, түүнээс өмнө бус. Дараа нь, нэгэнт тараагдсаны дараа, Христ Өөрийн ардыг хоёр дахь удаагаа цуглуулдаг. Христ Өөрийн баптисмаас эхлэн шавь нараа цуглуулсан бөгөөд загалмайгаас үүдэлтэй тараагдлын дараа Тэр Өөрийн шавь нарыг хоёр дахь удаагаа цуглуулж эхэлсэн. 2023 оны 7 дугаар сард эхэлсэн хоёр дахь цуглуулгын эш үзүүллэгийн баримт нь 2020 оны 7 дугаар сарын 18-нд битүүмжлэгдсэн зүйлийн нэг хэсэг байсан боловч энэ нь Миллерчүүдийн түүхийн тодорхой нэг бүрэлдэхүүн хэсэг байсан юм.</w:t>
      </w:r>
    </w:p>
    <w:p>
      <w:pPr>
        <w:pStyle w:val="ArticleBody"/>
        <w:jc w:val="left"/>
      </w:pPr>
      <w:r>
        <w:rPr>
          <w:rFonts w:ascii="Times New Roman" w:hAnsi="Times New Roman" w:eastAsia="Times New Roman" w:cs="Times New Roman"/>
        </w:rPr>
        <w:t>Даниел номын арван нэгдүгээр бүлгийн дөчдүгээр эшлэлд, ёроолгүй ангалын араатан 2020 онд гарч ирээд газрын араатны хоёр эврийг хоёуланг нь хөнөөсөн. 2023 оны долоодугаар сард Эзэн эцсийн өдрүүдийн Өөрийн ард түмнийг хоёр дахь удаагаа цуглуулж эхэлсэн. Цуглуулалтын үйл явц нь ариун Миллерит түүхийн дотор дүрслэгдсэн байдаг бөгөөд тэрхүү түүхэнд Өөрийн ард түмнийг хоёр дахь удаагаа цуглуулж буй хоёр түүхэн гэрч бий. Цуглуулалтын үйл явц нь 2023 оны долоодугаар сар хүртэл лацдан битүүмжлэгдсэн байсан эш үзүүллэгийн нэгэн бүрэлдэхүүн мөн. Өөрийн ард түмнийг хоёр дахь удаагаа цуглуулах ажил нь Украйны дайны түүхийн үед, долоон хааны нэг болох найм дахь ерөнхийлөгчийн хоёр дахь сонгуулийн яг өмнөхөн биеллээ олдог.</w:t>
      </w:r>
    </w:p>
    <w:p>
      <w:pPr>
        <w:pStyle w:val="ArticleBody"/>
        <w:jc w:val="left"/>
      </w:pPr>
      <w:r>
        <w:rPr>
          <w:rFonts w:ascii="Times New Roman" w:hAnsi="Times New Roman" w:eastAsia="Times New Roman" w:cs="Times New Roman"/>
        </w:rPr>
        <w:t>1840 оны 8 дугаар сарын 11-нд Эзэн Миллерит хөдөлгөөнийг цуглуулсан бөгөөд Тэрээр 1842 оны 5 дугаар сард хэвлэгдсэн 1843 оны хүснэгтийг танилцуулснаар тэрхүү цугларалтыг тэмдэглэсэн юм. Уг хүснэгт нь суурь мэдээг төлөөлж байсан, учир нь Тэр үед Миллерит сүмийн суурийг тавьж байсан билээ. 1840 оны 8 дугаар сарын 11-нд Илчлэлт номын аравдугаар бүлгийн тэнгэр элч бууж ирсэн нь Христийн баптисмтай зэрэгцэн харгалзах бөгөөд энэ нь бусад зүйлсийн хамт Христ шавь нараа сонгож эхэлсний тэмдэг болсон юм.</w:t>
      </w:r>
    </w:p>
    <w:p>
      <w:pPr>
        <w:pStyle w:val="ArticleScripture"/>
        <w:jc w:val="left"/>
      </w:pPr>
      <w:r>
        <w:rPr>
          <w:rFonts w:ascii="Times New Roman" w:hAnsi="Times New Roman" w:eastAsia="Times New Roman" w:cs="Times New Roman"/>
        </w:rPr>
        <w:t>“Иохан, Андрей, Симон, Филип, Натанаел нарыг дуудагдсанаар Христийн сүмийн суурь тавигдаж эхэлсэн юм. Иохан өөрийн хоёр шавийг Христ рүү чиглүүлэв. Тэгээд тэдний нэг болох Андрей ах дүүгээ олж, Аврагч уруу дуудсан. Дараа нь Филип дуудагдаж, Натанаелыг эрэн хайхаар явлаа.” The Desire of Ages, 141.</w:t>
      </w:r>
    </w:p>
    <w:p>
      <w:pPr>
        <w:pStyle w:val="ArticleBody"/>
        <w:jc w:val="left"/>
      </w:pPr>
      <w:r>
        <w:rPr>
          <w:rFonts w:ascii="Times New Roman" w:hAnsi="Times New Roman" w:eastAsia="Times New Roman" w:cs="Times New Roman"/>
        </w:rPr>
        <w:t>1798 оны төгсгөлийн цагаас 1840 оны 8 дугаар сарын 11 хүртэлх Уильям Миллерийн ажил нь Иохан Баптистын ажлыг төлөөлж байсан; харин Илчлэл 10-ын тэнгэрэлч бууж ирэхэд, өөрөөр хэлбэл Христийн баптисм дээр Ариун Сүнс бууж ирснээр дүрслэгдсэний дагуу, Эзэн Өөрийн суурь шавь нарыг “цуглуулсан” билээ. Эдгээр хоёр гэрч нь Христ Өөрийн эцсийн өдрүүдийн ард түмнийг 2001 оны 9 дүгээр сарын 11-нд, Илчлэл 18-р бүлгийн тэнгэрэлч бууж ирэх үед цуглуулсныг тодорхойлдог; гэвч Миллерчүүдийн адил тэд лацдан хаагдсан байсан долоон аянгын нэгэн хэсгээр шалгагдах ёстой байсан бөгөөд дараа нь Эзэн Өөрийн ард түмнийг хоёр дахь удаагаа цуглуулах байв.</w:t>
      </w:r>
    </w:p>
    <w:p>
      <w:pPr>
        <w:pStyle w:val="ArticleBody"/>
        <w:jc w:val="left"/>
      </w:pPr>
      <w:r>
        <w:rPr>
          <w:rFonts w:ascii="Times New Roman" w:hAnsi="Times New Roman" w:eastAsia="Times New Roman" w:cs="Times New Roman"/>
        </w:rPr>
        <w:t>Бурханы эцсийн өдрүүдийн ард түмний хоёр дахь цугларалт нь Даниелын арван нэгдүгээр бүлгийн арван нэгдүгээр зүйлийн хамгийн төгсгөлийн хэсгээр дүрслэгдсэн түүхэн үед, Путин Украинд ялалт байгуулахаас яг өмнө, мөн Орос ба Путины эш үзүүллэгийн гэрчлэл төгсдөг арван хоёрдугаар зүйлийн яг өмнө эхэлсэн. Иймээс Даниелын арван нэгдүгээр бүлгийн арван нэгдүгээр зүйл нь Илчлэл номын арван нэгдүгээр бүлгийн арван нэгдүгээр зүйлтэй давхцан нийцдэг. Учир нь тэнд хоёр гэрч дахин амилуулагддаг юм.</w:t>
      </w:r>
    </w:p>
    <w:p>
      <w:pPr>
        <w:pStyle w:val="ArticleBody"/>
        <w:jc w:val="left"/>
      </w:pPr>
      <w:r>
        <w:rPr>
          <w:rFonts w:ascii="Times New Roman" w:hAnsi="Times New Roman" w:eastAsia="Times New Roman" w:cs="Times New Roman"/>
        </w:rPr>
        <w:t>Миллеритүүдийн ариун түүхэнд, 1844 оны 4 дүгээр сарын 19-ний их урам хугаралтын дараа Эзэн Өөрийн ард түмнийг хоёр дахь удаагаа цуглуулж эхэлсэн бөгөөд тэр үед Эзэн Өөрийн ард түмнийг цуглуулахад хэрэглэсэн зүйл нь тэд өөрсдийгөө Матай номын хорин тавдугаар бүлгийн арван охины тухай сургаалт зүйрлэл дэх саатлын үеийг, мөн Хабаккук номын хоёрдугаар бүлгийг биелүүлж байна гэдгийг ухааран таних явдал байв. Миллеритүүд өөрсдийн нөхцөл байдлыг таньж мэдэн буцаж ирэхийн тулд, тэд өөрсдийгөө Бурханы эш үзүүллэгийн Үг дотор дүрслэгдсэнээр нь танин мэдэх шаардлагатай байсан. Тэд өөрсдийгөө Түүний ард түмэн хэмээн тунхагладаг хүмүүсээс ялгаатайгаар, үнэхээр Бурханы ард түмэн мөн гэдгээ харах хэрэгтэй байлаа. Тэрээр урам нь хугарсан Өөрийн ард түмнийг цуглуулахдаа, харь үндэстнүүдэд өргөгддөг тугийн нэгэн дүрслэлийг өгч байсан бөгөөд ингэснээр Өөрийн жинхэнэ боловч урам нь хугарсан ард түмэн болон зөвхөн Түүний ард түмэн хэмээн тунхаглагч ард түмний хоорондох ялгааг онцлон тэмдэглэж байв.</w:t>
      </w:r>
    </w:p>
    <w:p>
      <w:pPr>
        <w:pStyle w:val="ArticleScripture"/>
        <w:jc w:val="left"/>
      </w:pPr>
      <w:r>
        <w:rPr>
          <w:rFonts w:ascii="Times New Roman" w:hAnsi="Times New Roman" w:eastAsia="Times New Roman" w:cs="Times New Roman"/>
        </w:rPr>
        <w:t>Тэр өдөр Иессийн язгуур гарч ирж, ард түмнүүдэд зориулсан туг тэмдэг болон зогсоно; үндэстнүүд түүн уруу эрж хайх болно; Түүний амралт нь алдартай байх болно. Тэр өдөр Эзэн Өөрийн ард түмний үлдэгдлийг—Ассириас, Египетээс, Патросоос, Кушаас, Еламаас, Шинараас, Хаматаас, мөн тэнгисийн арлуудаас үлдсэн тэрхүү үлдэгдлийг—эргүүлэн авчрахын тулд Өөрийн мутрыг хоёр дахь удаагаа сунгах болно. Тэр үндэстнүүдийн төлөө туг тэмдэг босгож, Израилийн хөөгдөгсдийг цуглуулан, Иудагийн тараагдагсдыг дэлхийн дөрвөн зүгээс хаман цуглуулах болно. Исаиа 11:10–12.</w:t>
      </w:r>
    </w:p>
    <w:p>
      <w:pPr>
        <w:pStyle w:val="ArticleBody"/>
        <w:jc w:val="left"/>
      </w:pPr>
      <w:r>
        <w:rPr>
          <w:rFonts w:ascii="Times New Roman" w:hAnsi="Times New Roman" w:eastAsia="Times New Roman" w:cs="Times New Roman"/>
        </w:rPr>
        <w:t>Иеремиа эш үзүүлэгч 1844 оны 4 дүгээр сарын 19-нд урам нь хугарсан хүмүүсийг төлөөлөн дүрслэхдээ, 1843 оны бүтэлгүй зөгнөлийг Иеремиагийн төлөөлж байсан хүмүүс хуурамч эш үзүүлэгчид мөн гэдгийн нотолгоо болгон ашиглаж байсан “тохуурхагчдын чуулган”-тай өөрийгөө цаашид холбон үзэхээ больсноо илэрхийлсэн.</w:t>
      </w:r>
    </w:p>
    <w:p>
      <w:pPr>
        <w:pStyle w:val="ArticleScripture"/>
        <w:jc w:val="left"/>
      </w:pPr>
      <w:r>
        <w:rPr>
          <w:rFonts w:ascii="Times New Roman" w:hAnsi="Times New Roman" w:eastAsia="Times New Roman" w:cs="Times New Roman"/>
        </w:rPr>
        <w:t>Би элэглэн дооглогчдын цуглаанд суугаагүй, бас баясаагүй; Таны мутрын улмаас би ганцаар суусан. Учир нь Та намайг зэвүүцлээр дүүргэсэн билээ. Иеремиа 15:17.</w:t>
      </w:r>
    </w:p>
    <w:p>
      <w:pPr>
        <w:pStyle w:val="ArticleBody"/>
        <w:jc w:val="left"/>
      </w:pPr>
      <w:r>
        <w:rPr>
          <w:rFonts w:ascii="Times New Roman" w:hAnsi="Times New Roman" w:eastAsia="Times New Roman" w:cs="Times New Roman"/>
        </w:rPr>
        <w:t>“Еремиагаар төлөөлөгдсөн хүмүүсийг” “тохуурхан доромжлогчдын чуулган” хөөн гаргасан байв.</w:t>
      </w:r>
    </w:p>
    <w:p>
      <w:pPr>
        <w:pStyle w:val="ArticleScripture"/>
        <w:jc w:val="left"/>
      </w:pPr>
      <w:r>
        <w:rPr>
          <w:rFonts w:ascii="Times New Roman" w:hAnsi="Times New Roman" w:eastAsia="Times New Roman" w:cs="Times New Roman"/>
        </w:rPr>
        <w:t>“Олон хүн үл итгэгч ах дүүсийнхээ хавчлагад өртөв. Сүм дэх байр сууриа хадгалахын тулд зарим нь өөрсдийн найдварын талаар дуугүй байхыг зөвшөөрсөн; харин бусад нь Бурханд үнэнч байх нь Өөрийнх нь тэдний итгэлцэлд даатгасан үнэнүүдийг ийнхүү нуухыг хориглодог гэж үзжээ. Христийн ирэлтийн талаарх итгэлээ илэрхийлснийх нь төлөө л цөөнгүй хүн сүмийн нөхөрлөлөөс таслагдсан юм. Итгэлийнхээ энэ сорилтыг туулсан хүмүүст эш үзүүлэгчийн үгс тун нандин байлаа: ‘Та нарыг үзэн яддаг, Миний нэрийн төлөө та нарыг хөөн зайлуулдаг ах дүүс чинь, ЭЗЭН алдаршиг гэж хэлсэн; гэвч Тэр та нарын баярт үзэгдэж, харин тэд ичих болно.’ Исаиа 66:5.” Агуу тэмцэл, 372.</w:t>
      </w:r>
    </w:p>
    <w:p>
      <w:pPr>
        <w:pStyle w:val="ArticleBody"/>
        <w:jc w:val="left"/>
      </w:pPr>
      <w:r>
        <w:rPr>
          <w:rFonts w:ascii="Times New Roman" w:hAnsi="Times New Roman" w:eastAsia="Times New Roman" w:cs="Times New Roman"/>
        </w:rPr>
        <w:t>Эзэн харь үндэстнүүдийн төлөө туг өргөх үед, Тэр Өөрийн мутраа хоёр дахь удаагаа сунган, Израилийн хөөгдөгсөд болох Өөрийн ард түмний үлдэгдлийг цуглуулах тэр цагт энэ нь тохиох болно. Тэд бол цаашид “дооглогчдын чуулганд” суухаа больсон хүмүүс юм.</w:t>
      </w:r>
    </w:p>
    <w:p>
      <w:pPr>
        <w:pStyle w:val="ArticleBody"/>
        <w:jc w:val="left"/>
      </w:pPr>
      <w:r>
        <w:rPr>
          <w:rFonts w:ascii="Times New Roman" w:hAnsi="Times New Roman" w:eastAsia="Times New Roman" w:cs="Times New Roman"/>
        </w:rPr>
        <w:t>“Иессийн үндэс” нь хоёр цусан удмын бэлгэдэл бөгөөд нэг нь Иудаизмаас, нөгөө нь Иудаизмаас гаднах цусан удамтай нэгдсэн байдлыг илэрхийлдэг; энэ нь зөвхөн Есүсийн цусан удмыг төлөөлөөд зогсохгүй, мөн Бурханлаг чанар хүний мөн чанартай нэгдсэний бэлгэдэл юм. Учир нь өргөгдөн мандуулсан туг нь Бурханлаг чанар хүний мөн чанартай нэгдсэн тэрхүү байдал болон туршлагад үүрд лацдан баталгаажсан ард түмнийг төлөөлдөг бөгөөд энэ нь мөн Даниелын арван нэгдүгээр бүлгийн аравдугаар эшлэлд “цайз” хэмээх бэлгэдлээр дүрслэгдсэн байдаг. Аравдугаар эшлэлд нэг зуун дөчин дөрвөн мянгын лацдагдах цаг нь толгой болох цайзын эш үзүүллэгийн ойлголтоор дамжин далдуур заагдсан байдаг. Арван нэгдүгээр эшлэлийн түүхэнд болон Украины дайнд Эзэн урам нь хугарсан хөөгдөгсдийг цуглуулахын тулд Өөрийн мутрыг хоёр дахь удаагаа сунгадаг.</w:t>
      </w:r>
    </w:p>
    <w:p>
      <w:pPr>
        <w:pStyle w:val="ArticleBody"/>
        <w:jc w:val="left"/>
      </w:pPr>
      <w:r>
        <w:rPr>
          <w:rFonts w:ascii="Times New Roman" w:hAnsi="Times New Roman" w:eastAsia="Times New Roman" w:cs="Times New Roman"/>
        </w:rPr>
        <w:t>Тиймээс, Даниел 11-ийн гэрчлэлийг бүтцээ болгон авч, бид Ням гаргийн хуулийн яг өмнөхөн папын засаглал эш үзүүллэгийн түүхэнд халдан орж ирснийг тогтоосон. Долооноос гарсан найм дахь нь болж, сүм ба төрийг нэгтгэх ажлыг эхлүүлж буй Трампаар төлөөлүүлсэн Бүгд Найрамдах эвэрний ажлыг бид харсан. Маккавейчуудаар дүрслэгдсэн, Протестантизмын урвагч эвэрний шугам бидэнд байна. Эдгээр эшлэлүүдээр дүрслэгдсэн тэрхүү нэгэн ижил түүхэнд бид долоон аянгын шугамыг, мөн арван онгон охины сургаалт зүйрлэлийн шугамыг хэрэглэн, нэг зуун дөчин дөрвөн мянгын туршлагыг тодорхойлдог бөгөөд мөн жинхэнэ Протестант эвэрний ажлыг тоймлон харуулдаг гурван тэнгэрэлчийн шугамыг ч хэрэглэдэг. Тэрхүү түүхэн дотор жинхэнэ Протестант эвэрт хамаарах үйл явдлуудын нэг нь хоёр дахь цугларалт мөн.</w:t>
      </w:r>
    </w:p>
    <w:p>
      <w:pPr>
        <w:pStyle w:val="ArticleBody"/>
        <w:jc w:val="left"/>
      </w:pPr>
      <w:r>
        <w:rPr>
          <w:rFonts w:ascii="Times New Roman" w:hAnsi="Times New Roman" w:eastAsia="Times New Roman" w:cs="Times New Roman"/>
        </w:rPr>
        <w:t>Хоёр дахь цугларалт нь хоёр дахь тэнгэрэлчийн мэдээний түүхэнд тохиолдсон бөгөөд мөн 1844-өөс 1863 он хүртэлх гурав дахь тэнгэрэлчийн түүхэнд ч тохиолдсон бөгөөд ингэснээр Эзэн Өөрийн мутрыг хоёр дахь удаа сунган, тараагдсан сүргээ цуглуулсан тухай Миллерийн хөдөлгөөний түүхээс хоёр гэрчийг тогтоож байна.</w:t>
      </w:r>
    </w:p>
    <w:p>
      <w:pPr>
        <w:pStyle w:val="ArticleScripture"/>
        <w:jc w:val="left"/>
      </w:pPr>
      <w:r>
        <w:rPr>
          <w:rFonts w:ascii="Times New Roman" w:hAnsi="Times New Roman" w:eastAsia="Times New Roman" w:cs="Times New Roman"/>
        </w:rPr>
        <w:t>“Есдүгээр сарын 23-нд, Эзэн Өөрийн ард түмний үлдэгдлийг эргүүлэн авахын тулд мутраа хоёр дахь удаагаа сунгасныг надад харуулсан бөгөөд энэ цуглуулах цаг үед хүчин чармайлтыг дахин давхарлан гаргах ёстойг үзүүлсэн. Тараагдлын үед Израиль цохигдож, урагдсан байсан, харин одоо цуглуулах үед Бурхан Өөрийн ард түмнийг эдгээж, шархыг нь бооно. Тараагдлын үед үнэнийг түгээн дэлгэрүүлэхийн тулд гаргасан хүчин чармайлт багахан нөлөөтэй, үл ялиг эсвэл бараг юу ч бүтээгээгүй; харин цуглуулах үед, Бурхан Өөрийн ард түмнийг цуглуулахын тулд мутраа сунгасан энэ үед, үнэнийг түгээх хүчин чармайлт зорьсон үр дүндээ хүрнэ. Бүгд ажил үйлсэд нэгдмэл, хичээл зүтгэлтэй байх ёстой. Одоо, цуглуулах үед биднийг удирдах жишээ болгон тараагдлыг иш татах нь хэний ч хувьд буруу болохыг би харсан; учир нь хэрэв Бурхан тэр үед хийснээсээ илүүг одоо бидний төлөө хийхгүй бол, Израиль хэзээ ч цуглагдахгүй.” Early Writings, 74.</w:t>
      </w:r>
    </w:p>
    <w:p>
      <w:pPr>
        <w:pStyle w:val="ArticleBody"/>
        <w:jc w:val="left"/>
      </w:pPr>
      <w:r>
        <w:rPr>
          <w:rFonts w:ascii="Times New Roman" w:hAnsi="Times New Roman" w:eastAsia="Times New Roman" w:cs="Times New Roman"/>
        </w:rPr>
        <w:t>Эртний Бичвэрүүд-ийн хавсралтад Уайт эгч сая дурдсан тайлбарыг ийнхүү тайлбарласан байдаг:</w:t>
      </w:r>
    </w:p>
    <w:p>
      <w:pPr>
        <w:pStyle w:val="ArticleScripture"/>
        <w:jc w:val="left"/>
      </w:pPr>
      <w:r>
        <w:rPr>
          <w:rFonts w:ascii="Times New Roman" w:hAnsi="Times New Roman" w:eastAsia="Times New Roman" w:cs="Times New Roman"/>
        </w:rPr>
        <w:t>“3. 74-р хуудсан дахь Эзэн «Өөрийн ард түмний үлдэгдлийг буцаан авахын тулд мутраа хоёр дахь удаагаа сунгасан» гэсэн үзэл нь зөвхөн Христийг хүлээн харж байсан хүмүүсийн дунд нэгэн цагт оршин байсан нэгдэл ба хүч чадлыг, мөн Тэр Өөрийн ард түмнийг дахин нэгтгэж, өргөн босгож эхэлсэн баримтыг л зааж байна.” Эртний Бичвэрүүд, 86.</w:t>
      </w:r>
    </w:p>
    <w:p>
      <w:pPr>
        <w:pStyle w:val="ArticleBody"/>
        <w:jc w:val="left"/>
      </w:pPr>
      <w:r>
        <w:rPr>
          <w:rFonts w:ascii="Times New Roman" w:hAnsi="Times New Roman" w:eastAsia="Times New Roman" w:cs="Times New Roman"/>
        </w:rPr>
        <w:t>1840 оны 8 дугаар сарын 11-нээс 1844 оны 10 дугаар сарын 22 хүртэлх үеийг төлөөлсөн долоон аянгын ариун түүх нь 1844 оны 10 дугаар сарын 22-ноос 1863 оны тэрслэл хүртэлх ариун түүхийг хэв шинжлэн үзүүлсэн юм. Мөр дээр мөрөөр, эхний түүх нь ухаалаг онгон охидын дүрслэлийг илэрхийлсэн бол, хоёр дахь мөр нь мунхаг онгон охидын дүрслэлийг үзүүлсэн юм. Аль аль түүх нь идэгдэх учиртай мэдээтэй тэнгэрэлч бууж ирснээр эхэлсэн. Хоёр түүхийн аль алинд тэнгэрэлчийн ирэлт нь тараан сарниулалтыг бий болгосон шалгалтын үйл явцыг эхлүүлсэн бөгөөд 1849 он гэхэд Эгч Уайтад Эзэн Өөрийн мутрыг дахин, хоёр дахь удаагаа сунгаж, энэ удаа 1844 оны 10 дугаар сарын 22-нд тараагдсан хүмүүсийг цуглуулах гэж байгааг харуулж байв.</w:t>
      </w:r>
    </w:p>
    <w:p>
      <w:pPr>
        <w:pStyle w:val="ArticleBody"/>
        <w:jc w:val="left"/>
      </w:pPr>
      <w:r>
        <w:rPr>
          <w:rFonts w:ascii="Times New Roman" w:hAnsi="Times New Roman" w:eastAsia="Times New Roman" w:cs="Times New Roman"/>
        </w:rPr>
        <w:t>Тэд Агуу Урам Хугаралтаар тараагдсан байсан нь 1844 оны 4 дүгээр сарын 19-нд мэргэн хүмүүс анхны урам хугаралтаараа тараагдсан байсантай адил юм. Хоёр дахь цугларалт нь Эзэн “Өөрийн ард түмнийг дахин нэгтгэж, босгож эхэлсэн”-ийг илчилсэн. Хоёр дахь цугларалтын үед Эзэний ажилд нэгэн туг өргөх нь багтдаг бөгөөд тэрхүү туг нь мэдээ дээрээ бие биеэ нэгтгэсэн, мөн хүн чанар нь Түүний Бурхантай чанартай нэгдсэн байдаг. Тэрхүү тугийн зорилго нь Бурханы өөр сүргийг Вавилоноос дуудах явдал бөгөөд энэ нь эрэгтэй, эмэгтэй хүмүүс тугийг харах үед биелдэг.</w:t>
      </w:r>
    </w:p>
    <w:p>
      <w:pPr>
        <w:pStyle w:val="ArticleBody"/>
        <w:jc w:val="left"/>
      </w:pPr>
      <w:r>
        <w:rPr>
          <w:rFonts w:ascii="Times New Roman" w:hAnsi="Times New Roman" w:eastAsia="Times New Roman" w:cs="Times New Roman"/>
        </w:rPr>
        <w:t>Туг тэмдэг нь Ням гаргийн хуулийн шалгалтын үед өөрсдийн хүн чанарыг Христийн Бурханлаг чанартай нэгтгэсэн хүмүүсийн арми мөн. Иймээс хоёр дахь цуглуулалт нь өргөгдөх “Иессийн үндэс”-ийг илтгэдэг бөгөөд энэ нь хоёр талт эш үзүүллэгийн бэлгэдлийг агуулдаг: туг тэмдгээр цуглуулагдан Боазтай нэгддэг харь үндэстэн Рутын бэлгэдэл нэг талаас, нөгөө талаас нэг зуун дөчин дөрвөн мянгын бэлгэдэл болох, мөн Рутын төлөө үнийг төлж, түүний ойрын төрөл садан нь байсан Аврагчийн бэлгэдэл юм. Христийн Бурханлаг мөн чанар хүний мөн чанарын унасан махбодтой махбодлохдоо Тэр бидний ойрын төрөл садан болсон юм. Өргөгдсөн тэрхүү туг тэмдэг нь мэдээгээр нэгдсэн, Ням гаргийн хуулиас өмнө өөрсдийн хүн чанарыг Христийн Бурханлаг чанартай нэгтгэх ажлыг эцэслэн гүйцээдэг хүмүүс юм.</w:t>
      </w:r>
    </w:p>
    <w:p>
      <w:pPr>
        <w:pStyle w:val="ArticleBody"/>
        <w:jc w:val="left"/>
      </w:pPr>
      <w:r>
        <w:rPr>
          <w:rFonts w:ascii="Times New Roman" w:hAnsi="Times New Roman" w:eastAsia="Times New Roman" w:cs="Times New Roman"/>
        </w:rPr>
        <w:t>Бид энэ судлалыг дараагийн өгүүлэлд үргэлжлүүлнэ.</w:t>
      </w:r>
    </w:p>
    <w:p>
      <w:pPr>
        <w:pStyle w:val="ArticleScripture"/>
        <w:jc w:val="left"/>
      </w:pPr>
      <w:r>
        <w:rPr>
          <w:rFonts w:ascii="Times New Roman" w:hAnsi="Times New Roman" w:eastAsia="Times New Roman" w:cs="Times New Roman"/>
        </w:rPr>
        <w:t>Библийг судлах тусам түүнийг үнэлэх үнэлэмж улам өсөн нэмэгддэг. Сурагч аль ч зүгт хандавч, Бурханы хязгааргүй мэргэн ухаан ба хайрын илрэл түүний өмнө дэлгэгдсэнийг олж харах болно.</w:t>
      </w:r>
    </w:p>
    <w:p>
      <w:pPr>
        <w:pStyle w:val="ArticleScripture"/>
        <w:jc w:val="left"/>
      </w:pPr>
      <w:r>
        <w:rPr>
          <w:rFonts w:ascii="Times New Roman" w:hAnsi="Times New Roman" w:eastAsia="Times New Roman" w:cs="Times New Roman"/>
        </w:rPr>
        <w:t>“Еврей ёсны тогтолцооны ач холбогдол одоо хэр нь бүрэн гүйцэд ухаарагдаагүй байна. Түүний ёслолууд ба бэлгэдлүүдэд аугаа бөгөөд гүн гүнзгий үнэнүүд сүүдэрлэн дүрслэгдсэн байдаг. Сайн мэдээ нь түүний нууцуудыг нээдэг түлхүүр мөн. Авралын төлөвлөгөөний тухай мэдлэгээр дамжин түүний үнэнүүд ухааралд нээгддэг. Бидний ойлгож байгаагаас хавьгүй илүүгээр эдгээр гайхамшигт сэдвүүдийг ойлгох нь бидэнд өгөгдсөн онцгой эрх юм. Бид Бурханы гүн зүйлсийг ухаарах учиртай. Тэнгэрэлчүүд гэмшсэн зүрхээр Бурханы үгийг судалж, зөвхөн Түүний өгч чадах мэдлэгийн урт, өргөн, гүн, өндөр хэмжээсүүдийг улам ихээр хүлээн авахын төлөө залбирч буй хүмүүст илчлэгдсэн үнэнүүд рүү өнгийн харахыг хүсдэг.”</w:t>
      </w:r>
    </w:p>
    <w:p>
      <w:pPr>
        <w:pStyle w:val="ArticleScripture"/>
        <w:jc w:val="left"/>
      </w:pPr>
      <w:r>
        <w:rPr>
          <w:rFonts w:ascii="Times New Roman" w:hAnsi="Times New Roman" w:eastAsia="Times New Roman" w:cs="Times New Roman"/>
        </w:rPr>
        <w:t>“Бид энэ дэлхийн түүхийн төгсгөлд ойртох тусам, эцсийн өдрүүдтэй холбоотой эш үзүүллэгүүд ялангуяа бидний судлахыг шаарддаг. Шинэ Гэрээний Судрын сүүлчийн ном нь бидний ойлгох шаардлагатай үнэнээр дүүрэн байдаг. Сатан олон хүний оюун санааг сохолсон тул, тэд Илчлэл номыг судлахгүй байх ямар ч шалтагт баяртайгаар зууралдсаар ирсэн. Харин Христ Өөрийн зарц Иоханаар дамжуулан энд эцсийн өдрүүдэд юу болохыг тунхагласан бөгөөд Тэрээр, ‘Энэ эш үзүүллэгийн үгсийг уншигч, мөн сонсогчид, түүнд бичигдсэн зүйлсийг сахигчид ерөөлтэй еэ’ гэж айлдсан.” Илчлэл 1:3.</w:t>
      </w:r>
    </w:p>
    <w:p>
      <w:pPr>
        <w:pStyle w:val="ArticleScripture"/>
        <w:jc w:val="left"/>
      </w:pPr>
      <w:r>
        <w:rPr>
          <w:rFonts w:ascii="Times New Roman" w:hAnsi="Times New Roman" w:eastAsia="Times New Roman" w:cs="Times New Roman"/>
        </w:rPr>
        <w:t>“‘Мөнх амь гэж энэ мөн,’ хэмээн Христ айлдсан, ‘цорын ганц үнэн Бурхан болох Таныг болон Таны илгээсэн Есүс Христийг мэдэхийг хэлнэ.’ Иохан 17:3. Бид яагаад энэ мэдлэгийн үнэ цэнийг ухаардаггүй юм бэ? Эдгээр сүр жавхлант үнэнүүд яагаад бидний зүрхэнд дүрэлзэн асахгүй, уруул дээр минь чичирхийлэн байхгүй, бүх оршихуйг минь нэвт шингээхгүй байна вэ?”</w:t>
      </w:r>
    </w:p>
    <w:p>
      <w:pPr>
        <w:pStyle w:val="ArticleScripture"/>
        <w:jc w:val="left"/>
      </w:pPr>
      <w:r>
        <w:rPr>
          <w:rFonts w:ascii="Times New Roman" w:hAnsi="Times New Roman" w:eastAsia="Times New Roman" w:cs="Times New Roman"/>
        </w:rPr>
        <w:t>“Өөрийн Үгээ бидэнд өгснөөр Бурхан авралд маань зайлшгүй хэрэгтэй бүх үнэнийг бидний эзэмшилд өгсөн билээ. Мянга мянган хүн амийн эдгээр булгаас ус татсан боловч нөөц нь огт хомсдоогүй. Мянга мянган хүн Эзэнийг өөрсдийн өмнө тавьж, Түүнийг харан бясалгахдаа мөнөөх дүр төрхөд хувирсан. Христ Тэдний хувьд хэн болохыг, мөн тэд Христийн хувьд хэн болохыг өгүүлэхдээ, Түүний зан чанарын тухай ярих үед тэдний сүнс дотор нь дүрэлздэг. Гэвч эдгээр эрэлчид энэ агуу бөгөөд ариун сэдвүүдийг эцэслэн бараагүй. Авралын нууцуудыг шинжин эрэх үйл хэрэгт өөр мянга мянган хүн оролцож болно. Христийн амьдрал болон Түүний эрхэм зорилгын зан чанарыг эргэцүүлэн тунгаах тусам, үнэнийг нээн илрүүлэх гэсэн оролдлого бүрд гэрлийн туяа улам тодорхойгоор гийх болно. Шинэ эрэл хайгуул бүр урьд өмнө илчлэгдсэнээс ч илүү гүнзгий сонирхол татам зүйлийг нээн харуулах болно. Энэ сэдэв шавхагдашгүй юм. Христийн бие махбодтой болсон явдал, Түүний нүглийг цагаатгах тахил, зуучлалын үйл хэргийг судлах нь цаг хугацаа дуусах хүртэл хичээнгүй суралцагчийн оюун ухааныг эзэмдэх бөгөөд, тэнгэр өөд, тоолж баршгүй он жилүүд рүү харан тэрээр, ‘Бурханд үнэнч байдлын нууц агуу юм’ хэмээн дуу алдах болно.”</w:t>
      </w:r>
    </w:p>
    <w:p>
      <w:pPr>
        <w:pStyle w:val="ArticleScripture"/>
        <w:jc w:val="left"/>
      </w:pPr>
      <w:r>
        <w:rPr>
          <w:rFonts w:ascii="Times New Roman" w:hAnsi="Times New Roman" w:eastAsia="Times New Roman" w:cs="Times New Roman"/>
        </w:rPr>
        <w:t>“Мөнхөд бид энд авч болохуйц байсан гэгээрлийг хүлээн авсансан бол бидний ойлголтыг нээх байсан тэр зүйлийг суралцах болно. Авралын сэдвүүд мөнхийн үеүдийн турш золин аврагдагсдын зүрх сэтгэл, оюун ухаан, хэл яриаг эзэмдэн байх болно. Тэд Христ шавь нартаа нээж өгөхийг хүсэн тэмүүлж байсан боловч тэдэнд ухаж ойлгох итгэл байгаагүй үнэнүүдийг ойлгох болно. Христийн төгс байдал ба алдрын тухай шинэ шинэ үзлүүд үүрд мөнхөд илэрсээр байх болно. Эцэс төгсгөлгүй үеүдийн турш үнэнч Гэрийн Эзэн Өөрийн эрдэнэсээс шинэ ба хуучин зүйлсийг гарган авчрах болно.”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ерэн зургаа</dc:title>
  <dc:subject>Зөгнөлийн зэрэгцүүлэл ба Бурханы гуниглал: Илчлэл 10 дахь Бурханы эцсийн өдрүүдийн ард түмний илчлэлтэн аялал</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