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Долоо</w:t>
      </w:r>
    </w:p>
    <w:p>
      <w:pPr>
        <w:pStyle w:val="ArticleSubtitle"/>
        <w:jc w:val="left"/>
      </w:pPr>
      <w:r>
        <w:rPr>
          <w:rFonts w:ascii="Arial" w:hAnsi="Arial" w:eastAsia="Arial" w:cs="Arial"/>
        </w:rPr>
        <w:t>Зөгнөлийн Дэлгэгдэл: Христийн Хоёр дахь Цуглуулалт ба Илчлэлийн хүүрнэл дэх Исламын эсхатологийн үүрэг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Бид одоо долоон аянгын бэлгэдэн илэрхийлдэг үйл явдлуудын нэг нь Христ Өөрийн ард түмнийг хоёр дахь удаагаа цуглуулах ажил мөн болохыг таньж байна; Тэрээр энэ ажлыг 2023 оны долдугаар сард эхлүүлсэн билээ. Миллерит түүх энэ ажил нь мэдээний дэвсгэр нөхцөл болгон Исламын дайны үйл явцын хүрээнд гүйцэлддэгийг тодорхойлдог.</w:t>
      </w:r>
    </w:p>
    <w:p>
      <w:pPr>
        <w:pStyle w:val="ArticleBody"/>
        <w:jc w:val="left"/>
      </w:pPr>
      <w:r>
        <w:rPr>
          <w:rFonts w:ascii="Times New Roman" w:hAnsi="Times New Roman" w:eastAsia="Times New Roman" w:cs="Times New Roman"/>
        </w:rPr>
        <w:t>Энэ мэдээ нь Есүс Христийн Илчлэл бөгөөд сорилтын хугацаа хаагдахын яг өмнөхөн лац нь тайлагддаг; гэвч тэрхүү мэдээ нь гурав дахь гайгийн мэдээний хүрээнд дамжуулагддаг (түүн дотор байршуулсан байдаг). Эзэн 1849 онд Өөрийн мутрыг хоёр дахь удаагаа сунгаж байсан яг тэр үед Эгч Уайт уур хилэнт үндэстнүүдийн донсолгооны талаар тайлбарлан бичиж байсан бөгөөд энэ нь Исламын бэлгэдэл юм.</w:t>
      </w:r>
    </w:p>
    <w:p>
      <w:pPr>
        <w:pStyle w:val="ArticleScripture"/>
        <w:jc w:val="left"/>
      </w:pPr>
      <w:r>
        <w:rPr>
          <w:rFonts w:ascii="Times New Roman" w:hAnsi="Times New Roman" w:eastAsia="Times New Roman" w:cs="Times New Roman"/>
        </w:rPr>
        <w:t>“1848 оны 12 дугаар сарын 16-нд Эзэн надад тэнгэрийн хүчнүүдийн сэгсрэгдэлтийн тухай үзэгдэл өгсөн. Матай, Марк, Лук нарын тэмдэглэн үлдээсэн тэмдгүүдийг өгөхдөө Эзэн ‘тэнгэр’ гэж айлдахдаа үнэхээр тэнгэрийг хэлсэн бөгөөд ‘газар’ гэж айлдахдаа газрыг хэлсэн гэдгийг би харсан. Тэнгэрийн хүчнүүд гэдэг нь нар, сар, одод мөн. Тэд тэнгэрт ноёрхдог. Газрын хүчнүүд гэдэг нь газар дээр ноёрхогчид юм. Тэнгэрийн хүчнүүд Бурханы дуу хоолойгоор сэгсрэгдэнэ. Тэгээд нар, сар, одод байрнаасаа хөдөлнө. Тэд үгүй болохгүй, харин Бурханы дуу хоолойгоор сэгсрэгдэх болно.</w:t>
      </w:r>
    </w:p>
    <w:p>
      <w:pPr>
        <w:pStyle w:val="ArticleScripture"/>
        <w:jc w:val="left"/>
      </w:pPr>
      <w:r>
        <w:rPr>
          <w:rFonts w:ascii="Times New Roman" w:hAnsi="Times New Roman" w:eastAsia="Times New Roman" w:cs="Times New Roman"/>
        </w:rPr>
        <w:t>“Харанхуй, хүнд үүлс хөвөрч ирээд хоорондоо мөргөлдөнө. Агаар мандал салж, хуйлран хойшлон одов; тэгээд бид Орионы дахь нээлттэй зайгаар дээш харж чадсан бөгөөд тэндээс Бурханы дуу хоолой сонсогдов. Ариун Хот тэрхүү нээлттэй зайгаар доош бууж ирнэ. Дэлхийн хүчнүүд эдүгээ сэгсрэгдэж байгааг, мөн үйл явдлууд дарааллаараа өрнөдгийг би харсан. Дайн, дайны цуурхал, илд, өлсгөлөн, тахал нь эхлээд дэлхийн хүчнүүдийг сэгсэрнэ; дараа нь Бурханы дуу хоолой нар, сар, оддыг, мөн энэ дэлхийг ч бас сэгсэрнэ. Европ дахь хүчнүүдийн сэгсрэлт нь, заримын заадаг шиг, тэнгэрийн хүчнүүдийн сэгсрэлт бус, харин уурссан үндэстнүүдийн сэгсрэлт мөн гэдгийг би харсан.” Early Writings, 41.</w:t>
      </w:r>
    </w:p>
    <w:p>
      <w:pPr>
        <w:pStyle w:val="ArticleBody"/>
        <w:jc w:val="left"/>
      </w:pPr>
      <w:r>
        <w:rPr>
          <w:rFonts w:ascii="Times New Roman" w:hAnsi="Times New Roman" w:eastAsia="Times New Roman" w:cs="Times New Roman"/>
        </w:rPr>
        <w:t>Түүхчид 1848 онд Европын үндэстнүүдийг донсолгож байсан зүйл нь Исламын армиудын үйл ажиллагаа байсан гэдгийг баталдаг. Учир нь эш үзүүллэгийн хувьд тэд үндэстнүүдийг уурлуулдаг хүч хэмээн бэлгэдэгдсэн байдаг. Эзэн Өөрийн мутрыг хоёр дахь удаа сунгасан тухай 1840–1844 оны түүхэн дэх эхний гэрчлэлд Шөнө дундын хашхирааны мэдээ Exeter-ийн майхант цугларалтад хүрч ирсэн. Тэндээс 1844 оны 10 дугаар сарын 22-ныг хүртэл уг мэдээ Америкийн Нэгдсэн Улсын зүүн эргийн дагуу далайн түрлэгийн аварга давалгаа мэт түгэн тархсан. Тэр хөдөлгөөн нь Христийн Иерусалимд ялгуусан байдлаар орохуйгаар хэв шинжлэгдсэн байсан бөгөөд Христийг Иерусалим руу авч орсон нь илжиг байв.</w:t>
      </w:r>
    </w:p>
    <w:p>
      <w:pPr>
        <w:pStyle w:val="ArticleBody"/>
        <w:jc w:val="left"/>
      </w:pPr>
      <w:r>
        <w:rPr>
          <w:rFonts w:ascii="Times New Roman" w:hAnsi="Times New Roman" w:eastAsia="Times New Roman" w:cs="Times New Roman"/>
        </w:rPr>
        <w:t>Шөнийн Дуудах хэмээх мэдээ нь Есүс Христийн Илчлэлийн бүхэл эш үзүүллэгийн мэдээг төлөөлдөг боловч, тэрхүү Илчлэл нь гурав дахь гайгийн Исламын улмаас үндэстнүүд хилэгнэх нөхцөл дотор байрлуулсан байдаг. Учир нь Есүс Христийн Илчлэл болох тэрхүү мэдээг авч явдаг нь Ислам мөн. Есүс бол Иуда овгийн Арслан бөгөөд Тэр “илжиг”-ийн мэдээнд холбогдсон байдаг.</w:t>
      </w:r>
    </w:p>
    <w:p>
      <w:pPr>
        <w:pStyle w:val="ArticleScripture"/>
        <w:jc w:val="left"/>
      </w:pPr>
      <w:r>
        <w:rPr>
          <w:rFonts w:ascii="Times New Roman" w:hAnsi="Times New Roman" w:eastAsia="Times New Roman" w:cs="Times New Roman"/>
        </w:rPr>
        <w:t>Иуда аа, чамайг ах дүү нар чинь магтах болно; чиний гар дайснуудынхаа хүзүүн дээр байх болно; эцгийн чинь хөвгүүд чиний өмнө сөхрөн мөргөнө. Иуда бол арслангийн бэлтрэг мөн; олзноос, хүү минь, чи өгсөн гарч иржээ; тэр бөхийж хэвтэнэ, арслан мэт, бас хөгшин арслан мэт; хэн түүнийг сэрээн босгох вэ? Таяг Иудагаас салахгүй, хууль тогтоогч нь түүний хөлийн хоорондохоос зайлахгүй, Шило иртэл; мөн ард түмнүүдийн цугларалт түүнд байх болно. Тэр унаган илжгээ усан үзмийн модонд, эм илжгийнхээ унагыг шилмэл усан үзмийн модонд уяна; тэр хувцсаа дарсанд, өмсгөлөө усан үзмийн цусанд угаана. Түүний нүд дарснаас улаан, шүд нь сүүнээс цагаан байх болно. Эхлэл 49:8–12.</w:t>
      </w:r>
    </w:p>
    <w:p>
      <w:pPr>
        <w:pStyle w:val="ArticleBody"/>
        <w:jc w:val="left"/>
      </w:pPr>
      <w:r>
        <w:rPr>
          <w:rFonts w:ascii="Times New Roman" w:hAnsi="Times New Roman" w:eastAsia="Times New Roman" w:cs="Times New Roman"/>
        </w:rPr>
        <w:t>“ард түмний цугларалт” нь Иудагаар дамжин биелдэг. Христ, Иудагийн хувьд, мөн “усан үзмийн мод” бөгөөд “сонгомол усан үзмийн мод” нь “илжигний унаганд” уягдсан байдаг. Түүний “хувцас” нь “дарсанд” угаагдсан бөгөөд энэ нь “усан үзмийн цус” байв. Христ Гетсеманид цусаа хөлс мэт урсгах үедээ Өөрийн цусаа урсгаж эхэлсэн бөгөөд Гетсемани гэдэг нь “чидун жимсний шахуурга” гэсэн утгатай. Гетсеманиас загалмай хүртэл Тэр Өөрийн эрхэм нандин цусаа урсган, бүх хүнийг Өөр лүүгээ цуглуулахын тулд тийн үйлдсэн юм.</w:t>
      </w:r>
    </w:p>
    <w:p>
      <w:pPr>
        <w:pStyle w:val="ArticleScripture"/>
        <w:jc w:val="left"/>
      </w:pPr>
      <w:r>
        <w:rPr>
          <w:rFonts w:ascii="Times New Roman" w:hAnsi="Times New Roman" w:eastAsia="Times New Roman" w:cs="Times New Roman"/>
        </w:rPr>
        <w:t>Одоо энэ ертөнцийн шүүлт болж байна; одоо энэ ертөнцийн ноён хөөгдөн гаргагдана. Харин Би газраас өргөгдвөл, бүх хүнийг Өөртөө татах болно. Тэрээр үүнийг Өөрөө ямар үхлээр үхэхээ заан хэлсэн юм. Иохан 12:31–33.</w:t>
      </w:r>
    </w:p>
    <w:p>
      <w:pPr>
        <w:pStyle w:val="ArticleBody"/>
        <w:jc w:val="left"/>
      </w:pPr>
      <w:r>
        <w:rPr>
          <w:rFonts w:ascii="Times New Roman" w:hAnsi="Times New Roman" w:eastAsia="Times New Roman" w:cs="Times New Roman"/>
        </w:rPr>
        <w:t>Христ бүх хүнийг Өөр лүүгээ татах ажил нь хоёр үе шаттай үйл явц юм. Учир нь Тэр эхлээд “Израилийн цөлөгдөгсдийг” цуглуулж, дараа нь Өөрийн бусад сүргийг татах тэмдэг болгон тэднийг ашигладаг.</w:t>
      </w:r>
    </w:p>
    <w:p>
      <w:pPr>
        <w:pStyle w:val="ArticleScripture"/>
        <w:jc w:val="left"/>
      </w:pPr>
      <w:r>
        <w:rPr>
          <w:rFonts w:ascii="Times New Roman" w:hAnsi="Times New Roman" w:eastAsia="Times New Roman" w:cs="Times New Roman"/>
        </w:rPr>
        <w:t>Би сайн хоньчин мөн; би өөрийн хонио мэддэг, мөн минийх надтай танил юм. Эцэг Намайг мэддэг шиг, тийнхүү Би ч Эцгийг мэддэг; мөн Би хоньдынхоо төлөө амиа өгдөг. Энэ хашааных биш өөр хонид Надад бий; тэднийг ч Би авчрах ёстой, тэгээд тэд Миний дуу хоолойг сонсох болно; тийнхүү нэг сүрэг, нэг хоньчин байх болно. Иохан 10:14–16.</w:t>
      </w:r>
    </w:p>
    <w:p>
      <w:pPr>
        <w:pStyle w:val="ArticleBody"/>
        <w:jc w:val="left"/>
      </w:pPr>
      <w:r>
        <w:rPr>
          <w:rFonts w:ascii="Times New Roman" w:hAnsi="Times New Roman" w:eastAsia="Times New Roman" w:cs="Times New Roman"/>
        </w:rPr>
        <w:t>Нэг зуун дөчин дөрвөн мянга нь Түүнийг мэддэг “хонь” мөн. “Өөр хоньд” гэдэг нь тэмдгийг нь харж, дуу хоолойг нь сонсох үед Вавилоноос гарч ирдэг Түүний сүрэг юм. Тэр Өөрийн тэмдгийг—Түүний хонь болсон тэр тэмдгийг—өргөхийн өмнө, эхлээд тэднийг хоёр дахь удаагаа цуглуулдаг. Ариун түүхийн тэр шугам нь Даниелын арван нэгдүгээр бүлгийн арван гуравдугаар ишлэлээс арван тавдугаар ишлэл хүртэлхтэй нийцдэг бөгөөд иймээс дөчдүгээр ишлэлийн далд түүхтэй ч мөн нийцдэг. Энэ нь жинхэнэ Протестант эвэрний шугамыг төлөөлдөг бөгөөд тэр нь урвагч Протестант эвэр, урвагч Бүгд Найрамдах эвэр, мөн дөчин нэгдүгээр ишлэлийн Ням гаргийн хуулиас яг өмнөх Тирийн янхны ирэлтийн түүхийн дотор өрнөдөг. Жинхэнэ Протестант эвэрний шугам нь нэг зуун дөчин дөрвөн мянгыг тамгалдаг түүхийг ч, мөн тэрхүү мэдээг ч төлөөлдөг.</w:t>
      </w:r>
    </w:p>
    <w:p>
      <w:pPr>
        <w:pStyle w:val="ArticleBody"/>
        <w:jc w:val="left"/>
      </w:pPr>
      <w:r>
        <w:rPr>
          <w:rFonts w:ascii="Times New Roman" w:hAnsi="Times New Roman" w:eastAsia="Times New Roman" w:cs="Times New Roman"/>
        </w:rPr>
        <w:t>“Израилийн хөөгдөгсөд” нь Иеремиагийн нэрлэснээр “тохуурхагчдын чуулган”-аас ялгарах нэгэн шугамыг төлөөлдөг; эсвэл Илчлэлт номын хоёр, гуравдугаар бүлэгт Смирна болон Филаделфи дахь чуулгануудад хандан Иоханы нэрлэснээр “Сатаны синагог”-оос ялгарах шугам юм. Филаделфичүүд нь Илчлэлт номын долдугаар бүлгийн “нэг зуун дөчин дөрвөн мянга”-ыг төлөөлдөг бөгөөд Смирна нь мөн тэр бүлгийн тоолж баршгүй “агуу их үй олон” юм. Эцсийн өдрүүд дэх золин аврагдагсдын энэ хоёр анги нь худал хэлдэг, Сатаны синагогт байдаг, мөн өөрсдийгөө Бурханы ард түмэн хэмээн мэдүүлдэг хүмүүсийн эсрэг маргаантай байдаг; учир нь тэд өөрсдийгөө иудейчүүд гэж хэлдэг.</w:t>
      </w:r>
    </w:p>
    <w:p>
      <w:pPr>
        <w:pStyle w:val="ArticleBody"/>
        <w:jc w:val="left"/>
      </w:pPr>
      <w:r>
        <w:rPr>
          <w:rFonts w:ascii="Times New Roman" w:hAnsi="Times New Roman" w:eastAsia="Times New Roman" w:cs="Times New Roman"/>
        </w:rPr>
        <w:t>Жинхэнэ Протестант эвэрний шугам нь өөрсдийнх нь болон тэр үед өнгөрөн орхигдож буй хуучин гэрээний ард түмний хооронд оршиж буй маргаанаас бүрддэг. Мөн тэрхүү нэгэн түүхэн хүрээнд итгэмжит хүмүүс урвасан Протестантизмын шугам болон Католицизмтай ч маргаанд оршдог. Эдгээр гурван шашны нэгж нь жинхэнэ Протестант эвэрний шугамын доторх бичил түвшинд луу, араатан, хуурамч эш үзүүлэгчийг төлөөлдөг.</w:t>
      </w:r>
    </w:p>
    <w:p>
      <w:pPr>
        <w:pStyle w:val="ArticleScripture"/>
        <w:jc w:val="left"/>
      </w:pPr>
      <w:r>
        <w:rPr>
          <w:rFonts w:ascii="Times New Roman" w:hAnsi="Times New Roman" w:eastAsia="Times New Roman" w:cs="Times New Roman"/>
        </w:rPr>
        <w:t>“Би нэр төдий сүм болон нэр төдий Адвентистууд Иудасын адил биднийг Католикчуудад урваж, тэдний нөлөөг олж авч үнэн рүү дайран ирүүлэхийг харсан. Тэгэхэд ариун хүмүүс Католикчуудад төдийлөн мэдэгддэггүй, үл анзаарагдах нэгэн ард түмэн байх болно; харин бидний итгэл болон заншлыг мэддэг сүмүүд ба нэр төдий Адвентистууд (тэд Амралтын өдрийн улмаас биднийг үзэн яддаг байсан, учир нь тэд түүнийг няцааж чаддаггүй байсан) ариун хүмүүсийг урваж, ард түмний тогтоосон ёслолуудыг үл хайхардаг хүмүүс хэмээн Католикчуудад мэдэгдэх болно; өөрөөр хэлбэл, тэд Амралтын өдрийг сахиж, Ням гаргийг үл хайхардаг.” Spalding and Magan, 1, 2.</w:t>
      </w:r>
    </w:p>
    <w:p>
      <w:pPr>
        <w:pStyle w:val="ArticleBody"/>
        <w:jc w:val="left"/>
      </w:pPr>
      <w:r>
        <w:rPr>
          <w:rFonts w:ascii="Times New Roman" w:hAnsi="Times New Roman" w:eastAsia="Times New Roman" w:cs="Times New Roman"/>
        </w:rPr>
        <w:t>Бид энэ эшлэлтэй өмнө нь авч үзэж байсан бөгөөд тийнхүү үзэхдээ “нэр төдий сүм” гэсэн хэллэг болон “нэр төдий Адвентист” гэсэн хэллэг нь Эгч Уайт эдгээр үгийг бичих үедээ өөр утга, өөр хэрэглээтэй байсныг тогтоосон. Гэвч эш үзүүлэгчид өөрсдийн түүхэн цаг үеийнхнээсээ илүүтэйгээр эцсийн өдрүүдийн талаар ярьсан тул, энэ эшлэл дэх эцсийн өдрүүдийн нэр төдий сүм нь урвагч Протестантизм байх болно. “Нэр төдий” гэдэг үг нь “зөвхөн нэр төдий” гэсэн утгатай.</w:t>
      </w:r>
    </w:p>
    <w:p>
      <w:pPr>
        <w:pStyle w:val="ArticleBody"/>
        <w:jc w:val="left"/>
      </w:pPr>
      <w:r>
        <w:rPr>
          <w:rFonts w:ascii="Times New Roman" w:hAnsi="Times New Roman" w:eastAsia="Times New Roman" w:cs="Times New Roman"/>
        </w:rPr>
        <w:t>“Протестант” хэмээн нэрлэгддэг сүм 1844 онд, Итгэлээр Хамгийн Ариун Газарт орж, долоо дахь өдрийн Амралтын өдрийг мөргөлийн зөв өдөр мөн болохыг таньж мэдэх боломжтой байсан атлаа тийш орохоос бослого гаргаснаар, Ромыг эсэргүүцэхээ больсон. Үүний оронд тэд католицизмын тэмдэг болох нарны шүтлэгийг хадгалан үлдээсэн. Хэрэв та Ромын сүм Библи дэх мөргөлийн өдрийг долоо дахь өдрийн Амралтын өдрөөс Ням гариг болгон өөрчлөх өөрийн эрх мэдэл хэмээн удаа дараа тодорхойлсоор ирсэн, түүний эрх мэдлийн бэлгэдлийг хүлээн зөвшөөрсөн бол, “Протестант” гэх үгийн цорын ганц тодорхойлолт болох Ромыг “эсэргүүцэх” нь боломжгүй юм.</w:t>
      </w:r>
    </w:p>
    <w:p>
      <w:pPr>
        <w:pStyle w:val="ArticleBody"/>
        <w:jc w:val="left"/>
      </w:pPr>
      <w:r>
        <w:rPr>
          <w:rFonts w:ascii="Times New Roman" w:hAnsi="Times New Roman" w:eastAsia="Times New Roman" w:cs="Times New Roman"/>
        </w:rPr>
        <w:t>“Нэр төдий Адвентистүүд” гэдэг нь өөрсдийгөө Долоо дахь өдрийн Адвентист хэмээн тунхагладаг хүмүүсийг хэлдэг боловч, мөн түүнчлэн өөрийн илэрхийлсэн итгэлээ урвасан шавийн бэлгэ тэмдэг болох Иудасаар тэд танигддаг. Нэр төдий Долоо дахь өдрийн Адвентист сүм нь “ариун хүмүүсийг” үзэн ядах бөгөөд, тэгээд тэр ариун хүмүүс “үл анзаарагдам ард түмэн” “болно.” Тэд “няцааж үл чадах” үнэний—“Амралтын өдрийн улмаас” тэр үл анзаарагдам ариун хүмүүсийг үзэн яддаг. Уайт эгчийн түүхэн дэх Амралтын өдрийн үнэн нь долоо дахь өдрийн Амралтын өдөр байсан, харин энэ нь эцсийн өдрүүдийн няцааж үл чадах Амралтын өдрийн үнэнийг хэвшин төлөөлдөг бөгөөд, тэр нь Лаодикеан Долоо дахь өдрийн Адвентизм 1863 онд өөрсдийн тэрслэл дунд анхлан няцаасан сургаал юм. Тэр сургаал нь Уильям Миллерийн анх нээсэн суурь үнэний эхнийх нь байсан бөгөөд, Иеремиагийн хуучин жимүүдээр дүрслэгдсэнчлэн, нэр төдий Адвентистүүдийн алхахаас татгалздаг Адвентизмын суурь үнэнүүдийг төлөөлдөг. Тэр Амралтын өдрийн үнэн бол Левит хорин зургаагийн “долоон удаа” юм.</w:t>
      </w:r>
    </w:p>
    <w:p>
      <w:pPr>
        <w:pStyle w:val="ArticleBody"/>
        <w:jc w:val="left"/>
      </w:pPr>
      <w:r>
        <w:rPr>
          <w:rFonts w:ascii="Times New Roman" w:hAnsi="Times New Roman" w:eastAsia="Times New Roman" w:cs="Times New Roman"/>
        </w:rPr>
        <w:t>Филадельфи ба Смирнагаас бүрдэх жинхэнэ Протестантизмын угсаа нь Иудагаар төлөөлөгдсөн хүмүүсээр урвуулагддаг. Иуда Есүсийг гурвантаа урвах гэрээ байгуулсан бөгөөд үүгээр загалмай дээр хүрч төгссөн, түүнээс өмнө явагдсан дэвшилтэт урвалтыг тодорхойлж байна. Даниел арван нэгийн арван зургаадугаар эшлэл нь загалмайгаар хэв шинжлэгдсэн Ням гаргийн хуулийг төлөөлдөг. Иймээс, мөн дөчин нэгдүгээр эшлэлийн Ням гаргийн хууль мөн болох арван зургаадугаар эшлэлийн Ням гаргийн хуульд хүргэх эшлэлүүдэд, эцсийн өдрүүдийн ариун хүмүүст гурван үе шаттай урвалт ирдэг. Тэрхүү урвалт нь Эзэн Өөрийн эцсийн өдрүүдийн тугийг хоёр дахь удаагаа цуглуулж буй хугацаанд тохиолддог.</w:t>
      </w:r>
    </w:p>
    <w:p>
      <w:pPr>
        <w:pStyle w:val="ArticleScripture"/>
        <w:jc w:val="left"/>
      </w:pPr>
      <w:r>
        <w:rPr>
          <w:rFonts w:ascii="Times New Roman" w:hAnsi="Times New Roman" w:eastAsia="Times New Roman" w:cs="Times New Roman"/>
        </w:rPr>
        <w:t>Тэр өдөр Иессийн үндэс гарч ирж, ард түмнүүдийн туг тэмдэг болон зогсоно; харь үндэстнүүд түүн уруу эрэлхийлэн ирнэ; түүний амгалан суудал сүр жавхлантай байх болно. Тэр өдөр Эзэн Өөрийн ард түмний үлдэгдлийг—Ассураас, Египетээс, Патросоос, Кушаас, Еламаас, Шинараас, Хаматаас, мөн тэнгисийн арлуудаас үлдсэн хүмүүсийг—эргүүлэн авахын тулд мутраа дахин, хоёр дахь удаагаа сунгах болно. Тэр үндэстнүүдийн төлөө туг тэмдэг босгож, Израилийн хөөгдөгсдийг цуглуулан, Иудагийн тараагдагсдыг газрын дөрвөн өнцгөөс хураан нэгтгэнэ. Ефраимын атаархал ч арилж, Иудагийн дайснууд таслагдана; Ефраим Иудад атаархахгүй, Иуда ч Ефраимыг зовоохгүй. Харин тэд баруун тийш, Филистчүүдийн мөрөн дээгүүр довтлон нисэж, зүүн зүгийнхнийг хамтдаа дээрэмдэнэ; тэд Едом ба Моаб дээр гараа тавина; Аммоны хөвгүүд тэдэнд дуулгавартай байна. Исаиа 11:10–14.</w:t>
      </w:r>
    </w:p>
    <w:p>
      <w:pPr>
        <w:pStyle w:val="ArticleBody"/>
        <w:jc w:val="left"/>
      </w:pPr>
      <w:r>
        <w:rPr>
          <w:rFonts w:ascii="Times New Roman" w:hAnsi="Times New Roman" w:eastAsia="Times New Roman" w:cs="Times New Roman"/>
        </w:rPr>
        <w:t>Исаиа энэ хэсгийн түүхэн нөхцөл байдлыг аравдугаар эшлэлд “тэр өдөр” гэсэн хэллэгээр тодорхойлдог. Иймээс тэрхүү “өдөр” нь аравдугаар эшлэлийн өмнөх эшлэлүүдэд тодорхойлогдсон байна. “Тэр өдөр” хэзээ болохыг танин мэдэх боломж олгодог эш таталтыг даган энэ онцгой эш үзүүллэгийн хүүрнэлийг ухраан мөрдвөл, бид аравдугаар бүлгийн нэгдүгээр эшлэлд хүрнэ.</w:t>
      </w:r>
    </w:p>
    <w:p>
      <w:pPr>
        <w:pStyle w:val="ArticleScripture"/>
        <w:jc w:val="left"/>
      </w:pPr>
      <w:r>
        <w:rPr>
          <w:rFonts w:ascii="Times New Roman" w:hAnsi="Times New Roman" w:eastAsia="Times New Roman" w:cs="Times New Roman"/>
        </w:rPr>
        <w:t>Хууль бус тогтоол гаргагчид, мөн өөрсдөө тогтоосон дарлалыг бичигчид гаслантай еэ. Исаиа 10:1.</w:t>
      </w:r>
    </w:p>
    <w:p>
      <w:pPr>
        <w:pStyle w:val="ArticleBody"/>
        <w:jc w:val="left"/>
      </w:pPr>
      <w:r>
        <w:rPr>
          <w:rFonts w:ascii="Times New Roman" w:hAnsi="Times New Roman" w:eastAsia="Times New Roman" w:cs="Times New Roman"/>
        </w:rPr>
        <w:t>Уайт эгч энэ эшлэлийн “шударга бус зарлиг”-ийг удахгүй гарах Ням гаргийн хуультай адилтган тодорхойлдог:</w:t>
      </w:r>
    </w:p>
    <w:p>
      <w:pPr>
        <w:pStyle w:val="ArticleScripture"/>
        <w:jc w:val="left"/>
      </w:pPr>
      <w:r>
        <w:rPr>
          <w:rFonts w:ascii="Times New Roman" w:hAnsi="Times New Roman" w:eastAsia="Times New Roman" w:cs="Times New Roman"/>
        </w:rPr>
        <w:t>“Дурагийн талд алтан хөргийг босгосон шиг шүтээн амралтын өдөр босгогджээ. Вавилоны хаан Небухаднезар энэ хөрөгт сөхрөн мөргөж, шүтэхгүй бүхнийг алах тухай зарлиг гаргасанчлан, Ням гаргийн байгууллыг хүндэтгэхгүй бүхнийг хорих ял болон үхлээр шийтгэнэ гэсэн тунхаглал мөн гарна. Ийнхүү Эзэний Амралтын өдөр хөл дор гишгэгдэнэ. Гэвч Эзэн, ‘Зөв бус зарлиг тогтоогчдод, мөн өөрсдийн оноосон дарлалыг бичигчдэд золгүй еэ’ [Исаиа 10:1] хэмээн тунхагласан билээ. [Зефаниа 1:14–18]” Manuscript Releases, volume 14, 92.</w:t>
      </w:r>
    </w:p>
    <w:p>
      <w:pPr>
        <w:pStyle w:val="ArticleBody"/>
        <w:jc w:val="left"/>
      </w:pPr>
      <w:r>
        <w:rPr>
          <w:rFonts w:ascii="Times New Roman" w:hAnsi="Times New Roman" w:eastAsia="Times New Roman" w:cs="Times New Roman"/>
        </w:rPr>
        <w:t>Эзэн Өөрийн ард түмнээ хоёр дахь удаагаа цуглуулахын нөхцөл байдал нь ойртон ирж буй Ням гаргийн хуулийн хямралын түүхэн хүрээнд тавигдсан байдаг. Учир нь Исаиа арван дугаар бүлгийн арван хоёрдугаар эшлэлд, Эзэн Ням гаргийн хууль болох зөвт бус зарлиг дээр Өөрийн гүйцэтгэх шүүлтийг авчрахаасаа өмнө ард түмнийхээ дунд нэгэн ажлыг төгсгөн дуусгана хэмээн өгүүлдэг.</w:t>
      </w:r>
    </w:p>
    <w:p>
      <w:pPr>
        <w:pStyle w:val="ArticleScripture"/>
        <w:jc w:val="left"/>
      </w:pPr>
      <w:r>
        <w:rPr>
          <w:rFonts w:ascii="Times New Roman" w:hAnsi="Times New Roman" w:eastAsia="Times New Roman" w:cs="Times New Roman"/>
        </w:rPr>
        <w:t>Тиймээс улиран тохиох нь гарцаагүй: Эзэн Өөрийн бүх ажлыг Сион уулан дээр болон Иерусалимд гүйцэлдүүлсний дараа, Би Ассирийн хааны омголон зүрхний үр жимсийг болон түүний бардам харцны сүр жавхланг шийтгэнэ. Исаиа 10:12.</w:t>
      </w:r>
    </w:p>
    <w:p>
      <w:pPr>
        <w:pStyle w:val="ArticleBody"/>
        <w:jc w:val="left"/>
      </w:pPr>
      <w:r>
        <w:rPr>
          <w:rFonts w:ascii="Times New Roman" w:hAnsi="Times New Roman" w:eastAsia="Times New Roman" w:cs="Times New Roman"/>
        </w:rPr>
        <w:t>Эзэн Ням гаргийн хуулиар эхлэх папын засаглалын шийтгэлээс өмнө “Сион болон Иерусалим дээр үйлдэх” Өөрийн “ажил” нь нэг зуун дөчин дөрвөн мянгыг тамгалах явдал мөн. Езекиелийн есдүгээр бүлэгт бичээчийн бэхийн савтай хүн Иерусалимын дундуур явж, газар нутагт болон сүмд үйлдэгдэж буй жигшүүрт хэргүүдийн төлөө “санаа алдан гашууддаг” хүмүүсийн духан дээр тэмдэг тавьдаг. Тэрхүү ажилд Эзэн Израилийн хөөгдөгсдийг хоёр дахь удаагаа хамтатган цуглуулах үйл явц мөн багтана. Тэр тэднийг дэлхийн дөрвөн өнцгөөс цуглуулдаг бөгөөд “дэлхийн дөрвөн өнцөг” нь газарзүйн найман бүсээр төлөөлөгдсөн байдаг. Найм гэдэг нь араатны дүрийн шалгалтын үйл явцын бэлгэдэл тул, туг тэмдэг болох хүмүүст хамаарах эцсийн цуглуулалт нь араатны дүрийн шалгалт дэлхий дээр хэрэгжиж буй хугацаанд явагддагийг ийнхүү тодорхойлж байна.</w:t>
      </w:r>
    </w:p>
    <w:p>
      <w:pPr>
        <w:pStyle w:val="ArticleBody"/>
        <w:jc w:val="left"/>
      </w:pPr>
      <w:r>
        <w:rPr>
          <w:rFonts w:ascii="Times New Roman" w:hAnsi="Times New Roman" w:eastAsia="Times New Roman" w:cs="Times New Roman"/>
        </w:rPr>
        <w:t>“Ефраим” нь “Иудад атаархахгүй, Иуда” нь “Ефраимыг зовоохгүй” хэмээн дүрслэгдсэн тэрхүү нэгдэл нь Иудагийн дайснууд таслагдан үгүй болох үед бий болдог. Зөгнөлийн утгаар, Иудасаар төлөөлөгдсөн хуучин гэрээний ард түмэн, эсвэл Сатаны синагог, эсвэл дооглогчдын чуулган, эсвэл Миллеритийн түүх дэх протестантууд, эсвэл Христийн үеийн түүх дэх иудейчүүд нь анхны урам хугарал дээр “таслагдана”. Иеремиа яг тэр түүхийг төлөөлөн үзүүлэх үед, тэд наманчлахаар сонговол өөрт нь эргэн ирж болох авч, өөрөө хэзээ ч дооглогчдын чуулганд эргэн очиж болохгүй хэмээн түүнд тушаагдсан.</w:t>
      </w:r>
    </w:p>
    <w:p>
      <w:pPr>
        <w:pStyle w:val="ArticleBody"/>
        <w:jc w:val="left"/>
      </w:pPr>
      <w:r>
        <w:rPr>
          <w:rFonts w:ascii="Times New Roman" w:hAnsi="Times New Roman" w:eastAsia="Times New Roman" w:cs="Times New Roman"/>
        </w:rPr>
        <w:t>2020 оны 7 дугаар сарын 18-наас Ням гаргийн хуулийн үе хүртэл Эзэн Өөрийн эцсийн өдрүүдийн ард түмнийг хоёр дахь удаагаа цуглуулдаг. Тэрээр Өөрийн бүх ажлыг Иуда болон Иерусалим дээр дуусгаж буй хугацаанд тэднийг дэлхийн өнцөг булан бүрээс цуглуулдаг. Тэрхүү тамгалах цаг үед Бурханы эцсийн өдрүүдийн ард түмэн үл анзаарагдам байх боловч, гэсэн ч тэдний ажлыг эсэргүүцдэг гурвалсан холбоотой нүүр тулан учрах болно.</w:t>
      </w:r>
    </w:p>
    <w:p>
      <w:pPr>
        <w:pStyle w:val="ArticleBody"/>
        <w:jc w:val="left"/>
      </w:pPr>
      <w:r>
        <w:rPr>
          <w:rFonts w:ascii="Times New Roman" w:hAnsi="Times New Roman" w:eastAsia="Times New Roman" w:cs="Times New Roman"/>
        </w:rPr>
        <w:t>Католицизм нь гурвалсан нэгдлийн араатан бөгөөд түүний охидын нэг нь Эгч Уайт-ын нэрлэснээр нэр төдий сүмийн анги мөн. Тэд хуурамч эш үзүүлэгчийг төлөөлдөг. Иудагаар дүрслэгдсэн нэр төдий Лаодикеийн Адвентистууд энэ төлөөлөлд луу мөн. 1863 оны тэрслүү явдал нь эртний Израиль анхны Кадеш дээр Иошуа, Калеб хоёрын мэдээг няцаан Египет уруу буцахыг сонгосон үеийн тэрслүү явдлаар хэв шинжлэгдсэн. Египет бол луугийн бэлгэдэл мөн.</w:t>
      </w:r>
    </w:p>
    <w:p>
      <w:pPr>
        <w:pStyle w:val="ArticleScripture"/>
        <w:jc w:val="left"/>
      </w:pPr>
      <w:r>
        <w:rPr>
          <w:rFonts w:ascii="Times New Roman" w:hAnsi="Times New Roman" w:eastAsia="Times New Roman" w:cs="Times New Roman"/>
        </w:rPr>
        <w:t>Хүний хүү, Египетийн хаан Фараон өөд нүүрээ чиглүүлж, түүний эсрэг болон бүх Египетийн эсрэг эш үзүүлэн хэлэгтүн. Ярьж, ийн хэл: Эзэн БУРХАН ийн айлдаж байна: Үзэгтүн, Египетийн хаан Фараон аа, чиний эсрэг Би байна. Чи бол өөрийн гол мөрний дунд хэвтдэг агуу луу мөн; чи, “Миний гол бол минийх, би түүнийг өөртөө зориулан бүтээсэн” хэмээн хэлсэн билээ. Езекиел 29:2, 3</w:t>
      </w:r>
    </w:p>
    <w:p>
      <w:pPr>
        <w:pStyle w:val="ArticleBody"/>
        <w:jc w:val="left"/>
      </w:pPr>
      <w:r>
        <w:rPr>
          <w:rFonts w:ascii="Times New Roman" w:hAnsi="Times New Roman" w:eastAsia="Times New Roman" w:cs="Times New Roman"/>
        </w:rPr>
        <w:t>Кадеш дахь тэрслэл нь Египетээс гаргаж ирэгдсэн сонгогдсон ард түмний няцаагдал болон үхлийг авчирсан сорилтын үйл явц дахь арав дахь сорилтыг төлөөлсөн бөгөөд 1844 оны 10 дугаар сарын 22-нд Филадельфийн Миллерит Адвентизмд ирүүлэгдэж, 1863 оны тэрслэлээр төгссөн сорилтын үйл явцын эцсийн сорилтыг хэв шинжээр илэрхийлсэн юм. Эртний Израилийн түүхийн яг төгсгөлд иудейчүүд “Түүнийг зайлуул, зайлуул, цовдол” хэмээн хашхирсан. Пилат тэдэнд, “Би та нарын Хааныг цовдлох уу?” гэж айлтгахад, ахлах тахилч нар, “Бидэнд Кесариас өөр хаан үгүй” гэж хариулжээ. Эхний тэрслэл болон сүүлчийн тэрслэлд хуучин гэрээний ард түмэн луугийн бэлгэдэл (Египет ба харь Ром)-ийг өөрсдийн хаан хэмээн танин холбогдохыг сонгосон юм.</w:t>
      </w:r>
    </w:p>
    <w:p>
      <w:pPr>
        <w:pStyle w:val="ArticleBody"/>
        <w:jc w:val="left"/>
      </w:pPr>
      <w:r>
        <w:rPr>
          <w:rFonts w:ascii="Times New Roman" w:hAnsi="Times New Roman" w:eastAsia="Times New Roman" w:cs="Times New Roman"/>
        </w:rPr>
        <w:t>2020 оны 7 дугаар сарын 18-нд “Иудагийн эсэргүүцэгчид” “таслагдан зайлуулагдаж”, нэг зуун дөчин дөрвөн мянгын сүм босгогдов. Үлдсэн зүйл нь зөвхөн Гэрээний Элч Өөрийн сүмд гэнэт ирэхээс өмнө тэрхүү сүмийг цэвэршүүлэх явдал байлаа. Миллерчүүдийн түүхийн сүм 1798 оноос 1844 он хүртэлх дөчин зургаан жилийн хугацаанд баригдсан юм. 1844 оны 4 дүгээр сарын 19-ний анхны урам хугарал дээр протестантууд таслагдан зайлуулагдаж, Сатаны синагог, тохуурхагчдын чуулган, Ромын нэгэн охин болов. Тэр цагаас 1844 оны 10 дугаар сарын 22 хүртэл итгэмжит хүмүүс Христийг даган Хамгийн Ариун Газарт орохоос өмнөхөн цэвэршүүлэлтийн үйл явц явагдсан бөгөөд ингэснээр Тэр Өөрийн Бурханлаг чанарыг тэдний хүн чанартай нэгтгэх ажлыг гүйцэлдүүлэх ёстой байсан юм.</w:t>
      </w:r>
    </w:p>
    <w:p>
      <w:pPr>
        <w:pStyle w:val="ArticleBody"/>
        <w:jc w:val="left"/>
      </w:pPr>
      <w:r>
        <w:rPr>
          <w:rFonts w:ascii="Times New Roman" w:hAnsi="Times New Roman" w:eastAsia="Times New Roman" w:cs="Times New Roman"/>
        </w:rPr>
        <w:t>Жинхэнэ Протестант эвэрний түүх, өөрөөр хэлбэл шударга бус зарлиг гарахын яг өмнө хоёр дахь удаагаа цуглуулагддаг тэр түүх нь, тэд Бурханы Өөрийн бусад сүргийг Вавилоноос дуудаж гаргахдаа хэрэглэдэг туг тэмдэг болохын тулд, тэрслүү Бүгд Найрамдах болон Протестант эвэрнүүд хоорондоо нэгдэн, сүнслэг садар самуун үйлдэж, улмаар нэг махбод, эсвэл нэг сүм болж, араатны дүр болдог тэрхүү цаг үед өрнөдөг. Бурханы сүм үүнтэй зэрэгцэн Христийн дүрийг бүрдүүлж байна.</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ЭЗЭНээс Иеремиад ирсэн үг ийнхүү айлдав: “ЭЗЭНий өргөөний хаалган дээр зогсоод, тэнд энэ үгийг тунхаглан хэлэгтүн: ‘ЭЗЭНд мөргөхөөр эдгээр хаалгаар орж буй Иудагийн бүх хүн ээ, ЭЗЭНий үгийг сонсогтун. Израилийн Бурхан, түмэн цэргийн ЭЗЭН ийнхүү айлдаж байна: Зам мөрөө болон үйлсээ засагтун, тэгвэл Би та нарыг энэ газарт оршин суулгах болно. “ЭЗЭНий сүм, ЭЗЭНий сүм, ЭЗЭНий сүм нь эдгээр мөн” хэмээн хэлдэг худал үгэнд бүү итгэ. Учир нь хэрэв та нар зам мөрөө болон үйлсээ үнэхээр засаж, хэрэв хүн ба хөршийнхөө хооронд шүүлтийг үнэхээр зөв үйлдэж, хэрэв харь хүнийг, өнчин хүүг, бэлэвсэн эмэгтэйг дарлахгүй, энэ газарт гэмгүй цус урсгахгүй, мөн өөрсдөдөө гай тарихын тулд өөр бурхдыг даган явахгүй бол, тэгвэл Би та нарыг энэ газарт, өвөг дээдэст чинь үүрд мөнхөд өгсөн нутагт оршин суулгах болно. Харагтун, та нар ашиг тус өгөхгүй худал үгэнд итгэж байна. Та нар хулгайлж, алж, завхайрч, худал тангараглаж, Баалд хүж уугиулж, мэдэхгүй өөр бурхдыг даган явчихаад, Миний нэрээр нэрлэгдсэн энэ өргөөнд ирж Миний өмнө зогсоод, “Бид эдгээр бүх жигшүүрт үйлийг үйлдэхийн тулд аврагдсан” гэж хэлэх гэж үү? Миний нэрээр нэрлэгдсэн энэ өргөө та нарын нүдэнд дээрэмчдийн үүр болсон гэж үү? Харагтун, үүнийг Би Өөрөө ч харсан” гэж ЭЗЭН айлдаж байна.</w:t>
      </w:r>
    </w:p>
    <w:p>
      <w:pPr>
        <w:pStyle w:val="ArticleScripture"/>
        <w:jc w:val="left"/>
      </w:pPr>
      <w:r>
        <w:rPr>
          <w:rFonts w:ascii="Times New Roman" w:hAnsi="Times New Roman" w:eastAsia="Times New Roman" w:cs="Times New Roman"/>
        </w:rPr>
        <w:t>Харин одоо Миний нэрийг анх байрлуулсан Шилод байсан Миний газарт очиж, Өөрийн ард түмэн Израилийн ёрын муугаас болж түүнд Би юу хийснийг үзэгтүн. ЭЗЭН айлдаж байна: Та нар энэ бүх үйлсийг үйлдсэн учраас, Би та нарт эртлэн босож, дахин дахин ярьсан боловч та нар сонссонгүй; Би та нарыг дуудсан боловч та нар хариулсангүй. Тиймийн тул Би Шилод хийсэнчлэн, Миний нэрээр нэрлэгдсэн, та нарын найддаг энэ өргөө болон та нарт, мөн та нарын эцэг өвгөдөд Миний өгсөн энэ газарт тийн үйлдэх болно. Би та нарыг Өөрийн мэлмийний өмнөөс, ах дүүс чинь болох Ефраимын бүх үр удмыг хөөн зайлуулсанчлан, хөөн зайлуулах болно. Тиймийн тул энэ ард түмний төлөө бүү залбир, тэдний төлөө хашхираан ч, гуйлт ч бүү өргө, Миний өмнө өмгөөлөн гуйх ч хэрэггүй. Учир нь Би чамайг сонсохгүй. Иудагийн хотуудад болон Иерусалимын гудамжнуудад тэд юу үйлдэж байгааг чи харахгүй байна уу? Иеремиа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Долоо</dc:title>
  <dc:subject>Зөгнөлийн Дэлгэгдэл: Христийн Хоёр дахь Цуглуулалт ба Илчлэлийн хүүрнэл дэх Исламын эсхатологийн үүрэг</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