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ес</w:t>
      </w:r>
    </w:p>
    <w:p>
      <w:pPr>
        <w:pStyle w:val="ArticleSubtitle"/>
        <w:jc w:val="left"/>
      </w:pPr>
      <w:r>
        <w:rPr>
          <w:rFonts w:ascii="Arial" w:hAnsi="Arial" w:eastAsia="Arial" w:cs="Arial"/>
        </w:rPr>
        <w:t>Улс төрийн доройтол ба эш үзүүллэгийн хувь тавилан: Библийн эш үзүүллэгийн хүрээнд Ардчилсан болон Бүгд Найрамдах намуудын төгсгөл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Бид газрын араатны түүхэн доторх Ардчилсан болон Бүгд Найрамдах намуудын төгсгөлийг тодорхойлж байна. Илчлэл номын арван гуравдугаар бүлгийн газрын араатан нь Бүгд Найрамдах эвэрний эш үзүүллэгийн түүхийн хүрээнд хоорондоо тэмцэлддэг Бүгд Найрамдах болон Ардчилсан намуудад хуваагддаг. Эвэр нь эрх мэдлийн бэлгэдэл бөгөөд хоёр эвэр хоёулаа өөр өөрийн эш үзүүллэгийн түүхэн доторх эш үзүүллэгийн харилцааныхаа бичил ертөнцийг агуулдаг. Бүгд Найрамдах эвэрний хувьд тэрхүү бичил ертөнц нь Америкийн Нэгдсэн Улсын түүхийг бүхэлд нь нэвт шингэсэн улс төрийн хоёр үндсэн намаар дүрслэгддэг. Америкийн Нэгдсэн Улс нь эш үзүүллэгийн түүхэнд хоёр эрх мэдлээс бүрдсэн хэмээн тодорхойлогддог цөөн хэдэн хаант улсын нэг мөн. Хоёр эрх мэдлээр төлөөлөгдсөн Библийн эш үзүүллэгийн өмнөх бүх үндэстэн Америкийн Нэгдсэн Улсын хэв шинж болдог. Мидо-Персийн эзэнт гүрэн, Франц (Содом ба Египет), мөн хойд ба өмнөд хаант улсуудтайгаа Израиль нь бүгд Америкийн Нэгдсэн Улсын эш үзүүллэгийн шинж чанарт хувь нэмрээ оруулдаг.</w:t>
      </w:r>
    </w:p>
    <w:p>
      <w:pPr>
        <w:pStyle w:val="ArticleBody"/>
        <w:jc w:val="left"/>
      </w:pPr>
      <w:r>
        <w:rPr>
          <w:rFonts w:ascii="Times New Roman" w:hAnsi="Times New Roman" w:eastAsia="Times New Roman" w:cs="Times New Roman"/>
        </w:rPr>
        <w:t>Даниелын номын наймдугаар бүлэгт гардаг Мидо-Персийн эзэнт гүрэн хоёр эвэртэй байсан бөгөөд сүүлчийн эвэр нь (Перс) илүү өндөр урган гарсан. Бид энэ шинжийг, Ардчилсан нам Бүгд Найрамдах намаас өмнө түүхэнд гарч ирсэн болохыг тогтоохдоо тодорхойлсон; иймээс Бүгд Найрамдах нам эцэстээ энэ хоёр намаас сүүлчийнх нь байх болно. Анхны Бүгд Найрамдах ерөнхийлөгч Ардчилсан намын боолчлолыг дэмжсэн байр суурийн хариуд түүхэнд гарч ирсэн бөгөөд анхны Бүгд Найрамдах ерөнхийлөгч 1863 онд, АНУ-ын Иргэний дайны дунд үед, мөн Лаодикеийн Долоо дахь өдрийн Адвентист сүмийн хувьд тэрслүү байдлын жилд, Боол Чөлөөлөх Тунхгийг зарлан тунхагласан.</w:t>
      </w:r>
    </w:p>
    <w:p>
      <w:pPr>
        <w:pStyle w:val="ArticleBody"/>
        <w:jc w:val="left"/>
      </w:pPr>
      <w:r>
        <w:rPr>
          <w:rFonts w:ascii="Times New Roman" w:hAnsi="Times New Roman" w:eastAsia="Times New Roman" w:cs="Times New Roman"/>
        </w:rPr>
        <w:t>Сүүлчийн Бүгд Найрамдах намын ерөнхийлөгч нь анхны Бүгд Найрамдах намын ерөнхийлөгчөөр бэлгэдэгддэг тул сүүлчийн ерөнхийлөгч түүхийн тавцанд Ардчилсан намын боолчлолыг дэмжигч нам ба өөрийн Бүгд Найрамдах намын боолчлолын эсрэг намын хоорондох иргэний дайны дунд гарч ирнэ. Эцсийн өдрүүдийн Ардчилсан намын дэмжиж буй боолчлол нь дэлхий нийтийн боолчлол юм. Анхны Бүгд Найрамдах намын ерөнхийлөгчийн адил, сүүлчийн Бүгд Найрамдах намын ерөнхийлөгчийг боолчлолыг дэмжигч нам хөнөөнө. Үүний адил Трамп 2020 оны луйвардсан сонгуулиар улс төрийн хувьд хөнөөгдсөн билээ. 1989 онд эхэлсэн төгсгөлийн үеэс хойших зургаа дахь ерөнхийлөгчийн хувьд Трамп хамгийн баян ерөнхийлөгч байх бөгөөд зөвхөн Америкийн Нэгдсэн Улсын төдийгүй, бүх дэлхийн глобалистуудыг хөдөлгөөнд оруулах байв. Иймээс түүнийг 2015 онд ерөнхийлөгчид нэр дэвшихээ зарлах үед боолчлолыг дэмжигч глобалистуудын Ардчилсан нам ба боолчлолын эсрэг Бүгд Найрамдах намын хоорондох улс төрийн иргэний дайн эхэлсэн юм.</w:t>
      </w:r>
    </w:p>
    <w:p>
      <w:pPr>
        <w:pStyle w:val="ArticleBody"/>
        <w:jc w:val="left"/>
      </w:pPr>
      <w:r>
        <w:rPr>
          <w:rFonts w:ascii="Times New Roman" w:hAnsi="Times New Roman" w:eastAsia="Times New Roman" w:cs="Times New Roman"/>
        </w:rPr>
        <w:t>Илчлэл номын арван нэгдүгээр бүлгийн биелэл болгон, Трамп 2020 оны хулгайлагдсан сонгуулиар улс төрийн хувьд алуулсан бөгөөд 2022 онд Трамп дахин Ерөнхийлөгчид нэр дэвших нь тодорхой болох хүртэл Ардчилсан нам гудамжинд баярлан хөөрч эхэлсэн. Тэгээд Илчлэл номын арван нэгдүгээр бүлгийн биеллээр глобалистуудыг их айдас нөмөрч, тэдний дайн тэмцэл улам ширүүсэв. Мидо-Персийн эвэрнүүдийн гэрчлэлээр эцэст нь гарч ирэх эвэр (Бүгд Найрамдах нам) хамгийн сүүлд гарч ирж, илүү өндөрт өргөгдөнө гэдэг нь тодорхойлогддог. Бүгд Найрамдах намын сүүлчийн Ерөнхийлөгч Ардчилсан намыг дийлнэ.</w:t>
      </w:r>
    </w:p>
    <w:p>
      <w:pPr>
        <w:pStyle w:val="ArticleBody"/>
        <w:jc w:val="left"/>
      </w:pPr>
      <w:r>
        <w:rPr>
          <w:rFonts w:ascii="Times New Roman" w:hAnsi="Times New Roman" w:eastAsia="Times New Roman" w:cs="Times New Roman"/>
        </w:rPr>
        <w:t>2024 оны сонгууль нь Ардчилсан намын төгсгөлийг тэмдэглэж байна. Учир нь Ням гаргийн хууль газрын араатны эш үзүүллэгийн түүхийг төгсгөхөөс өмнө тэдэнд ерөнхийлөгчийн сонгуульд нэр дэвшигчээ дахин өрсөлдүүлэх өөр боломж хэзээ ч олдохгүй. Ням гаргийн хуулийн үед Бүгд Найрамдах нам ч мөн адил оршин тогтнохоо болино. Ардчилсан нам 2024 оны сонгуулиар төгсөнө, харин Бүгд Найрамдах нам Ням гаргийн хуулиар төгсөнө. Ням гаргийн хууль нь Библийн эш үзүүллэг дэх зургаа дахь хаант улсын төгсгөл болохын хувьд, 1798 онд газрын араатан эхэлснээр дүрслэгдсэн юм. Газрын араатны эш үзүүллэгийн үндсэн шинж нь түүний “ярьдаг” явдал юм. 1798 онд Америкийн Нэгдсэн Улс Гадаадынхны болон Үймээн самууны тухай хуулиудыг баталсан бөгөөд иймээс энэ нь Ням гаргийн хуулийг, өөрөөр хэлбэл Америкийн Нэгдсэн Улс луугийн адил ярьдаг үеийг төлөөлөн илэрхийлдэг.</w:t>
      </w:r>
    </w:p>
    <w:p>
      <w:pPr>
        <w:pStyle w:val="ArticleBody"/>
        <w:jc w:val="left"/>
      </w:pPr>
      <w:r>
        <w:rPr>
          <w:rFonts w:ascii="Times New Roman" w:hAnsi="Times New Roman" w:eastAsia="Times New Roman" w:cs="Times New Roman"/>
        </w:rPr>
        <w:t>1776 оноос 1798 он хүртэлх хугацаанд, АНУ нь Библийн эш үзүүллэгийн зургаа дахь хаант улс хараахан болоогүй байсан боловч, энэ нь АНУ ярьж эхлэхтэй холбоотой гурван замын тэмдгийг төлөөлдөг. Тэр үе нь Библийн эш үзүүллэгийн зургаа дахь хаант улсын хувьд газрын араатны ноёрхлын эхлэл рүү хөтөлсөн бөгөөд иймээс мөн энэ нь газрын араатны зургаа дахь хаант улсын хувьд ноёрхол төгсөхөд хүргэх үеийг төлөөлдөг. 1776 оны Тусгаар тогтнолын тунхаглал, түүнийг дагасан 1789 оны Үндсэн хууль, мөн 1798 оны Гадаадын иргэд ба өдөөн турхирах үйлдлийн тухай хуулиуд нь Ням гаргийн хуулийн үед зургаа дахь хаант улсын хувьд газрын араатан төгсгөлдөө хүрэх түүх рүү хөтөлсөн гурван замын тэмдгийг төлөөлдөг. Эдгээр гурван замын тэмдгийн биелэлт нь Ардчилсан болон Бүгд Найрамдах хоёр намын аль алиных нь түүхэн хүрээнд өөр өөрөөр дүрслэгддэг.</w:t>
      </w:r>
    </w:p>
    <w:p>
      <w:pPr>
        <w:pStyle w:val="ArticleBody"/>
        <w:jc w:val="left"/>
      </w:pPr>
      <w:r>
        <w:rPr>
          <w:rFonts w:ascii="Times New Roman" w:hAnsi="Times New Roman" w:eastAsia="Times New Roman" w:cs="Times New Roman"/>
        </w:rPr>
        <w:t>2001 оны Эх орончийн тухай хууль нь Америкийн Нэгдсэн Улсын иргэдийн тусгаар тогтнолыг үгүй хийх үйл явцын эхлэлийг тодорхойлдог бөгөөд энэ нь Америкийн түүхэн дэх жинхэнэ эх орончдын Тусгаар тогтнолын тунхаглалаар хэрэгжүүлсэн тунхаглалаар хэв шинжлэгдсэн юм. Эх орончийн тухай хуулийн тэмдэглэл нь Бүгд Найрамдах болон Ардчилсан аль аль намын хувьд гурван тэмдэглэлийн эхнийх нь юм.</w:t>
      </w:r>
    </w:p>
    <w:p>
      <w:pPr>
        <w:pStyle w:val="ArticleBody"/>
        <w:jc w:val="left"/>
      </w:pPr>
      <w:r>
        <w:rPr>
          <w:rFonts w:ascii="Times New Roman" w:hAnsi="Times New Roman" w:eastAsia="Times New Roman" w:cs="Times New Roman"/>
        </w:rPr>
        <w:t>Ардчилсан нам 2024 оны сонгуулиар төгсөнө. Энэ нь Харь гарагийнхны тухай ба Өдөөн турхиралтын тухай хуулиудаар урьдчилан дүрслэгдсэн байсан Трампын Гүйцэтгэх захирамжуудыг авчирна. Трампын дараа нь хэрэгжүүлэх эдгээр Гүйцэтгэх захирамжууд Ням гаргийн хууль биш боловч, тэдгээр нь луу мэт ярих явдлын нэгэн хэв шинж мөн; учир нь эцсийн өдрүүдэд “идэвхтэй дарангуйлал” тохиолдоно гэсэн Эгч Уайтын тодорхойлолтыг Трамп биелүүлэхдээ тэдгээрийг ашиглах болно. Дарангуйлал гэдэг нь дарангуй засаглалыг заасан үг бөгөөд энэ нь Харь гарагийнхны тухай ба Өдөөн турхиралтын тухай хуулиудаар хэв шинжлэгдсэн Гүйцэтгэх захирамжуудаар хэрэгждэг. Трамп өөрийн Гүйцэтгэх захирамжуудыг хэрэгжүүлэх үед Байдены бүтэлгүй ерөнхийлөгчийн албыг тэмдэглэсэн Пелосигийн шүүх ажиллагаануудын эсрэг эргэлт гарна.</w:t>
      </w:r>
    </w:p>
    <w:p>
      <w:pPr>
        <w:pStyle w:val="ArticleBody"/>
        <w:jc w:val="left"/>
      </w:pPr>
      <w:r>
        <w:rPr>
          <w:rFonts w:ascii="Times New Roman" w:hAnsi="Times New Roman" w:eastAsia="Times New Roman" w:cs="Times New Roman"/>
        </w:rPr>
        <w:t>Ардчилсан нам болон Бүгд Найрамдах намын төгсгөлийг тодорхойлдог цаг хугацааны үе нь Альфа ба Омегийн тэмдгийг агуулдаг; учир нь үе бүрийн эхлэл нь төгсгөлийг төлөөлдөг. Иймээс Ардчилсан намын хувьд эхний waymark нь 2001 оны Патриотын акт бөгөөд, хоёр дахь waymark нь 2021 онд эхэлсэн Пелосигийн шүүх ажиллагаанууд юм. Эдгээр шүүх ажиллагаа нь 1789 оны Үндсэн хуулийг бүрэн няцаасныг илэрхийлдэг. Пелосигийн шүүх ажиллагаанууд нь Ардчилсан намын шугам дахь дунд waymark-ийг төлөөлдөг бөгөөд энэ нь 1776 оноос хойш арван гурван жилийн дараа Үндсэн хуулийг арван гурван колони батламжилснаар хэв шинжлэгдсэн юм. Пелосигийн шүүх ажиллагаанууд нь Үндсэн хуулийн эсрэг бослогыг илэрхийлдэг бөгөөд 1789 он түүний хэв шинж байв. Ардчилсан намын шугамын гурав дахь waymark нь тэд улс төрийн намын хувьд төгсөх цэг юм.</w:t>
      </w:r>
    </w:p>
    <w:p>
      <w:pPr>
        <w:pStyle w:val="ArticleBody"/>
        <w:jc w:val="left"/>
      </w:pPr>
      <w:r>
        <w:rPr>
          <w:rFonts w:ascii="Times New Roman" w:hAnsi="Times New Roman" w:eastAsia="Times New Roman" w:cs="Times New Roman"/>
        </w:rPr>
        <w:t>Тэд 2024 оны сонгуулиар төгсөнө, мөн 2025 оны тангараг өргөх ёслол биелсний дараа Пелосигийн Шалгалтуудын хоёр дахь багц нь Alien and Sedition Acts-аар төлөөлөгдөн дүрслэгдсэн байсан Гүйцэтгэх захирамжуудаар бий болно. Иймээс Ардчилсан намын гурав дахь waymark нь 1798 оны Alien and Sedition Acts мөн. Ардчилсан намын төгсгөлийг төлөөлөх үе нь сонгууль, тангараг өргөх ёслол, сатанлаг улс төрийн хуулийн довтолгооны нэвтрүүлэлтээр эхэлж, мөн сонгууль, тангараг өргөх ёслол, сатанлаг улс төрийн хуулийн довтолгооны нэвтрүүлэлтээр төгсөнө.</w:t>
      </w:r>
    </w:p>
    <w:p>
      <w:pPr>
        <w:pStyle w:val="ArticleBody"/>
        <w:jc w:val="left"/>
      </w:pPr>
      <w:r>
        <w:rPr>
          <w:rFonts w:ascii="Times New Roman" w:hAnsi="Times New Roman" w:eastAsia="Times New Roman" w:cs="Times New Roman"/>
        </w:rPr>
        <w:t>Бүгд Найрамдах намын хувьд эхний замын тэмдэг нь 1776 оны Тусгаар тогтнолын тунхаглалаар хэв шинжлэгдсэн 2001 оны Эх орончийн хууль юм. Хоёр дахь замын тэмдэг нь Ардчилсан намын хоёр дахь замын тэмдэгтэй адил биш юм. Ардчилсан намын хувьд 1789 оны Үндсэн хуулиар төлөөлөгдсөн хоёр дахь замын тэмдэг нь Пелосигийн анхны шүүлтүүд байсан бол, Бүгд Найрамдах намын хувьд 1789 оны Үндсэн хуулиар төлөөлөгдөх хоёр дахь замын тэмдэг нь Харь гаригийнхан ба үймээн самууны тухай хууль бөгөөд энэ нь 2025 онд Трампын хоёр дахь тангараг өргөх ёслол биелэгдсэний дараа гүйцэлдэнэ. 1798 оны Харь гаригийнхан ба үймээн самууны тухай хуулиуд 1789 оны Үндсэн хуулийг хэрхэн төлөөлж чадах вэ?</w:t>
      </w:r>
    </w:p>
    <w:p>
      <w:pPr>
        <w:pStyle w:val="ArticleBody"/>
        <w:jc w:val="left"/>
      </w:pPr>
      <w:r>
        <w:rPr>
          <w:rFonts w:ascii="Times New Roman" w:hAnsi="Times New Roman" w:eastAsia="Times New Roman" w:cs="Times New Roman"/>
        </w:rPr>
        <w:t>Трампын хоёр дахь тангараг өргөх ёслолын үеэр түүний 1798 оны Alien and Sedition Acts-аар билэгдэгдсэн Гүйцэтгэх зарлигууд нь зөвхөн Пелосигийн шүүх хуралдаануудын хоёр дахь цогцыг эхлүүлээд зогсохгүй, мөн араатны дүрийн бүрэлдэх үйл явцыг ч эхлүүлдэг. Араатны дүрийн бүрэлдэх үе нь луу мэт ярихуйгаар эхэлж, луу мэт ярихуйгаар төгсөнө. Тэрхүү үеийн эхэнд гарч буй ярихуй нь дарангуйлал хэмээн төлөөлөгдсөн, эсвэл Sister White-ийн нэрлэснээр “despotism” болох хаанлиг эрх мэдлүүд тогтоогдож буйг илэрхийлдэг. Араатны дүрийн бүрэлдэх үеийн төгсгөл дэх луугийн яриа нь шашны эрх мэдлүүд улс төрийн эрх мэдлүүдийн дээр тогтоогдож буй эрх мэдлийг тодорхойлдог.</w:t>
      </w:r>
    </w:p>
    <w:p>
      <w:pPr>
        <w:pStyle w:val="ArticleBody"/>
        <w:jc w:val="left"/>
      </w:pPr>
      <w:r>
        <w:rPr>
          <w:rFonts w:ascii="Times New Roman" w:hAnsi="Times New Roman" w:eastAsia="Times New Roman" w:cs="Times New Roman"/>
        </w:rPr>
        <w:t>Тусгаар тогтнолын Тунхаглал нь Европын хаадын улс төрийн эрх мэдлийн дарангуйлал болон Ромын сүмийн шашны эрх мэдлийн дарангуйллын эсрэг гаргасан тунхаглал байсан юм. Араатны дүр төрх бүрэлдэх үе нь эдгээр хоёр завхарсан хүч нэгдэн нийлж, энэ харилцаанд шашны эрх мэдэл ноёрхлыг гартаа атгаж байдаг үе юм. Эдгээр хоёр хүчний бүрэлдэхүй, өөрөөр хэлбэл нэгдэн нийлэх явцад хамгийн сүүлд гарч ирж, илүү дээгүүрт өргөгддөг нь шашны эрх мэдэл мөн. Иймээс тэрхүү үеийн эхлэл нь уг үеийн төгсгөлийг төлөөлдөг. 1798 оны Харь гаригийнхан ба Үймээн дэгдээлтийн тухай хуулиуд нь Ардчилсан намын төгсгөлийг төлөөлдөг бөгөөд тэдний гурав дахь тэмдэглэгээ мөн; харин нэгэн зэрэг энэ нь Бүгд Найрамдах намын төгсгөлийн үе дэх хоёр дахь тэмдэглэгээг ч төлөөлдөг. Бүгд Найрамдах намын гурав дахь тэмдэглэгээ нь Ням гаргийн албадлага юм.</w:t>
      </w:r>
    </w:p>
    <w:p>
      <w:pPr>
        <w:pStyle w:val="ArticleBody"/>
        <w:jc w:val="left"/>
      </w:pPr>
      <w:r>
        <w:rPr>
          <w:rFonts w:ascii="Times New Roman" w:hAnsi="Times New Roman" w:eastAsia="Times New Roman" w:cs="Times New Roman"/>
        </w:rPr>
        <w:t>Ардчилсан намын хувьд 1776, 1789, 1798 онуудаар илэрхийлэгдэх гурван замын тэмдэг нь 2001 он (1776), 2021 оны Пелосигийн эхний шүүлтүүд (1789), мөн 2025 оны Пелосигийн хоёр дахь шүүлтүүдийг (1798) төлөөлөн бэлгэддэг.</w:t>
      </w:r>
    </w:p>
    <w:p>
      <w:pPr>
        <w:pStyle w:val="ArticleBody"/>
        <w:jc w:val="left"/>
      </w:pPr>
      <w:r>
        <w:rPr>
          <w:rFonts w:ascii="Times New Roman" w:hAnsi="Times New Roman" w:eastAsia="Times New Roman" w:cs="Times New Roman"/>
        </w:rPr>
        <w:t>Бүгд Найрамдах намын хувьд 1776, 1789, 1798 онуудаар төлөөлөгдсөн гурван замын тэмдэг нь 2001 он (1776), 2025 оны Пелосигийн хоёр дахь Шүүхүүд (1789), мөн Ням гаргийн хууль (1798)-ийг хэв шинжлэн илэрхийлдэг.</w:t>
      </w:r>
    </w:p>
    <w:p>
      <w:pPr>
        <w:pStyle w:val="ArticleBody"/>
        <w:jc w:val="left"/>
      </w:pPr>
      <w:r>
        <w:rPr>
          <w:rFonts w:ascii="Times New Roman" w:hAnsi="Times New Roman" w:eastAsia="Times New Roman" w:cs="Times New Roman"/>
        </w:rPr>
        <w:t>1776, 1789, 1798 онууд нь хорин хоёр жилийг төлөөлдөг бөгөөд хорин хоёр нь Бурханы чанар хүн чанартай нэгдэхийн бэлгэдэл юм. Эдгээр гурван замын тэмдэг нь “Үнэн”-ий гэрчлэлийг агуулдаг. Учир нь тэдгээр нь эхний ба сүүлийн замын тэмдэг нэгэн адил үнэнийг тодорхойлдгийг илэрхийлдэг. 1776 он нь тусгаар тогтнол тогтоогдсоныг, харин 1798 он нь тусгаар тогтнол устгагдсаныг тодорхойлдог. Иймээс тэдгээр нь хорин хоёр үсгээс бүрдэх еврей цагаан толгойн эхний ба сүүлийн үсгийг төлөөлдөг. Арван гурав дахь үсэг нь тэрслүү байдлын бэлгэдэл бөгөөд эдгээр гурван үсэг, өөрөөр хэлбэл эхний, арван гурав дахь, сүүлийн үсгүүд нийлж еврей хэлний “Үнэн” хэмээх үгийг бүрдүүлдэг.</w:t>
      </w:r>
    </w:p>
    <w:p>
      <w:pPr>
        <w:pStyle w:val="ArticleBody"/>
        <w:jc w:val="left"/>
      </w:pPr>
      <w:r>
        <w:rPr>
          <w:rFonts w:ascii="Times New Roman" w:hAnsi="Times New Roman" w:eastAsia="Times New Roman" w:cs="Times New Roman"/>
        </w:rPr>
        <w:t>1776 нь 2001 оны 9 дүгээр сарын 11-нийг төлөөлдөг бөгөөд зуун дөчин дөрвөн мянгын тамгалах цагийн эхлэлийг тэмдэглэдэг. Энэ нь сүүлчийн борооны шүршилт эхлэхийг тэмдэглэдэг бөгөөд энэ нь ардчилсан луу нам Бүгд Найрамдах араатан намд ялагдах тул, үзүүлсэн үйлчилгээнийх нь төлөө лууг араатанд өгдөг хугацаа юм.</w:t>
      </w:r>
    </w:p>
    <w:p>
      <w:pPr>
        <w:pStyle w:val="ArticleBody"/>
        <w:jc w:val="left"/>
      </w:pPr>
      <w:r>
        <w:rPr>
          <w:rFonts w:ascii="Times New Roman" w:hAnsi="Times New Roman" w:eastAsia="Times New Roman" w:cs="Times New Roman"/>
        </w:rPr>
        <w:t>Тэрхүү түүхэн хугацаанд жинхэнэ Протестант эвэрний лацдалт нь Эзэн Өөрийн мутрыг хоёр дахь удаагаа сунган, Израилийн хөөгдөгсөд хэмээн тодорхойлогдсон хүмүүсийг цуглуулах бөгөөд Ням гаргийн хуулийн үед тэд туг тэмдэг болгон өргөгдөх тэр цаг үед биелдэг.</w:t>
      </w:r>
    </w:p>
    <w:p>
      <w:pPr>
        <w:pStyle w:val="ArticleBody"/>
        <w:jc w:val="left"/>
      </w:pPr>
      <w:r>
        <w:rPr>
          <w:rFonts w:ascii="Times New Roman" w:hAnsi="Times New Roman" w:eastAsia="Times New Roman" w:cs="Times New Roman"/>
        </w:rPr>
        <w:t>2020 оны 7 дугаар сарын 18-нд жинхэнэ Протестант эвэр сарнин бутарч, 2001 оноос хойш хорин хоёр жилийн дараа, 2023 оны 7 дугаар сард цөлд хашхирагч дуу хоолойгоор хоёр дахь цугларалтын ажил эхлүүлэгдэв. Эхний цугларалт 2001 онд болсон бөгөөд тэр үед Нью-Йорк хотын агуу барилгууд нуран унахад Илчлэлт номын арван наймдугаар бүлгийн тэнгэрэлч бууж ирсэн. Тэрхүү тэнгэрэлчийн бууж ирэлт нь лацдах цагийн эхлэлийг төлөөлсөн бөгөөд 2020 оны 7 дугаар сарын 18-нд тэргүүн тэнгэрэлч Михаилын бууж ирэлт нь лацдах цагийн төгсгөлийг төлөөлсөн. Есүс Альфа ба Омега болохынхоо хувьд төгсгөлийг үргэлж эхлэлээр дүрслэн үзүүлдэг тул 2001 оны 9 дүгээр сарын 11-нд эхэлсэн эхний цугларалтын эш үзүүллэгийн элементүүд нь хоёр дахь цугларалтад тохиолдох эш үзүүллэгийн элементүүдийг төлөөлдөг.</w:t>
      </w:r>
    </w:p>
    <w:p>
      <w:pPr>
        <w:pStyle w:val="ArticleBody"/>
        <w:jc w:val="left"/>
      </w:pPr>
      <w:r>
        <w:rPr>
          <w:rFonts w:ascii="Times New Roman" w:hAnsi="Times New Roman" w:eastAsia="Times New Roman" w:cs="Times New Roman"/>
        </w:rPr>
        <w:t>Хоёр дахь цугларалтын талаар лацдах цаг үеийн төгсгөлийн түүхийг төлөөлдөг гурван тодорхой жишээ байдаг. Эдгээр нь Христийн түүх, 1840 оны 8 дугаар сарын 11-нээс 1844 оны 10 дугаар сарын 22 хүртэлх эхний ба хоёр дахь тэнгэрэлчийн мэдээний түүх, мөн 1844 оны 10 дугаар сарын 22-ноос 1863 оны тэрслэл хүртэлх гурав дахь тэнгэрэлчийн түүх юм. Эдгээр гурван гэрч 2023 оны 7 дугаар сараас удахгүй ирэх Ням гаргийн хууль хүртэлх нэг зуун дөчин дөрвөн мянгын хоёр дахь цугларалтыг тогтоон баталж байна. Хэрэв бид түүх бүрээс нэгэн ялгаатай, онцгой элементийг тусгаарлан авч үзвэл, гурав дахь гайгийн үүргийн нотолгоог олж харна.</w:t>
      </w:r>
    </w:p>
    <w:p>
      <w:pPr>
        <w:pStyle w:val="ArticleBody"/>
        <w:jc w:val="left"/>
      </w:pPr>
      <w:r>
        <w:rPr>
          <w:rFonts w:ascii="Times New Roman" w:hAnsi="Times New Roman" w:eastAsia="Times New Roman" w:cs="Times New Roman"/>
        </w:rPr>
        <w:t>1844 оны 8 дугаар сарын 17-нд болсон Экзетерийн кэмп-цуглааны төгсгөлд Шөнө дундын хашхирааны мэдээ тунхаглагдсан юм. Тэрхүү тунхаглал нь нэг зуун дөчин дөрвөн мянгын түүхэн дэх Шөнө дундын хашхирааны мэдээний тунхаглалыг төлөөлж байсан бөгөөд учир нь энэ хоёр түүх хоёулаа арван онгон бүсгүйн тухай сургаалт зүйрлэлийн биелэл байсан, мөн одоо ч тийм хэвээр байна. Уайт эгч Христийн Иерусалим руу сүр жавхлантайгаар оруулсан нь 1844 онд Шөнө дундын хашхирааны тунхаглалыг төлөөлсөн гэж тодорхойлдог. Христ амьдралдаа амьтан унасан цорын ганц тохиолдол нь Иерусалим руу орохдоо байсан бөгөөд Түүний унасан амьтан нь илжиг байсан, харин илжиг нь Исламын бэлгэдэл юм. 1844-өөс 1863 он хүртэлх хоёр дахь цуглуулалтын үед, 1848 онд Уайт эгч Европын үндэстнүүд уурлуулж байгааг тодорхойлдог бөгөөд тэр түүхэн дэх үндэстнүүдийн уур хилэнг өдөөсөн явдал нь Исламын зүгээс Европт үргэлжилсэн дайны аюул заналхийллийг авчирснаар хэрэгжсэн юм. Хоёр дахь цуглуулалтын гурван түүх тус бүрд гурав дахь гайгийн Исламын үүрэг тодорхойлогддог.</w:t>
      </w:r>
    </w:p>
    <w:p>
      <w:pPr>
        <w:pStyle w:val="ArticleBody"/>
        <w:jc w:val="left"/>
      </w:pPr>
      <w:r>
        <w:rPr>
          <w:rFonts w:ascii="Times New Roman" w:hAnsi="Times New Roman" w:eastAsia="Times New Roman" w:cs="Times New Roman"/>
        </w:rPr>
        <w:t>Нэг зуун дөчин дөрвөн мянгын тамгалагдах хугацаа 2001 оны 9 дүгээр сарын 11-нд гурав дахь гайгийн Исламын гэнэтийн дайралтаар, орчин үеийн алдарт газар болох Америкийн Нэгдсэн Улсын эсрэг эхэлсэн. Хорин хоёр жилийн дараа, 2023 оны 10 дугаар сарын 7-нд, гурав дахь гайгийн Ислам эртний алдарт газрын эсрэг гэнэтийн дайралт үйлдэв. Удахгүй гарах Ням гаргийн хууль буюу Илчлэлт арван нэгдүгээр бүлгийн агуу газар хөдлөлтийн үед, гурав дахь гай дахин гэнэт ирж, орчин үеийн алдарт газрын эсрэг дахин нэгэнтээ гэнэтийн дайралтаа хэрэгжүүлнэ.</w:t>
      </w:r>
    </w:p>
    <w:p>
      <w:pPr>
        <w:pStyle w:val="ArticleBody"/>
        <w:jc w:val="left"/>
      </w:pPr>
      <w:r>
        <w:rPr>
          <w:rFonts w:ascii="Times New Roman" w:hAnsi="Times New Roman" w:eastAsia="Times New Roman" w:cs="Times New Roman"/>
        </w:rPr>
        <w:t>Өөрсдийн Мессиаг цовдолсон хүмүүсийн бэлгэдэл болох бодит Израилиар төлөөлөгдсөн тэрслэл, мөн гурав дахь гай зовлонгийн Исламын гэнэтийн гурван довтолгоо нь “Үнэний” тамгыг агуулдаг. Нэг зуун дөчин дөрвөн мянгыг лацдан баталдаг мэдээ, Бурханы эцсийн өдрүүдийн ардыг хоёр дахь удаагаа цуглуулах ажлыг гүйцэлдүүлдэг бөгөөд энэ нь гурав дахь гай зовлонгийн Исламын үйл ажиллагаа идэвхтэй үргэлжилж буй цаг хугацааны үед тохиолддог.</w:t>
      </w:r>
    </w:p>
    <w:p>
      <w:pPr>
        <w:pStyle w:val="ArticleBody"/>
        <w:jc w:val="left"/>
      </w:pPr>
      <w:r>
        <w:rPr>
          <w:rFonts w:ascii="Times New Roman" w:hAnsi="Times New Roman" w:eastAsia="Times New Roman" w:cs="Times New Roman"/>
        </w:rPr>
        <w:t>“Хоёр дахь цуглуулалт” хэмээн дүрслэгдсэн эш үзүүллэгийн хугацаа нь “хоёр дахь цуглуулалт”-ын бүхэл түүхийг бүрдүүлдэг тодорхой эш үзүүллэгийн хугацаануудыг ялган зааж өгдөг. Христ амилсныхаа дараа бууж ирсэн явдал нь загалмай дээр тархан бутарсан хүмүүсийг цуглуулах Түүний ажлын эхлэлийг тэмдэглэдэг.</w:t>
      </w:r>
    </w:p>
    <w:p>
      <w:pPr>
        <w:pStyle w:val="ArticleScripture"/>
        <w:jc w:val="left"/>
      </w:pPr>
      <w:r>
        <w:rPr>
          <w:rFonts w:ascii="Times New Roman" w:hAnsi="Times New Roman" w:eastAsia="Times New Roman" w:cs="Times New Roman"/>
        </w:rPr>
        <w:t>Тэгэхэд Есүс тэдэнд айлдахдаа, Та нар бүгдээрээ энэ шөнө Надаас болж бүдрэх болно. Учир нь: “Би хоньчныг цохино, сүргийн хонид тараагдах болно” гэж бичигдсэн байдаг. Матай 26:31.</w:t>
      </w:r>
    </w:p>
    <w:p>
      <w:pPr>
        <w:pStyle w:val="ArticleBody"/>
        <w:jc w:val="left"/>
      </w:pPr>
      <w:r>
        <w:rPr>
          <w:rFonts w:ascii="Times New Roman" w:hAnsi="Times New Roman" w:eastAsia="Times New Roman" w:cs="Times New Roman"/>
        </w:rPr>
        <w:t>Булшинд өнгөрүүлсэн гурван өдрийн дараа Христ шавь нартаа бууж ирж, тэдэнд биечлэн зааварлан сургасан дөчин өдрийн үеийг эхлүүлсэн бөгөөд үүний дараа Пентекостын өдөр Ариун Сүнс хэмжээлшгүйгээр асгарахын өмнө нэгдэл болон залбирлын арван өдрийн хугацаа үргэлжилсэн юм.</w:t>
      </w:r>
    </w:p>
    <w:p>
      <w:pPr>
        <w:pStyle w:val="ArticleScripture"/>
        <w:jc w:val="left"/>
      </w:pPr>
      <w:r>
        <w:rPr>
          <w:rFonts w:ascii="Times New Roman" w:hAnsi="Times New Roman" w:eastAsia="Times New Roman" w:cs="Times New Roman"/>
        </w:rPr>
        <w:t>Өө, Теофил аа, Есүсийн үйлдэж эхэлсэн бөгөөд зааж сургасан бүхний тухай, Өөрийн сонгосон элч нарт Ариун Сүнсээр дамжуулан тушаал өгсний дараа тэнгэр өөд өргөгдсөн тэр өдрийг хүртэл, би өмнөх бичгийг бичсэн билээ. Тэрээр Өөрийн зовлон шаналлын дараа олон няцаашгүй баримтаар Өөрийгөө амьд гэдгийг тэдэнд үзүүлж, дөчин өдрийн турш тэдэнд үзэгдэн, Бурханы хаанчлалд хамаарах зүйлсийн тухай айлдсан юм. Мөн Тэр тэдэнтэй хамт цугларч байхдаа, “Та нар Иерусалимаас бүү яв, харин Эцгийн амлалтыг хүлээ; тэрхүү амлалтыг та нар Надаас сонссон билээ. Учир нь Иохан үнэхээр усаар баптисм хүртээсэн, харин та нар удалгүй Ариун Сүнсээр баптисм хүртэх болно” хэмээн тэдэнд тушаав. Тэгээд тэд хамтдаа цугларсан үедээ Түүнээс, “Эзэн, Та энэ үед Израильд хаанчлалыг дахин сэргээх үү?” хэмээн асуув. Харин Тэр тэдэнд, “Эцэг Өөрийн эрх мэдэлд тогтоосон цаг үе ба хугацааг мэдэх нь та нарт хамаарахгүй. Харин Ариун Сүнс та нар дээр ирэхэд та нар хүчийг хүлээн авна. Тэгээд та нар Иерусалимд, бүх Иудейд, Самарид, мөн газрын хязгаар хүртэл Миний гэрч нар болно” гэж айлдав. Тэр эдгээрийг айлдсаны дараа, тэд харж байхад Тэр өргөгдөн авагдаж, үүл Түүнийг тэдний нүднээс халхлан авлаа.... Пентекостын өдөр бүрэн хүрч ирэхэд, тэд бүгд нэгэн санаагаар нэг дор байв. Гэтэл гэнэт тэнгэрээс хүчтэй шуурган салхи мэт чимээ гарч, тэдний сууж байсан бүх гэрийг дүүргэв. Үйлс 1:1–9; 2:1, 2.</w:t>
      </w:r>
    </w:p>
    <w:p>
      <w:pPr>
        <w:pStyle w:val="ArticleBody"/>
        <w:jc w:val="left"/>
      </w:pPr>
      <w:r>
        <w:rPr>
          <w:rFonts w:ascii="Times New Roman" w:hAnsi="Times New Roman" w:eastAsia="Times New Roman" w:cs="Times New Roman"/>
        </w:rPr>
        <w:t>Дөчин хоногийн турш, үүний дараа шавь нар Эцгийн амлалтыг хүлээн «хүлээх» ёстой байсан арван хоногийн хамт, Христ Өөрийн шавь нарыг хоёр дахь удаагаа цуглуулж байсан юм. Иерусалим дахь энэ хүлээлтийн хугацаа нь Матай хорин тав, Хабаккук хоёрт гардаг саатлын цаг үетэй нийцсэн саатлын цагийн бэлгэдэл мөн. Бүхэл энэ хугацааг Христ Елиагийн ажлын үеэс, өөрөөр хэлбэл Иохан баптисм хүртээж байх үеэс эхэлсэн хэмээн тодорхойлдог бөгөөд бүхэл энэ хугацаа Пентекостын өдөр Ариун Сүнсний баптисмаар төгссөн юм. Баптисм нь үхэл, оршуулга, амилалтын бэлгэдэл тул бүхэл энэ хугацааны дундах тэмдэгт цэг нь загалмай байсан юм, учир нь бүхэл энэ хугацаа «Үнэн»-ий гарын үсгийг агуулдаг.</w:t>
      </w:r>
    </w:p>
    <w:p>
      <w:pPr>
        <w:pStyle w:val="ArticleBody"/>
        <w:jc w:val="left"/>
      </w:pPr>
      <w:r>
        <w:rPr>
          <w:rFonts w:ascii="Times New Roman" w:hAnsi="Times New Roman" w:eastAsia="Times New Roman" w:cs="Times New Roman"/>
        </w:rPr>
        <w:t>Бүхэл бүтэн энэ хугацаа нь Иохан Христийг баптисм хүртээхээс эхэлдэг бөгөөд тэр үед Ариун Сүнс тагтааны дүрээр бууж ирсэн. Тэгээд Христийн сүмийн суурь болох ёстой шавь нарыг цуглуулах ажил эхэлсэн. Тэрхүү хугацааны төгсгөлд Христ Өөрийн шавь нарыг хоёр дахь удаагаа цуглуулдаг бөгөөд энэ хоёр дахь цуглуулгын хугацаа нь эхний цуглуулгын хугацааны давталт мөн. Учир нь Христ аливаа юмсын төгсгөлийг түүний эхлэлээр дүрслэн үзүүлдэг.</w:t>
      </w:r>
    </w:p>
    <w:p>
      <w:pPr>
        <w:pStyle w:val="ArticleBody"/>
        <w:jc w:val="left"/>
      </w:pPr>
      <w:r>
        <w:rPr>
          <w:rFonts w:ascii="Times New Roman" w:hAnsi="Times New Roman" w:eastAsia="Times New Roman" w:cs="Times New Roman"/>
        </w:rPr>
        <w:t>Загалмай нь Христийн баптисмаар бэлгэдэгдэн дүрслэгдсэн байсан бөгөөд эдгээр хоёр үйл явдал хоёулаа дагалдагсдыг цуглуулах ажлыг эхлүүлсэн юм. Эхлэл ба төгсгөлийг ялган тэмдэглэдэг тэмдэг нь үхэл, оршуулга, амилалтыг төлөөлдөг. Амилалтын дараа, цөл дэх дөчин өдрийн сорилт нь Түүний шавь нар дээр буусны дараах дөчин өдрийн зааварчилгааг төлөөлсөн. Эдгээр дөчин өдөр хоёулаа Есүсийн “Хүн зөвхөн талхаар бус, харин Бурханы амнаас гарах үг бүрээр амьдарна гэж бичигдсэн байдаг” хэмээн илэрхийлсэн үндсэн үнэнийг төлөөлдөг.</w:t>
      </w:r>
    </w:p>
    <w:p>
      <w:pPr>
        <w:pStyle w:val="ArticleBody"/>
        <w:jc w:val="left"/>
      </w:pPr>
      <w:r>
        <w:rPr>
          <w:rFonts w:ascii="Times New Roman" w:hAnsi="Times New Roman" w:eastAsia="Times New Roman" w:cs="Times New Roman"/>
        </w:rPr>
        <w:t>Тэр цаг хугацаанд Есүс эш үзүүлэгчдийн Христийн тухай гэрчилсэн бүхнийг шавь нартаа нээн тайлбарласан бөгөөд ингэснээр тэрхүү үеийг Өөрийн эш үзүүллэгийн Үгийн нээгдэл хэмээн тодорхойлсон юм.</w:t>
      </w:r>
    </w:p>
    <w:p>
      <w:pPr>
        <w:pStyle w:val="ArticleScripture"/>
        <w:jc w:val="left"/>
      </w:pPr>
      <w:r>
        <w:rPr>
          <w:rFonts w:ascii="Times New Roman" w:hAnsi="Times New Roman" w:eastAsia="Times New Roman" w:cs="Times New Roman"/>
        </w:rPr>
        <w:t>Харагтун, тэдний хоёул мөнөөх өдөр Иерусалимаас жараад стадиийн зайтай Эммаус хэмээх нэгэн тосгон уруу явж байлаа. Тэгээд болсон эдгээр бүх зүйлийн тухай хоорондоо ярилцаж байв. Тэд ийнхүү харилцан ярилцаж, бодолцон байхад Есүс Өөрөө ойртон ирж, тэдэнтэй хамт явлаа. Харин тэд Түүнийг танихгүй байхын тулд нүд нь хүлээстэй мэт байв. ... Тэгээд Тэр тэдэнд айлдсан нь, Ай, мунхаг хүмүүс ээ, эш үзүүлэгчдийн айлдсан бүхэнд итгэхдээ зүрхээрээ хойрго хүмүүс ээ: Христ эдгээрийг зовж туулахгүйгээр Өөрийн алдарт орох ёсгүй байсан гэж үү? Тэгээд Мосегоос эхлэн бүх эш үзүүлэгчдээр дамжуулан, бүх Сударт Өөрийнх нь тухай өгүүлсэн зүйлсийг тэдэнд тайлбарлан өгөв. Тэдний явж байсан тосгонд ойртон ирэхэд Тэр цааш явах гэж байгаа мэт дүр үзүүлэв. Харин тэд Түүнийг хүчлэн тогтоож, Бидэнтэй хамт байгаач; учир нь үдэш болж, өдөр хэдийнээ өнгөрч байна гэж хэлэв. Тэгээд Тэр тэдэнтэй хамт хонохоор дотогш оров. Тэр тэдэнтэй хамт зооглон сууж байхдаа талх авч, ерөөн хуваагаад, тэдэнд өгөв. Тэгэхэд тэдний нүд нээгдэж, Түүнийг танив; харин Тэр тэдний нүднээс далд болов. Лук 24:13–16, 26–31.</w:t>
      </w:r>
    </w:p>
    <w:p>
      <w:pPr>
        <w:pStyle w:val="ArticleBody"/>
        <w:jc w:val="left"/>
      </w:pPr>
      <w:r>
        <w:rPr>
          <w:rFonts w:ascii="Times New Roman" w:hAnsi="Times New Roman" w:eastAsia="Times New Roman" w:cs="Times New Roman"/>
        </w:rPr>
        <w:t>Өөрийг нь хэн болохыг таньж мэдээгүй шавь нартай Христ тэдний нүдийг нээх хүртэл хамт саатав. Тэрээр “Мосегоос болон бүх эш үзүүлэгчдээс эхлэн, бүх Сударт Өөрийнх нь тухай өгүүлсэн зүйлсийг тэдэнд тайлбарлан өгөв.” Тэдэнд идэх “талх” өгөгдөхөд нүд нь нээгдэв. Дөчин өдрийн дараа Христ тэнгэр өөд өгсөн гарч, дөчин өдрийн сургамжийн эхэнд Эммаусын шавь нартай байхдаа үйлдсэнчлэн “тэдний нүднээс үзэгдэхгүй болов.” Дараа нь тэд Пентекостын өмнөх арван өдрийн бэлтгэлийг эхлүүлсэн бөгөөд энэ нь удахгүй ирэх Ням гаргийн хуулийг бэлгэдэн илэрхийлдэг.</w:t>
      </w:r>
    </w:p>
    <w:p>
      <w:pPr>
        <w:pStyle w:val="ArticleBody"/>
        <w:jc w:val="left"/>
      </w:pPr>
      <w:r>
        <w:rPr>
          <w:rFonts w:ascii="Times New Roman" w:hAnsi="Times New Roman" w:eastAsia="Times New Roman" w:cs="Times New Roman"/>
        </w:rPr>
        <w:t>Ням гаргийн хуулийг илэрхийлэх тэрхүү агуу газар хөдлөлтийн үед Исламын гурав дахь гай гамшиг түргэн ирдэг бөгөөд Ислам нь Исаиагийн хэлсэн “ширүүн” “зүүн салхи” мөн; энэ нь Езекиелийн амьсгал бөгөөд зуун дөчин дөрвөн мянгыг тамгалж байх хугацаанд баригдан саатуулагддаг Иоханы дөрвөн салхинаас ирдэг юм.</w:t>
      </w:r>
    </w:p>
    <w:p>
      <w:pPr>
        <w:pStyle w:val="ArticleBody"/>
        <w:jc w:val="left"/>
      </w:pPr>
      <w:r>
        <w:rPr>
          <w:rFonts w:ascii="Times New Roman" w:hAnsi="Times New Roman" w:eastAsia="Times New Roman" w:cs="Times New Roman"/>
        </w:rPr>
        <w:t>Нэг зуун дөчин дөрвөн мянгыг лацадсаны дараа дөрвөн салхи тавигдаж, “гэнэт тэнгэрээс хүчит ширүүн салхи мэт нэгэн чимээ гарч, тэдний сууж байсан гэрийг бүхэлд нь дүүргэв.” Гурав дахь гай зовлонгийн Ислам “гэнэт” бөгөөд санаандгүйгээр цохилт өгч, долоо дахь бүрээг илтгэх тэрхүү “тэнгэрээс ирэх чимээг” бий болгодог; энэ нь Бурханы нууц хэзээ гүйцэлдэн төгсөхийг тодорхойлдог. Бурханы нууц нь нэг зуун дөчин дөрвөн мянгын хувьд Бурханлаг чанар (Ариун Сүнсний асгаралт) хүн төрөлхтөнтэй байнгын байдлаар нэгдэх үед гүйцэлдэн төгсдөг бөгөөд тэр үед Эзэн Өөрийн сүмд (шавь нар цугласан гэрт) гэнэт ирж, нэг зуун дөчин дөрвөн мянгатай гэрээ байгуулан ордог.</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“Эзэн биднийг уул өөд гарч, — Түүний оршихуйд илүү шууд ойртохыг хүсэж байна. Дэлхий үүссэн цагаас хойших аль ч өмнөх үеэс илүүгээр, Христийн нэрийг нэрлэсэн хүн бүрээс бүрэн ариусган зориулалтыг шаардах хямралд бид ойртож байна.</w:t>
      </w:r>
    </w:p>
    <w:p>
      <w:pPr>
        <w:pStyle w:val="ArticleScripture"/>
        <w:jc w:val="left"/>
      </w:pPr>
      <w:r>
        <w:rPr>
          <w:rFonts w:ascii="Times New Roman" w:hAnsi="Times New Roman" w:eastAsia="Times New Roman" w:cs="Times New Roman"/>
        </w:rPr>
        <w:t>“Бидний дунд жинхэнэ бурханлаг сүсэг бишрэлийн сэргэлт бий болох нь бидний бүх хэрэгцээнүүдийн дотроос хамгийн агуу бөгөөд хамгийн яаралтай нь мөн. Бидэнд Бурханаас ирэх ариун тосолгоо, Түүний Сүнсний баптисм хэрэгтэй; учир нь энэ л ариун үнэнийг түгээн дэлгэрүүлэхэд жинхэнэ үр нөлөөтэй цорын ганц хүчин мөн. Амьгүй мэт болсон сэтгэлийн чадваруудыг тэнгэрлэг зүйлсийг үнэлэн ухаарахад амилуулж, хайр сэтгэлийг Бурхан болон үнэн рүү татдаг нь Бурханы Сүнс мөн.”</w:t>
      </w:r>
    </w:p>
    <w:p>
      <w:pPr>
        <w:pStyle w:val="ArticleScripture"/>
        <w:jc w:val="left"/>
      </w:pPr>
      <w:r>
        <w:rPr>
          <w:rFonts w:ascii="Times New Roman" w:hAnsi="Times New Roman" w:eastAsia="Times New Roman" w:cs="Times New Roman"/>
        </w:rPr>
        <w:t>“Бурханы үгийг ёсоор нь хүлээн авах нь бидний завшаан мөн. Есүс тэнгэр өөд өгсөхөөр шавь нараасаа салах гэж байхдаа, тэдэнд сайн мэдээний захиасыг бүх үндэстэн, хэлтэн, ард түмэнд хүргэх даалгавар өгсөн. Тэр тэдэнд дээрээс ирэх хүчээр хувцаслагдах хүртлээ Иерусалимд саатахыг тушаасан. Энэ нь тэдний амжилтад зайлшгүй хэрэгтэй байв. Ариун тосолгоо Бурханы зарц нарын дээр ирэх ёстой байлаа. Христийн шавь хэмээн бүрэн танигдаж, элч нартай хамт сайн мэдээг тунхаглагчдын хувьд нэгдсэн бүх хүн Иерусалимд цуглав. Тэд бүх зөрүү, санал зөрөлдөөнийг зайлуулсан. Тэд Ариун Сүнсний амлалтын биеллийг хүлээн авахын тулд залбирал, гуйлтад нэгэн санаагаар тууштай үргэлжилсэн; учир нь тэд сайн мэдээг Сүнсний илэрхийлэл болон Бурханы хүчээр тунхаглах учиртай байв. Энэ нь Христийн дагалдагчдын хувьд асар их аюултай цаг үе байлаа. Тэд чонын дунд буй хонин сүрэг адил байсан боловч, Христ үхэгсдээс амилж, Өөрийгөө тэдэнд илчилж, Өөрийн сайн мэдээг дэлхийд тунхаглахаар урагш явахад нь тэднийг чадваржуулах онцгой ерөөлийг амласан тул тэд зориг төгс байв. Тэд Түүний амлалтын биеллийг хүсэн хүлээж, онцгой халуун чин сэтгэлээр залбирч байлаа.”</w:t>
      </w:r>
    </w:p>
    <w:p>
      <w:pPr>
        <w:pStyle w:val="ArticleScripture"/>
        <w:jc w:val="left"/>
      </w:pPr>
      <w:r>
        <w:rPr>
          <w:rFonts w:ascii="Times New Roman" w:hAnsi="Times New Roman" w:eastAsia="Times New Roman" w:cs="Times New Roman"/>
        </w:rPr>
        <w:t>“Тэнгэрийн үүлэн дээр Эзэн ирэхийг тунхаглах ажилд оролцдог хүмүүсийн баримтлах ёстой замнал нь чухам энэ мөн; учир нь Бурханы агуу өдөрт бат зогсох ард түмэн бэлтгэгдэх учиртай. Христ шавь нартаа Ариун Сүнсийг хүлээн авна хэмээн амласан боловч энэ нь залбирлын хэрэгцээг үгүйсгээгүй. Харин тэд улам ч илүү чин сэтгэлээсээ залбирсан; тэд нэгэн санаагаар залбиралдаа тууштай үргэлжилсэн. Эзэний ирэлтэд зориулан ард түмнийг бэлтгэх энэхүү сүр жавхлант ажилд эдүгээ эрхлэн оролцож буй хүмүүс мөн адил залбиралдаа үргэлжлэх ёстой. Эртний шавь нар нэгэн санаатай байсан. Тэдэнд амлагдсан ерөөл хэрхэн ирэх тухайд дэвшүүлэх таамаглал, сониуч онол байсангүй. Тэд итгэл болон сүнсээрээ нэг байсан. Тэд санал нэгдсэн байв.”</w:t>
      </w:r>
    </w:p>
    <w:p>
      <w:pPr>
        <w:pStyle w:val="ArticleScripture"/>
        <w:jc w:val="left"/>
      </w:pPr>
      <w:r>
        <w:rPr>
          <w:rFonts w:ascii="Times New Roman" w:hAnsi="Times New Roman" w:eastAsia="Times New Roman" w:cs="Times New Roman"/>
        </w:rPr>
        <w:t>“Бүх эргэлзээгээ зайлуул. Айдсаа орхиж, Паулын: ‘Би Христтэй хамт цовдлогдсон; гэтэл би амьдарч байна; гэвч энэ нь би биш, харин Христ миний дотор амьдарч байна. Одоо би махан биед амьдарч буй амьдралаа намайг хайрлаж, миний төлөө Өөрийгөө өгсөн Бурханы Хүүгийн итгэлээр амьдарч байна’ хэмээн дуу алдахад нь байсан тэр туршлагыг олж ав. [Галат 2:20.] Бүхнээ Христэд даатгаж, амьдралаа Христтэй хамт Бурханд нуугдсан байлга. Тэгвэл чи сайн үйлийн төлөө хүч чадал болно. Нэг нь мянгыг хөөнө, хоёр нь арван мянгыг зугтаалгана.”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ес</dc:title>
  <dc:subject>Улс төрийн доройтол ба эш үзүүллэгийн хувь тавилан: Библийн эш үзүүллэгийн хүрээнд Ардчилсан болон Бүгд Найрамдах намуудын төгсгөл</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