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Хоёр Зуу дахь Дугаар</w:t>
      </w:r>
    </w:p>
    <w:p>
      <w:pPr>
        <w:pStyle w:val="ArticleSubtitle"/>
        <w:jc w:val="left"/>
      </w:pPr>
      <w:r>
        <w:rPr>
          <w:rFonts w:ascii="Arial" w:hAnsi="Arial" w:eastAsia="Arial" w:cs="Arial"/>
        </w:rPr>
        <w:t>Зөгнөлийн тайлал: Хоёр дахь цугларалт ба түүний Адвентист эсхатологи дахь ач холбогдол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Бид эш үзүүлэгч Исаиагаар, мөн түүнээс хойш Систер Уайтаар тодорхойлогдсон хоёр дахь цугларалтаар төлөөлүүлэн үзүүлсэн эш үзүүллэгийн үеийг авч үзэж байна.</w:t>
      </w:r>
    </w:p>
    <w:p>
      <w:pPr>
        <w:pStyle w:val="ArticleScripture"/>
        <w:jc w:val="left"/>
      </w:pPr>
      <w:r>
        <w:rPr>
          <w:rFonts w:ascii="Times New Roman" w:hAnsi="Times New Roman" w:eastAsia="Times New Roman" w:cs="Times New Roman"/>
        </w:rPr>
        <w:t>Тэр өдөр Иессийн үндэс гарч ирж, ард түмнүүдэд туг тэмдэг болон зогсоно; үндэстнүүд түүн уруу эрэлхийлэн ирэх бөгөөд түүний амралт алдар суутай байх болно. Тэр өдөр Эзэн Өөрийн ард түмний үлдэгдлийг, Ассириас, Египетээс, Патросоос, Кушаас, Еламаас, Шинараас, Хаматаас, мөн тэнгисийн арлуудаас үлдэн хоцорсныг эргүүлэн авахын тулд гараа хоёр дахь удаагаа сунгах болно. Тэрээр үндэстнүүдийн төлөө туг өргөж, Израилийн хөөгдөгсдийг цуглуулан, Иудагийн тараагдагсдыг газрын дөрвөн булангаас нэгтгэнэ. Ефраимын атаархал ч мөн арилж, Иудагийн дайснууд таслагдана; Ефраим Иудад атаархахгүй, Иуда ч Ефраимыг зовоохгүй. Исаиа 11:10–13.</w:t>
      </w:r>
    </w:p>
    <w:p>
      <w:pPr>
        <w:pStyle w:val="ArticleBody"/>
        <w:jc w:val="left"/>
      </w:pPr>
      <w:r>
        <w:rPr>
          <w:rFonts w:ascii="Times New Roman" w:hAnsi="Times New Roman" w:eastAsia="Times New Roman" w:cs="Times New Roman"/>
        </w:rPr>
        <w:t>Бурханы эцсийн өдрүүдийн ард түмэн хоёр дахь удаагаа цуглуулагдах үед, Пентекостын өмнөх арван өдрөөр дүрслэгдсэн тийм нэгдэл тэдгээр шавь нарын дунд бий болдог бөгөөд Исаиа үүнийг, “Ефраимын атаархал ч мөн арилж, Иудагийн дайснууд таслагдана: Ефраим Иудад атаархахгүй, Иуда ч Ефраимыг зовоохгүй” хэмээн өгүүлсэн цаг үе хэмээн дурдсан байдаг.</w:t>
      </w:r>
    </w:p>
    <w:p>
      <w:pPr>
        <w:pStyle w:val="ArticleScripture"/>
        <w:jc w:val="left"/>
      </w:pPr>
      <w:r>
        <w:rPr>
          <w:rFonts w:ascii="Times New Roman" w:hAnsi="Times New Roman" w:eastAsia="Times New Roman" w:cs="Times New Roman"/>
        </w:rPr>
        <w:t>“Шалгалтууд Бурханы ард түмэн дээр ирэх бөгөөд хогийн өвс нь буудайгаас тусгаарлагдах ёстой. Харин Ефраим цаашид Иудад атаархахгүй байг, мөн Иуда ч Ефраимыг дахин зовоохгүй болно. Ариусгагдсан зүрх, уруулаас энэрэнгүй, зөөлөн, нигүүлсэнгүй үгс урсан гарна. Бид нэгдмэл байх нь зайлшгүй чухал бөгөөд хэрэв бид бүгд Христийн дөлгөөн, даруу байдлыг эрэлхийлбэл, Христийн оюун санаатай болж, сүнсний нэгдэл бий болно.” Review and Herald, 1895 оны 3 дугаар сарын 19.</w:t>
      </w:r>
    </w:p>
    <w:p>
      <w:pPr>
        <w:pStyle w:val="ArticleBody"/>
        <w:jc w:val="left"/>
      </w:pPr>
      <w:r>
        <w:rPr>
          <w:rFonts w:ascii="Times New Roman" w:hAnsi="Times New Roman" w:eastAsia="Times New Roman" w:cs="Times New Roman"/>
        </w:rPr>
        <w:t>Нэг зуун дөчин дөрвөн мянгыг Тэрээр хоёр дахь удаагаа цуглуулахдаа Христийн гүйцэлдүүлдэг ажлын нэг бүрэлдэхүүн нь нэгдэл юм. Тэрхүү нэгдлийг Пентекостын өмнөх арван өдөр, мөн Экзетерийн хуарангийн цуглааны зургаан өдөр бэлгэдэн төлөөлсөн бөгөөд 1844 оны 10 дугаар сарын 22-ны агуу урам хугаралтыг туулсан хүмүүс замаа алдчихаагүйсэн бол энэ нь 1856 оноос 1863 он хүртэл хэрэгжиж болох байсан.</w:t>
      </w:r>
    </w:p>
    <w:p>
      <w:pPr>
        <w:pStyle w:val="ArticleScripture"/>
        <w:jc w:val="left"/>
      </w:pPr>
      <w:r>
        <w:rPr>
          <w:rFonts w:ascii="Times New Roman" w:hAnsi="Times New Roman" w:eastAsia="Times New Roman" w:cs="Times New Roman"/>
        </w:rPr>
        <w:t>“Харин урам хугарлын дараа үргэлжилсэн эргэлзээ ба тодорхойгүй байдлын үед адвентийн олон итгэгчид итгэлээсээ няцсан юм. Үл ойлголцол, хуваагдал гарч ирсэн.... Ийнхүү ажил саатуулагдаж, дэлхий харанхуйд үлдсэн. Хэрэв адвентист бүх бие Бурханы тушаалууд болон Есүсийн итгэл дээр нэгдсэнсэн бол, бидний түүх ямар их өөр байх байсан бол!”</w:t>
      </w:r>
    </w:p>
    <w:p>
      <w:pPr>
        <w:pStyle w:val="ArticleScripture"/>
        <w:jc w:val="left"/>
      </w:pPr>
      <w:r>
        <w:rPr>
          <w:rFonts w:ascii="Times New Roman" w:hAnsi="Times New Roman" w:eastAsia="Times New Roman" w:cs="Times New Roman"/>
        </w:rPr>
        <w:t>“Христийн ирэлт ийнхүү хойшлогдох нь Бурханы хүсэл биш байсан. Бурхан Өөрийн ард түмэн болох Израилийг цөлд дөчин жил тэнүүчлүүлэхээр тогтоогоогүй. Тэрээр тэднийг Канааны нутагт шууд хүргэж, тэнд нь ариун, эрүүл, жаргалтай ард түмэн болгон тогтоохоо амласан. Гэвч анх үүнийг сонссон хүмүүс ‘үл итгэлийн улмаас’ (Еврей 3:19) орсонгүй. Тэдний зүрх гомдол, тэрслэл, үзэн ядалтаар дүүрсэн байсан тул Тэрээр Өөрийн гэрээг тэдэнтэй биелүүлж чадсангүй.”</w:t>
      </w:r>
    </w:p>
    <w:p>
      <w:pPr>
        <w:pStyle w:val="ArticleScripture"/>
        <w:jc w:val="left"/>
      </w:pPr>
      <w:r>
        <w:rPr>
          <w:rFonts w:ascii="Times New Roman" w:hAnsi="Times New Roman" w:eastAsia="Times New Roman" w:cs="Times New Roman"/>
        </w:rPr>
        <w:t>“Дөчин жилийн турш үл итгэл, гомдоллон бувтнах, бослого үймээн нь эртний Израилийг Канаан нутагт орохоос хаасан. Тэрхүү адил нүглүүд өнөөгийн Израилийн тэнгэрлэг Канаанд орохыг саатуулсаар ирсэн. Аль ч тохиолдолд Бурханы амлалтууд буруутай байгаагүй. Эзэний ард түмэн хэмээн өөрсдийгөө тунхаглагчдын дундах үл итгэл, ертөнцлөг байдал, ариусгалгүй байдал, зөрчил тэмцэл нь биднийг нүгэл, уй гашуугийн энэ ертөнцөд өдий олон жил саатуулсан юм.” Selected Messages, book 1, 68, 69.</w:t>
      </w:r>
    </w:p>
    <w:p>
      <w:pPr>
        <w:pStyle w:val="ArticleBody"/>
        <w:jc w:val="left"/>
      </w:pPr>
      <w:r>
        <w:rPr>
          <w:rFonts w:ascii="Times New Roman" w:hAnsi="Times New Roman" w:eastAsia="Times New Roman" w:cs="Times New Roman"/>
        </w:rPr>
        <w:t>Хоёр дахь тэнгэрэлчийн бууж ирэлт нь анхны урам хугарал дээр тархалт бий болсныг илчилсэн бөгөөд тэр нь саатлын цагийг эхлүүлсэн юм. Дараа нь энэ нь Экзетерийн хуарангийн цуглаан дахь зургаан өдрийн хугацаанд хүргэж, уг цуглааны төгсгөлд Өглөө дундын Хашхирааны мэдээнд Ариун Сүнс асгаруулагдахаас өмнө тэрхүү мэдээний талаар нэгдэл биелэгдсэн юм.</w:t>
      </w:r>
    </w:p>
    <w:p>
      <w:pPr>
        <w:pStyle w:val="ArticleBody"/>
        <w:jc w:val="left"/>
      </w:pPr>
      <w:r>
        <w:rPr>
          <w:rFonts w:ascii="Times New Roman" w:hAnsi="Times New Roman" w:eastAsia="Times New Roman" w:cs="Times New Roman"/>
        </w:rPr>
        <w:t>1844 оны 10 дугаар сарын 22-нд гурав дахь тэнгэрэлч бууж ирсэн нь Агуу урам хугаралтын үед сарнилтыг илчилж, мөн Ариунуудын Ариун Газартай холбоотой үнэнүүд Бурханы ард түмэнд нээгдсэнээр сургамжийн нэгэн үеийг эхлүүлэв. 1849 он гэхэд Эзэн Өөрийн ард түмнийг хоёр дахь удаагаа хамтатган цуглуулахын тулд мутраа сунгаж байсан бөгөөд 1851 он гэхэд 1850 оны хүснэгтийг толилуулж байв. Тэрхүү хүснэгт нь суурь мэдээг, өөрөөр хэлбэл дэлхийн өмнө туг тэмдэг болгон өргөмжлөх ёстой байсан яг тэрхүү мэдээг төлөөлж байлаа.</w:t>
      </w:r>
    </w:p>
    <w:p>
      <w:pPr>
        <w:pStyle w:val="ArticleBody"/>
        <w:jc w:val="left"/>
      </w:pPr>
      <w:r>
        <w:rPr>
          <w:rFonts w:ascii="Times New Roman" w:hAnsi="Times New Roman" w:eastAsia="Times New Roman" w:cs="Times New Roman"/>
        </w:rPr>
        <w:t>Христийн шавь нарыг хоёр дахь удаагаа цуглуулах үйл хэрэг Түүний бууж ирэх үед даруй эхэлсэн бөгөөд Эксетер дэх хүмүүсийн цугларалт нь саатлын цагийн хугацаанд эхэлсэн. 1863 оны эсэргүүцлийн түүхэнд, 1844 онд ариун газрын гэрэл нээгдэж эхэлсэн боловсролын үйл явцын наад зах нь тав дахь жилд хоёр дахь удаагийн цугларалт эхэлсэн юм. 1848 онд Ислам тэр үед үндэстнүүдийг уурлуулж байв. Хоёр дахь цугларалт нь Пентекостын өмнөх арван өдрийн ирэлтээр, мөн Эксетерийн хуарангийн цуглааны зургаан өдрөөр биелэгддэг ахицтай ажил хэмээн дүрслэгдсэн бөгөөд 1856 он гэхэд дууссан байх ёстой байсан.</w:t>
      </w:r>
    </w:p>
    <w:p>
      <w:pPr>
        <w:pStyle w:val="ArticleBody"/>
        <w:jc w:val="left"/>
      </w:pPr>
      <w:r>
        <w:rPr>
          <w:rFonts w:ascii="Times New Roman" w:hAnsi="Times New Roman" w:eastAsia="Times New Roman" w:cs="Times New Roman"/>
        </w:rPr>
        <w:t>Өөрийн ард түмнийг хоёр дахь удаагаа цуглуулах ажил нь гурав дахь тэнгэрэлчийн төгсгөлийн ажил бөгөөд энэ нь Христийн мутраар гүйцэтгэгддэг.</w:t>
      </w:r>
    </w:p>
    <w:p>
      <w:pPr>
        <w:pStyle w:val="ArticleScripture"/>
        <w:jc w:val="left"/>
      </w:pPr>
      <w:r>
        <w:rPr>
          <w:rFonts w:ascii="Times New Roman" w:hAnsi="Times New Roman" w:eastAsia="Times New Roman" w:cs="Times New Roman"/>
        </w:rPr>
        <w:t>Амралтын өдөр болоход Тэр синагогт сургаж эхлэв. Түүнийг сонссон олон хүн гайхан, “Энэ хүн эдгээрийг хаанаас авсан юм бэ? Түүнд өгөгдсөн энэ ямар мэргэн ухаан бэ, Түүний гараар ийм хүчирхэг үйлс хүртэл үйлдэгдэж байна вэ?” хэмээн хэлэв. Марк 6:2.</w:t>
      </w:r>
    </w:p>
    <w:p>
      <w:pPr>
        <w:pStyle w:val="ArticleBody"/>
        <w:jc w:val="left"/>
      </w:pPr>
      <w:r>
        <w:rPr>
          <w:rFonts w:ascii="Times New Roman" w:hAnsi="Times New Roman" w:eastAsia="Times New Roman" w:cs="Times New Roman"/>
        </w:rPr>
        <w:t>Тэнгэрлэг бэлгэ тэмдэг буухад тохиолдох тараалт нь эцэстээ мөргөгчдийн хоёр ангийг илэрхий болгодог сорилтын үйл явцыг эхлүүлж, ингэснээр сүмийг цэвэршүүлдэг.</w:t>
      </w:r>
    </w:p>
    <w:p>
      <w:pPr>
        <w:pStyle w:val="ArticleScripture"/>
        <w:jc w:val="left"/>
      </w:pPr>
      <w:r>
        <w:rPr>
          <w:rFonts w:ascii="Times New Roman" w:hAnsi="Times New Roman" w:eastAsia="Times New Roman" w:cs="Times New Roman"/>
        </w:rPr>
        <w:t>Тэр Өөрийнхөө шигшүүрийг гартаа барьж, үтрэмээ бүрэн цэвэрлэн, буудайгаа амбаартаа хураах болно; харин хальсыг нь унтаршгүй галаар шатаана. Матай 3:12.</w:t>
      </w:r>
    </w:p>
    <w:p>
      <w:pPr>
        <w:pStyle w:val="ArticleBody"/>
        <w:jc w:val="left"/>
      </w:pPr>
      <w:r>
        <w:rPr>
          <w:rFonts w:ascii="Times New Roman" w:hAnsi="Times New Roman" w:eastAsia="Times New Roman" w:cs="Times New Roman"/>
        </w:rPr>
        <w:t>Тэр үед Бурханы ард түмэн тэнгэрэлчийн гараас тэр мэдээг авч, идэх ёстой.</w:t>
      </w:r>
    </w:p>
    <w:p>
      <w:pPr>
        <w:pStyle w:val="ArticleScripture"/>
        <w:jc w:val="left"/>
      </w:pPr>
      <w:r>
        <w:rPr>
          <w:rFonts w:ascii="Times New Roman" w:hAnsi="Times New Roman" w:eastAsia="Times New Roman" w:cs="Times New Roman"/>
        </w:rPr>
        <w:t>Тэгээд би тэнгэрээс бууж ирэх өөр нэгэн хүчирхэг тэнгэрэлчийг харлаа. Тэр үүлээр хувцаслаж, толгой дээр нь солонго байж, нүүр нь нар мэт, хөл нь галан баганууд мэт байв. Түүний гарт нээгдсэн нэгэн бяцхан ном байсан. Тэр баруун хөлөө тэнгис дээр, зүүн хөлөө газар дээр тавив. Илчлэлт 10:1, 2.</w:t>
      </w:r>
    </w:p>
    <w:p>
      <w:pPr>
        <w:pStyle w:val="ArticleBody"/>
        <w:jc w:val="left"/>
      </w:pPr>
      <w:r>
        <w:rPr>
          <w:rFonts w:ascii="Times New Roman" w:hAnsi="Times New Roman" w:eastAsia="Times New Roman" w:cs="Times New Roman"/>
        </w:rPr>
        <w:t>1844 оны 4 дүгээр сарын 19-нд хоёр дахь тэнгэрэлч ирэх үед Бурханы ард түмэн тархан бутарсан байв. Тэд Илчлэл номын 9-р бүлгийн 15-р ишлэлийн эш үзүүллэг 1840 оны 8 дугаар сарын 11-нд биелснээр анх цугларсан боловч Эзэн зурагт самбар дээрх зарим тоонуудын тооцооллын алдааг Өөрийн мутраар халхлан барьж байсан юм.</w:t>
      </w:r>
    </w:p>
    <w:p>
      <w:pPr>
        <w:pStyle w:val="ArticleScripture"/>
        <w:jc w:val="left"/>
      </w:pPr>
      <w:r>
        <w:rPr>
          <w:rFonts w:ascii="Times New Roman" w:hAnsi="Times New Roman" w:eastAsia="Times New Roman" w:cs="Times New Roman"/>
        </w:rPr>
        <w:t>“1843 оны хүснэгт Эзэний мутрын удирдлагаар бүтээгдсэнийг, мөн түүнийг өөрчилж болохгүйг би харсан; тоо баримтууд нь Түүний хүссэнээр байсан; Түүний мутар тэдгээрийн зарим тоонд буй нэгэн алдааг халхлан нууж байсан тул, Түүний мутар зайлуулагдах хүртэл хэн ч түүнийг харж чадахгүй байсан.” Early Writings, 74.</w:t>
      </w:r>
    </w:p>
    <w:p>
      <w:pPr>
        <w:pStyle w:val="ArticleBody"/>
        <w:jc w:val="left"/>
      </w:pPr>
      <w:r>
        <w:rPr>
          <w:rFonts w:ascii="Times New Roman" w:hAnsi="Times New Roman" w:eastAsia="Times New Roman" w:cs="Times New Roman"/>
        </w:rPr>
        <w:t>Түүний мутар татагдан авснаар Самуел Сноу саатсан үзэгдлийн зөв огноог тогтоох боломжтой болсон.</w:t>
      </w:r>
    </w:p>
    <w:p>
      <w:pPr>
        <w:pStyle w:val="ArticleScripture"/>
        <w:jc w:val="left"/>
      </w:pPr>
      <w:r>
        <w:rPr>
          <w:rFonts w:ascii="Times New Roman" w:hAnsi="Times New Roman" w:eastAsia="Times New Roman" w:cs="Times New Roman"/>
        </w:rPr>
        <w:t>“Эзэн нь яагаад ирээгүйг ойлгож чадаагүй тэр үнэнч, урам нь хугарсан хүмүүс харанхуйд орхигдоогүй. Тэд эш үзүүллэгийн хугацаануудыг шинжлэн судлахын тулд Библи рүүгээ дахин хөтлөгдсөн. Эзэний мутар тоонууд дээрээс авагдаж, алдаа нь тайлбарлагдав. Тэд эш үзүүллэгийн хугацаанууд 1844 он хүртэл хүрч байгааг харсан бөгөөд эш үзүүллэгийн хугацаанууд 1843 онд дууссан гэдгийг нотлохоор тэдний гаргаж тавьсан тэрхүү адил нотолгоо нь, үнэндээ, тэдгээр нь 1844 онд төгсөхийг баталж байгааг ойлгов.” Early Writings, 237.</w:t>
      </w:r>
    </w:p>
    <w:p>
      <w:pPr>
        <w:pStyle w:val="ArticleBody"/>
        <w:jc w:val="left"/>
      </w:pPr>
      <w:r>
        <w:rPr>
          <w:rFonts w:ascii="Times New Roman" w:hAnsi="Times New Roman" w:eastAsia="Times New Roman" w:cs="Times New Roman"/>
        </w:rPr>
        <w:t>Эхний ба хоёр дахь тэнгэрэлчийн түүхэнд Христийн гартай холбоотой тэмдэгт үйл явдлуудын нэгэн мөр байдаг. Тэрээр 1840 оны 8 дугаар сарын 11-нд болон 1844 оны 4 дүгээр сарын 19-нд бууж ирэхдээ гартаа нэгэн мэдээтэй байсан. 1842 оны 5 дугаар сард 1843 оны зурагт хуудсыг бэлтгэн гаргаж, хэвлүүлэх ажлыг чиглүүлсэн нь Түүний гар байсан. Зурагт хуудасны тоон дээрх нэгэн алдааг битүүмжилсэн нь мөн Түүний гар байсан. Анхны тэр урам хугарал тархан өнгөрсний дараа Иеремиа Христийн гараас болж ганцаараа суусан. Дараа нь Тэр Өөрийн гараа татсан бөгөөд ингэснээр Шөнө дундын хашхирааны мэдээний битүүмжийг тайлсан. Өөрийн ард түмнийг хоёр дахь удаагаа цуглуулахын тулд гараа сунгасан үйлдэл нь анхны урам хугарлаас эхлэн Эксетерийн хээрийн цуглаан хүртэл үргэлжилсэн бөгөөд энэ нь Ариун Сүнсний асгаралтаас өмнөх арван хоногийн турш Иерусалимд шавь нар эцэст нь хамтдаа цугларсантай адил байв. 1844 оны 10 дугаар сарын 22-нд гурав дахь тэнгэрэлч ирэхэд Эзэн Өөрийн гараа өргөсөн.</w:t>
      </w:r>
    </w:p>
    <w:p>
      <w:pPr>
        <w:pStyle w:val="ArticleScripture"/>
        <w:jc w:val="left"/>
      </w:pPr>
      <w:r>
        <w:rPr>
          <w:rFonts w:ascii="Times New Roman" w:hAnsi="Times New Roman" w:eastAsia="Times New Roman" w:cs="Times New Roman"/>
        </w:rPr>
        <w:t>Тэгээд миний далай дээр болон газар дээр зогсож байхыг харсан тэнгэрэлч тэнгэр өөд гараа өргөж, тэнгэрийг болон түүн доторх юмсыг, газрыг болон түүн доторх юмсыг, далайг болон түүн доторх юмсыг бүтээсэн, үүрд мөнхөд амьдрагч Түүгээр тангараглан, цаашид хугацаа байхгүй болно гэж айлдав. Илчлэлт 10:5, 6.</w:t>
      </w:r>
    </w:p>
    <w:p>
      <w:pPr>
        <w:pStyle w:val="ArticleBody"/>
        <w:jc w:val="left"/>
      </w:pPr>
      <w:r>
        <w:rPr>
          <w:rFonts w:ascii="Times New Roman" w:hAnsi="Times New Roman" w:eastAsia="Times New Roman" w:cs="Times New Roman"/>
        </w:rPr>
        <w:t>1840 оны 8 дугаар сарын 11-ний анхны цуглаанаас 1844 оны 10 дугаар сарын 22 хүртэлх хугацаанд эхний болон хоёр дахь тэнгэрэлчийн түүх Христийн мутрын тэмдгээр тодорхойлогдсон юм. 1844 оны 10 дугаар сарын 22-нд гурав дахь тэнгэрэлч бууж ирж, Миллеритүүдийн өчүүхэн сүрэг Их Урам Хугарлаар сарнин таржээ. Тэр өдөр Христ мутраа тэнгэр өөд өргөн, цаг хугацаа цаашид үл байх болно хэмээн тангараглав.</w:t>
      </w:r>
    </w:p>
    <w:p>
      <w:pPr>
        <w:pStyle w:val="ArticleBody"/>
        <w:jc w:val="left"/>
      </w:pPr>
      <w:r>
        <w:rPr>
          <w:rFonts w:ascii="Times New Roman" w:hAnsi="Times New Roman" w:eastAsia="Times New Roman" w:cs="Times New Roman"/>
        </w:rPr>
        <w:t>1844 оноос 1863 он хүртэлх түүхэн дэх хоёр дахь цугларалт нь Христ мутраа өргөснөөр эхэлсэн бөгөөд Тэрээр мөн мутартаа идэгдэх ёстой нэгэн мэдээг барьж байсан юм. Дараа нь 1849 онд Тэрээр тараагдсан Өөрийн ардаа цуглуулахын тулд мутраа хоёр дахь удаагаа сунгасан. Тэр хүмүүс Шөнө дундын Хашхирааны мэдээгээр цугларсан байсан бөгөөд зөгнөгдсөн үйл явдал биелээгүй үед тараагдсан юм. Экзетерийн майхан цуглаанд Христ Өөрийн сүргийг цуглуулж, мэдээн дээр нэгтгэсэн нь Пентекостын өмнөх арван хоногт Түүний үйлдсэнтэй адил байв. Филадельфийн Миллерчүүд Экзетерийн майхан цуглаанаас гарч, Пентекостыг давтан үйлдсэн. 1856 онд Христ Лаодикеад шилжсэн хөдөлгөөний гадна талд байсан, учир нь Христ Лаодике хүний зүрхний гадна зогсоод тогшиж, дотогш орохыг эрмэлздэг билээ.</w:t>
      </w:r>
    </w:p>
    <w:p>
      <w:pPr>
        <w:pStyle w:val="ArticleScripture"/>
        <w:jc w:val="left"/>
      </w:pPr>
      <w:r>
        <w:rPr>
          <w:rFonts w:ascii="Times New Roman" w:hAnsi="Times New Roman" w:eastAsia="Times New Roman" w:cs="Times New Roman"/>
        </w:rPr>
        <w:t>Харагтун, Би үүдэнд зогсоод тогшиж байна. Хэрэв хэн нэгэн Миний дууг сонсоод үүдээ нээвэл, Би түүн уруу орж, түүнтэй хамт зоог барина; мөн тэр надтай хамт зоог барих болно. Илчлэл 3:20.</w:t>
      </w:r>
    </w:p>
    <w:p>
      <w:pPr>
        <w:pStyle w:val="ArticleBody"/>
        <w:jc w:val="left"/>
      </w:pPr>
      <w:r>
        <w:rPr>
          <w:rFonts w:ascii="Times New Roman" w:hAnsi="Times New Roman" w:eastAsia="Times New Roman" w:cs="Times New Roman"/>
        </w:rPr>
        <w:t>1856 онд Христийн гар Лаодикийн Миллерит хөдөлгөөний үүдийг тогшиж байсан боловч үр дүн гарсангүй. Үүнээс долоон жилийн өмнө, 1849 онд, Тэр Өөрийн ард түмнийг хоёр дахь удаагаа цуглуулж эхэлсэн боловч эргэлзээ ба тодорхойгүй байдал Филадельфийн хөдөлгөөнийг зогсоосон юм.</w:t>
      </w:r>
    </w:p>
    <w:p>
      <w:pPr>
        <w:pStyle w:val="ArticleScripture"/>
        <w:jc w:val="left"/>
      </w:pPr>
      <w:r>
        <w:rPr>
          <w:rFonts w:ascii="Times New Roman" w:hAnsi="Times New Roman" w:eastAsia="Times New Roman" w:cs="Times New Roman"/>
        </w:rPr>
        <w:t>“1844 оны агуу урам хугаралтын дараа Адвентистууд итгэлдээ бат зогсож, Бурханы нээгдэж буй удирдамжийг нэгдмэлээр даган, гурав дахь тэнгэрэлчийн мэдээг хүлээн авч, Ариун Сүнсний хүчээр түүнийг дэлхийд тунхагласан бол тэд Бурханы авралыг үзэх байсан; Эзэн тэдний хүчин чармайлтад хүчирхэгээр үйлдэх байсан; ажил дуусах байсан; мөн Христ Өөрийн ард түмнийг шагналд нь хүлээн авахаар өдийд аль хэдийн ирсэн байх байсан. Харин урам хугаралтын дараа үргэлжилсэн эргэлзээ ба тодорхойгүй байдлын үед адвент итгэгчдийн олонх нь итгэлээ алдсан юм.... Ийнхүү ажил саатуулагдаж, дэлхий харанхуйд үлдсэн. Хэрэв Адвентист бүх бие Бурханы тушаалууд болон Есүсийн итгэл дээр нэгдсэнсэн бол бидний түүх хэчнээн өөр байх байсан билээ!” Evangelism, 695.</w:t>
      </w:r>
    </w:p>
    <w:p>
      <w:pPr>
        <w:pStyle w:val="ArticleBody"/>
        <w:jc w:val="left"/>
      </w:pPr>
      <w:r>
        <w:rPr>
          <w:rFonts w:ascii="Times New Roman" w:hAnsi="Times New Roman" w:eastAsia="Times New Roman" w:cs="Times New Roman"/>
        </w:rPr>
        <w:t>2001 оны 9 дүгээр сарын 11-нд Христ Өөрийн эцсийн өдрүүдийн ард түмнийг цуглуулсан бөгөөд тэд дараа нь 2020 оны 7 дугаар сарын 18-нд тараагдсан. 2001 оны 9 дүгээр сарын 11-нд цуглуулагдсан хүмүүс Христийн гараас нууцлагдсан номыг авч идсэн. 2020 оны 7 дугаар сарын 18-нд тэд Түүний өргөгдсөн гараар төлөөлөгдсөн тушаалыг, өөрөөр хэлбэл “хугацаа цаашид байхгүй болно” гэдгийг илтгэсэн тушаалыг, няцаасан.</w:t>
      </w:r>
    </w:p>
    <w:p>
      <w:pPr>
        <w:pStyle w:val="ArticleBody"/>
        <w:jc w:val="left"/>
      </w:pPr>
      <w:r>
        <w:rPr>
          <w:rFonts w:ascii="Times New Roman" w:hAnsi="Times New Roman" w:eastAsia="Times New Roman" w:cs="Times New Roman"/>
        </w:rPr>
        <w:t>Филадельфийн Миллерчүүд 1843 оны өөрсдийн ташаа зөгнөлдөө ямар ч тэрслэл илэрхийлээгүй, учир нь тэд Эзэний илчилсэн бүх гэрлийн дагуу үйлдсэн юм. Харин 2020 оны 7 дугаар сарын 18-нд гурав дахь тэнгэрэлчийн хөдөлгөөний Лаодикейчууд Түүний гартай холбоотой гэрлийн эсрэг тэрсэлсэн. 1844 оноос хойш эхний тэнгэрэлчийн Филадельфийн хөдөлгөөн “эргэлзээ ба тодорхойгүй байдлын үед” “итгэлээ буулгаж,” Лаодикейчууд болсон.</w:t>
      </w:r>
    </w:p>
    <w:p>
      <w:pPr>
        <w:pStyle w:val="ArticleBody"/>
        <w:jc w:val="left"/>
      </w:pPr>
      <w:r>
        <w:rPr>
          <w:rFonts w:ascii="Times New Roman" w:hAnsi="Times New Roman" w:eastAsia="Times New Roman" w:cs="Times New Roman"/>
        </w:rPr>
        <w:t>1856 он нь шилжилтийн тэр цэгийг илэрхийлдэг бөгөөд энэ нь эцсийн өдрүүдийн Бурханы ард түмний хувьд нэгэн шилжилтийн цэгийг бэлгэддэг.</w:t>
      </w:r>
    </w:p>
    <w:p>
      <w:pPr>
        <w:pStyle w:val="ArticleBody"/>
        <w:jc w:val="left"/>
      </w:pPr>
      <w:r>
        <w:rPr>
          <w:rFonts w:ascii="Times New Roman" w:hAnsi="Times New Roman" w:eastAsia="Times New Roman" w:cs="Times New Roman"/>
        </w:rPr>
        <w:t>1849-өөс 1856 оны хоорондох долоон жилийн аль нэгэн үед Филаделфийн Миллерит хөдөлгөөн Өөрийн ард түмнийг хоёр дахь удаагаа цуглуулахаар сунгаж байсан Эзэний мутрыг эсэргүүцсэн бөгөөд Тэрээр өнгөрсөнд үйлдсэнээсээ тэр үед илүү ихийг үйлдэнэ гэсэн амлалт байсан юм.</w:t>
      </w:r>
    </w:p>
    <w:p>
      <w:pPr>
        <w:pStyle w:val="ArticleScripture"/>
        <w:jc w:val="left"/>
      </w:pPr>
      <w:r>
        <w:rPr>
          <w:rFonts w:ascii="Times New Roman" w:hAnsi="Times New Roman" w:eastAsia="Times New Roman" w:cs="Times New Roman"/>
        </w:rPr>
        <w:t>“9 дүгээр сарын 23-нд Эзэн надад Өөрийн ард түмний үлдэгдлийг эргүүлэн авахын тулд Тэрээр мутраа хоёр дахь удаагаа сунгасныг, мөн энэ цуглуулах цаг үед хүчин чармайлтыг хоёр дахин нэмэгдүүлэх ёстойг үзүүлсэн. Тараагдах цаг үед Израиль цохигдон урагдсан; харин эдүгээ цуглуулах цаг үед Бурхан Өөрийн ард түмнийг эдгээж, шархыг нь бооно. Тараагдах үед үнэнийг түгээхээр гаргасан хүчин чармайлт тун бага нөлөөтэй байж, маш бага юм, эсвэл огт юу ч бүтээдэггүй байсан; харин Бурхан Өөрийн ард түмнийг цуглуулахаар мутраа тавьсан энэ цуглуулах цаг үед үнэнийг түгээх хүчин чармайлт нь зориулагдсан үр нөлөөгөө үзүүлэх болно. Бүгд энэ ажилд нэгдмэл байж, хичээл зүтгэлтэй байх ёстой. Эдүгээ цуглуулах үед биднийг удирдах жишээ болгон хэн нэгэн тараагдах үеийг иш татах нь ичгүүртэй хэрэг болохыг би харсан; учир нь хэрэв Бурхан тэр үед хийснээсээ илүүг одоо бидний төлөө хийхгүй бол Израиль хэзээ ч цуглагдахгүй. Үнэнийг номлодог шигээ хэвлэлээр нийтлэн түгээх нь ч мөн адил зайлшгүй шаардлагатай юм.” Review and Herald, 1850 оны 11 дүгээр сарын 1.</w:t>
      </w:r>
    </w:p>
    <w:p>
      <w:pPr>
        <w:pStyle w:val="ArticleBody"/>
        <w:jc w:val="left"/>
      </w:pPr>
      <w:r>
        <w:rPr>
          <w:rFonts w:ascii="Times New Roman" w:hAnsi="Times New Roman" w:eastAsia="Times New Roman" w:cs="Times New Roman"/>
        </w:rPr>
        <w:t>Илэрхий нь, Эзэн Өөрийн ажлыг эв нэгдэл дотор урагшлуулахыг оролдсон; гэвч тэр эв нэгдэл нь илтэд сарнин нурсан бөгөөд, “урам хугарлын дараа дагалдсан эргэлзээ ба тодорхойгүй байдлын үед, адвентийн итгэгчдийн олноос олон нь итгэлээ орхисон.” The Present Truth (хожим Review and Herald) 1849 онд хэвлэгдэж эхэлсэн бөгөөд 1851 он гэхэд 1850 оны зураглал бэлэн болсон байв; харин 1856 он гэхэд Левит хорин зургаагийн “долоон цаг үе”-ийн мэдээ дуусаагүй орхигдсон байлаа. 1844 оны 10 дугаар сарын 22-нд тайлагдсан тэрхүү мэдээ нь хоёр мянга гурван зуун жилийн болон хоёр мянга таван зуун хорин жилийн цаг хугацааны зөгнөлүүд төгсөх үед тохиосон юм.</w:t>
      </w:r>
    </w:p>
    <w:p>
      <w:pPr>
        <w:pStyle w:val="ArticleBody"/>
        <w:jc w:val="left"/>
      </w:pPr>
      <w:r>
        <w:rPr>
          <w:rFonts w:ascii="Times New Roman" w:hAnsi="Times New Roman" w:eastAsia="Times New Roman" w:cs="Times New Roman"/>
        </w:rPr>
        <w:t>Амралтын өдөр нь тэр үед бусад сургаалуудын дээр гэрэлтэн тодорч байсан сургаал байсан бөгөөд арван хоёр жилийн турш шалгалтын үйл явц урагшлан явсаар 1856 онд эцсийн сорилт ирэв. Тэр сорилт нь газрын амралтын Амралтын өдрийн тухай байсан бөгөөд энэ нь хүний Амралтын өдрөөс эхэлсэн шалгалтын үйл явцын төгсгөлийг тэмдэглэсэн юм. Шалгалтын хугацаа нь Альфа ба Омегийн тамгыг агуулж байв. 1856 он мөн Миллерийн нээн илрүүлсэн анхны суурь үнэн дээрх мэдлэгийн өсөлтийг илэрхийлж байсан тул тэр түвшинд ч бас Альфа ба Омегийн тамгыг агуулж байлаа. Амралтын өдрийн үнэн нь Бурханы ариусгагдсан ард түмний тэмдэг болохын хувьд, итгэгч доторх Христийн нууц буюу алдрын найдвар биелэлдээ хүрэх үед долоо дахь бүрээ дуугарах явдлаар дүрслэгдсэн. “Долоон үе” нь Эвлэрүүллийн өдөр дуугаргах ёстой байсан Ойн баярын бүрээгээр дүрслэгдсэн юм.</w:t>
      </w:r>
    </w:p>
    <w:p>
      <w:pPr>
        <w:pStyle w:val="ArticleBody"/>
        <w:jc w:val="left"/>
      </w:pPr>
      <w:r>
        <w:rPr>
          <w:rFonts w:ascii="Times New Roman" w:hAnsi="Times New Roman" w:eastAsia="Times New Roman" w:cs="Times New Roman"/>
        </w:rPr>
        <w:t>1856 оноос 1863 он хүртэлх долоон жил нь шавь нарын хувьд Иерусалим дахь арван өдрийг, мөн Филадельфийн Миллерчүүдийн хувьд Эксетерийн хуарангийн цуглааны зургаан өдрийг төлөөлж байсан боловч, харамсалтай нь, тэр хугацаа нь Эзэн Өөрөө тэднийг шилжилтийн үеэр удирдан дагуулж явахад Түүнийг дагахаас татгалздаг хүмүүсийн жишээ болон хувирсан юм. Долоон аянгын түүхэн үе болох нэгдүгээр ба хоёрдугаар тэнгэрэлчийн түүх нь 1844 оны 4 дүгээр сарын 19-нөөс эхлэн Өөрийн ардыг хоёр дахь удаагаа цуглуулахын тулд Эзэн мутраа сунгаж буйг тодорхойлон харуулдаг бөгөөд ухаалаг нь Христийг даган Хамгийн Ариун Газарт орсны адил дуулгавартай хариу үйлдлийг дүрслэн үзүүлдэг.</w:t>
      </w:r>
    </w:p>
    <w:p>
      <w:pPr>
        <w:pStyle w:val="ArticleBody"/>
        <w:jc w:val="left"/>
      </w:pPr>
      <w:r>
        <w:rPr>
          <w:rFonts w:ascii="Times New Roman" w:hAnsi="Times New Roman" w:eastAsia="Times New Roman" w:cs="Times New Roman"/>
        </w:rPr>
        <w:t>Анхны Кадешийн түүх, өөрөөр хэлбэл 1844 оноос 1863 он хүртэлх гурав дахь тэнгэрэлчийн түүх нь Эзэн Өөрийн ардыг хоёр дахь удаагаа цуглуулахын тулд дахин мутраа сунгаж буйг илчилдэг; харин тэр түүхэнд тэрслэлт илэрдэг. Одоо, 2023 оны долоодугаар сараас хойш гурав дахь удаагаа, Эзэн Өөрийн ардыг хоёр дахь удаагаа цуглуулахын тулд дахин мутраа сунгаж байгаа бөгөөд тэд дуулгавартай Филаделфи хүмүүсийн хувьд хоёр дахь Кадешийг биелүүлэх болно. Учир нь үнэний гарын үсэг эдгээр гурван удаагийн жишээг эхлэл ба төгсгөл нь дуулгавартай Филаделфи хүмүүсийг, харин дундах жишээ нь дуулгаваргүй Лаодикейчуудыг төлөөлдөг болохыг тодорхойлдог.</w:t>
      </w:r>
    </w:p>
    <w:p>
      <w:pPr>
        <w:pStyle w:val="ArticleBody"/>
        <w:jc w:val="left"/>
      </w:pPr>
      <w:r>
        <w:rPr>
          <w:rFonts w:ascii="Times New Roman" w:hAnsi="Times New Roman" w:eastAsia="Times New Roman" w:cs="Times New Roman"/>
        </w:rPr>
        <w:t>Бид энэ судалгааг дараагийн өгүүлэлд үргэлжлүүлэх болно.</w:t>
      </w:r>
    </w:p>
    <w:p>
      <w:pPr>
        <w:pStyle w:val="ArticleScripture"/>
        <w:jc w:val="left"/>
      </w:pPr>
      <w:r>
        <w:rPr>
          <w:rFonts w:ascii="Times New Roman" w:hAnsi="Times New Roman" w:eastAsia="Times New Roman" w:cs="Times New Roman"/>
        </w:rPr>
        <w:t>“Сүмүүд Лаодикеийн захиасанд анхаарал тавих уу? Тэд гэмшиж наманчлах уу, эсвэл үнэний хамгийн ёслол төгөлдөр захиас болох гурав дахь тэнгэрэлчийн захиас дэлхийд тунхаглагдаж байгааг үл харгалзан нүгэл дотор үргэлжлэн явах уу? Энэ бол нигүүлслийн сүүлчийн захиас, унасан дэлхийд өгөгдөх эцсийн сэрэмжлүүлэг мөн. Хэрэв Бурханы сүм бүлээцсэн бол, чөтгөрүүдийн орших газар, бузар сүнс бүрийн хоргодох байр, бузартай бөгөөд жигшүүрт шувуу бүрийн тор болсон гэж дүрслэгддэг унасан сүмүүдтэй адил, тэр нь Бурханы таалалд тэднээс илүүтэйгээр үл нийцнэ. Үнэнийг сонсож хүлээн авах боломжтой байсан атлаа Долоо дахь өдрийн Адвентист сүмтэй нэгдэж, өөрсдийгөө Бурханы тушаалыг сахидаг ард түмэн хэмээн нэрлэдэг боловч, нэр төдий сүмүүдийнхээс илүү амьд чанар, Бурханд өөрийгөө зориулсан байдалгүй хүмүүс, Бурханы хуулийг эсэргүүцдэг сүмүүдийн адил яг үнэнээрээ Бурханы гамшгуудаас хүртэх болно. Зөвхөн үнэнээр ариусгагдсан хүмүүс л Христийг хайрлаж, Түүний тушаалуудыг сахидаг хүмүүст зориулан бэлтгэхээр Түүний явсан тэнгэрийн орд харшуудад хааны гэр бүлийг бүрдүүлэх болно.</w:t>
      </w:r>
    </w:p>
    <w:p>
      <w:pPr>
        <w:pStyle w:val="ArticleScripture"/>
        <w:jc w:val="left"/>
      </w:pPr>
      <w:r>
        <w:rPr>
          <w:rFonts w:ascii="Times New Roman" w:hAnsi="Times New Roman" w:eastAsia="Times New Roman" w:cs="Times New Roman"/>
        </w:rPr>
        <w:t>“‘Түүнийг би мэднэ’ гэж хэлээд, Түүний тушаалуудыг сахидаггүй хүн бол худалч бөгөөд үнэн түүнд байдаггүй” [1 Иохан 2:4]. Үүнд Бурханы тухай мэдлэгтэй, Түүний тушаалуудыг сахидаг хэмээн өөрсдийгөө тунхагладаг атлаа үүнийгээ сайн үйлсээр илэрхийлдэггүй бүх хүн хамаарна. Тэд үйлсийнхээ дагуу хүлээн авах болно. “Түүн дотор оршдог хэн боловч нүгэл үйлддэггүй; нүгэл үйлддэг хэн боловч Түүнийг хараагүй, мөн Түүнийг мэдээгүй” [1 Иохан 3:6]. Энэ нь Долоо дахь өдрийн Адвентист сүмүүдийн гишүүдийг оролцуулан, бүх сүмийн гишүүдэд хандсан үг юм. “Бяцхан хүүхдүүд ээ, та нарыг хэн ч бүү мэхлэг. Зөвт байдлыг үйлддэг нь Тэр зөвт байдагчлан зөвт юм. Нүгэл үйлдэгч нь диаволаас; учир нь диавол анхнаасаа нүгэл үйлдсэн. Үүний тулд Бурханы Хүү илэрсэн нь диаволын үйлсийг устгахын төлөө байв. Бурханаас төрсөн хэн боловч нүгэл үйлддэггүй. Учир нь Түүний үр түүнд оршдог; тэр нүгэл үйлдэж үл чадна, яагаад гэвэл тэр Бурханаас төрсөн юм. Үүгээр Бурханы хүүхдүүд болон диаволын хүүхдүүд ил болдог: зөвт байдлыг үйлддэггүй хэн боловч Бурханаас бус, мөн ах дүүгээ хайрладаггүй нь ч мөн адил” [1 Иохан 3:7–10].</w:t>
      </w:r>
    </w:p>
    <w:p>
      <w:pPr>
        <w:pStyle w:val="ArticleScripture"/>
        <w:jc w:val="left"/>
      </w:pPr>
      <w:r>
        <w:rPr>
          <w:rFonts w:ascii="Times New Roman" w:hAnsi="Times New Roman" w:eastAsia="Times New Roman" w:cs="Times New Roman"/>
        </w:rPr>
        <w:t>“Өөрсдийгөө Амралтын өдрийг сахидаг Адвентистууд хэмээн тунхагладаг атлаа нүгэл дотороо үргэлжлүүлэн амьдарч буй бүхэн нь Бурханы мэлмийд худалчид мөн. Тэдний нүгэлт замнал нь Бурханы ажлын эсрэг үйлчилж байна. Тэд бусдыг нүгэлд хөтөлж байна. Манай чуулгануудын гишүүн бүрд Бурханаас ийнхүү үг ирдэг: ‘Тахир дутуу нь замаас бүрмөсөн гарч одохгүйн тулд, харин эдгээгдэхийн тулд хөлдөө шулуун жим гарга. Бүх хүмүүстэй эв найртай байж, мөн ариун байдлыг дага; түүнгүйгээр хэн ч Эзэнийг үзэхгүй. Хэн нэгэн нь Бурханы нигүүлслээс хоцрох вий хэмээн хичээнгүйлэн харгалз; гашуун үндэс урган гарч та нарыг түгшээж, түүгээр олон хүн бузартагдах вий. Нэг хоолны төлөө ууган хүүгийн эрхээ худалдсан Есау мэт садар самуун хүн, эсвэл бузар хүн байж болохгүй. Учир нь та нар мэднэ: тэрээр хожим ерөөлийг өвлөн авахыг хүссэн боловч гологдсон; нулимстайгаар чармайн эрсэн ч гэмшлийн газар олоогүй’ [Еврей 12:13–17].”</w:t>
      </w:r>
    </w:p>
    <w:p>
      <w:pPr>
        <w:pStyle w:val="ArticleScripture"/>
        <w:jc w:val="left"/>
      </w:pPr>
      <w:r>
        <w:rPr>
          <w:rFonts w:ascii="Times New Roman" w:hAnsi="Times New Roman" w:eastAsia="Times New Roman" w:cs="Times New Roman"/>
        </w:rPr>
        <w:t>“Энэ нь үнэнийг итгэдэг хэмээн мэдүүлдэг олон хүнд хамаатай. Тэд хүсэл тачаалт үйлүүдээсээ татгалзахын оронд Сатаны мэхлэгч башир үгсийн дор боловсролын буруу чиглэлд цаашлан ордог. Нүгэл нь нүгэлт зүйл хэмээн ялгагдан танигддаггүй. Тэдний ухамсар бүр бохирдсон, зүрх сэтгэл нь ялзарсан, тэр ч байтугай бодол санаа нь үргэлж завхарсан байдаг. Сатан тэднийг сүнснүүдийг бүхэл оршихуйг бузарладаг бузарт үйлд уруу татах төөрөгдүүлэгч өгөөш болгон ашигладаг. ‘Мосегийн хуулийг [энэ нь Бурханы хууль байсан] үл ойшоосон хүн хоёр буюу гурван гэрчийн үгээр өршөөлгүйгээр үхдэг байсан бол; Бурханы Хүүг хөл дороо гишгэсэн, өөрийг нь ариусгасан гэрээний цусыг бузар зүйл хэмээн тооцсон, нигүүлслийн Сүнсэнд доромжлол үйлдсэн хүн хичнээн илүү хүнд шийтгэл хүлээх зохистой гэж та нар бодно вэ? Учир нь “Өшөө авалт Надад хамаарна, Би хариуг нь өгнө” хэмээн Эзэн айлдсаныг бид мэднэ. Бас дахин, “Эзэн Өөрийн ард түмнийг шүүнэ.” Амьд Бурханы мутарт унах нь аймшигт хэрэг мөн’ [Еврей 10:28–31].” Manuscript Releases, volume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Хоёр Зуу дахь Дугаар</dc:title>
  <dc:subject>Зөгнөлийн тайлал: Хоёр дахь цугларалт ба түүний Адвентист эсхатологи дахь ач холбогдол</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