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Хорин Нэгдүгээр Хэсэг</w:t>
      </w:r>
    </w:p>
    <w:p>
      <w:pPr>
        <w:pStyle w:val="ArticleSubtitle"/>
        <w:jc w:val="left"/>
      </w:pPr>
      <w:r>
        <w:rPr>
          <w:rFonts w:ascii="Arial" w:hAnsi="Arial" w:eastAsia="Arial" w:cs="Arial"/>
        </w:rPr>
        <w:t>Хэмжээгээр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Бид Исаиа номын хорин долдугаар бүлгийг авч үзэж байна. Учир нь энэ нь Исаиа номын дараагийн бүлгүүдийн утга агуулгын хүрээг тогтоодог. Тэдгээр дараагийн бүлгүүд нь хожуугийн бороог Библийн зөв зүй тогтол хэмээн тодорхойлдог. Энэхүү зүй тогтол нь танигдаж, хэрэглэгдэх үедээ, хүлээн авбал түүнд нийцэх туршлагыг төрүүлдэг эш үзүүллэгийн мэдээг илчилдэг.</w:t>
      </w:r>
    </w:p>
    <w:p>
      <w:pPr>
        <w:pStyle w:val="ArticleBody"/>
        <w:jc w:val="left"/>
      </w:pPr>
      <w:r>
        <w:rPr>
          <w:rFonts w:ascii="Times New Roman" w:hAnsi="Times New Roman" w:eastAsia="Times New Roman" w:cs="Times New Roman"/>
        </w:rPr>
        <w:t>2001 оны 9 дүгээр сарын 11-нд Бурханы хуучин гэрээний ард түмэн болох Долоо дахь өдрийн Адвентист ард түмэнд дуулагдах ёстой дуу нь тэд Бурханы ард түмэн байхаа өнгөрөгдөж байгаа тухай юм. Учир нь тэд Бурханы Өөрийн усан үзмийн талбайгаас гаргуулахаар зорьсон үр жимсийг авчраагүй билээ. Тэрхүү дуу нь Бурханы тарьсан усан үзмийн талбайгаар, мөн 1863 онд тэдний бүдрүүлэх чулууг голсноор төлөөлөгдсөн гэрээний харилцаанд үндэслэх ёстой байв. Тэд 1856 онд Лаодикеа болсон бөгөөд долоон жилийн турш, буюу “долоон цаг”, эсвэл хоёр мянга таван зуун хорин өдрийн турш Бурхан орохыг эрсэн боловч, 1863 онд тэд Түүний өөдөөс үүдийг хаасан юм.</w:t>
      </w:r>
    </w:p>
    <w:p>
      <w:pPr>
        <w:pStyle w:val="ArticleBody"/>
        <w:jc w:val="left"/>
      </w:pPr>
      <w:r>
        <w:rPr>
          <w:rFonts w:ascii="Times New Roman" w:hAnsi="Times New Roman" w:eastAsia="Times New Roman" w:cs="Times New Roman"/>
        </w:rPr>
        <w:t>2001 оны 9 дүгээр сарын 11-нээс хойш тэд Ням гаргийн хуулийн үед Түүний амнаас бүрэн бөөлжигдөн гаргагдахаасаа өмнө боодол болгон хүлэгдэж байна. 2001 оны 9 дүгээр сарын 11-нээс хойш Адвентизмд дуулгагдах ёстой мэдээ нь Лаодикийн мэдээ бөгөөд энэ нь усан үзмийн талбайн тухай мэдээ юм; тэрхүү мэдээнд үнэт чулууг “харах”, “амсах”-аас татгалздаг хэнийг ч бяц цохин няцалдаг бүдрүүлэх чулуу агуулагддаг. Исаиагийн эшлэл дэх Лаодикийнханд өгөгдсөн амлалт нь энэхүү эцсийн сануулгыг хүлээн авахаар сонгосон ямар ч Адвентист Христийн “хүчнээс зуурч”, ингэснээр тэд Христтэй “эвлэрч болох” хугацаа одоо ч байгааг хэлдэг; учир нь Христ тэдэнтэй “эвлэрэхэд” одоо ч бэлэн хэвээр байна. Харин Ням гаргийн хууль тун удахгүй ирэхийн өмнөхөн, шөнө дунд гаргах хашхирааны үед тэр боломж үүрд төгсөнө.</w:t>
      </w:r>
    </w:p>
    <w:p>
      <w:pPr>
        <w:pStyle w:val="ArticleBody"/>
        <w:jc w:val="left"/>
      </w:pPr>
      <w:r>
        <w:rPr>
          <w:rFonts w:ascii="Times New Roman" w:hAnsi="Times New Roman" w:eastAsia="Times New Roman" w:cs="Times New Roman"/>
        </w:rPr>
        <w:t>2001 оны 9 дүгээр сарын 11-нд эхэлсэн цаг хугацааны үед Бурхан урьд цагт “ард түмэн биш байсан” хүмүүсийг, “хуурай газраас гарсан үндэс”-ийг “үндэслэн тогтож”, “цэцэглэн нахиа дэлгэрч, дэлхийн нүүрийг үр жимсээр дүүргэх”-ээр амласан. Иессийн үндсийг цэцэглэн нахиа дэлгэрүүлэх зүйл нь хожмын бороо мөн. Учир нь цэцэглэн нахиа дэлгэрэхээр тавигдсан тэр үндэс нь эш үзүүллэгийн хувьд өргөгдөх туг байхаар зориулагдсан бөгөөд тэр туг нь Иессийн үндэс мөн.</w:t>
      </w:r>
    </w:p>
    <w:p>
      <w:pPr>
        <w:pStyle w:val="ArticleScripture"/>
        <w:jc w:val="left"/>
      </w:pPr>
      <w:r>
        <w:rPr>
          <w:rFonts w:ascii="Times New Roman" w:hAnsi="Times New Roman" w:eastAsia="Times New Roman" w:cs="Times New Roman"/>
        </w:rPr>
        <w:t>Тэр өдөр Иессийн угсааны нэгэн Үндэс ард түмнүүдэд зориулсан туг тэмдэг мэт босон зогсох бөгөөд үндэстнүүд Түүнийг эрэн ирнэ; Түүний амралт алдар суут байх болно. Исаиа 11:10.</w:t>
      </w:r>
    </w:p>
    <w:p>
      <w:pPr>
        <w:pStyle w:val="ArticleBody"/>
        <w:jc w:val="left"/>
      </w:pPr>
      <w:r>
        <w:rPr>
          <w:rFonts w:ascii="Times New Roman" w:hAnsi="Times New Roman" w:eastAsia="Times New Roman" w:cs="Times New Roman"/>
        </w:rPr>
        <w:t>Сүүлчийн бороо 2001 оны 9 дүгээр сарын 11-нээс эхлэн Иессийн үндсийг цэцэглүүлж, нахиалуулсан бөгөөд удахгүй ирэх ням гаргийн хуулийн үед тэрхүү үндэс бүх дэлхийг жимсээр дүүргэх болно. Исаиа номын хорин долоодугаар бүлэг дэх ням гаргийн хууль нь мөн Даниелын номын нэгээс гуравдугаар бүлгүүдэд дүрслэгдсэн дэвшилтэт түүх мөн. Сүүлчийн бороо 2001 оны 9 дүгээр сарын 11-нд үндэстнүүд уурссан үед гурав дахь Гаслангийн Ислам суллагдаж, тэр даруй хязгаарлагдсанаар шивэрч эхэлсэн юм.</w:t>
      </w:r>
    </w:p>
    <w:p>
      <w:pPr>
        <w:pStyle w:val="ArticleScripture"/>
        <w:jc w:val="left"/>
      </w:pPr>
      <w:r>
        <w:rPr>
          <w:rFonts w:ascii="Times New Roman" w:hAnsi="Times New Roman" w:eastAsia="Times New Roman" w:cs="Times New Roman"/>
        </w:rPr>
        <w:t>“Энд дурдсан ‘тэр зовлонгийн цагийн эхлэл’ нь гай гамшгууд асгарч эхлэх үеийг заадаггүй, харин тэдгээр асгарахын яг өмнөх богино хугацааг, Христ ариун газарт байх үеийг заадаг. Тэр үед, авралын ажил өндөрлөх зуур, газар дэлхий дээр зовлон ирж эхлэх бөгөөд үндэстнүүд уурсах авч, гурав дахь тэнгэрэлчийн ажлыг саатуулахгүйн тулд хяналт дор баригдсан байх болно. Тэр үед ‘сүүлчийн бороо,’ өөрөөр хэлбэл Эзэний оршихуйгаас ирэх сэргээш ирж, гурав дахь тэнгэрэлчийн чанга дуу хоолойд хүч өгөх бөгөөд сүүлчийн долоон гай гамшиг асгарах үед зогсон тэсэхэд ариун хүмүүсийг бэлтгэх болно.” Early Writings, 85.</w:t>
      </w:r>
    </w:p>
    <w:p>
      <w:pPr>
        <w:pStyle w:val="ArticleBody"/>
        <w:jc w:val="left"/>
      </w:pPr>
      <w:r>
        <w:rPr>
          <w:rFonts w:ascii="Times New Roman" w:hAnsi="Times New Roman" w:eastAsia="Times New Roman" w:cs="Times New Roman"/>
        </w:rPr>
        <w:t>Энэ эшлэлд Эгч Уайт авралын үүд нээлттэй хэвээр байдаг богинохон хугацаа байдгийг тодруулж байна. Түүний авч үзэж буй “зовлонгийн цаг” нь шалгалтын хугацаа бүрмөсөн хаагдах үед эхэлдэг агуу зовлонгийн цагаас ялгаатай юм. Адвентизмд үүнийг, Михаел босон зогсох үед эхэлдэг агуу зовлонгийн цагтай харьцуулан, зүй ёсоор “зовлонгийн багахан цаг” хэмээн нэрлэдэг. “Зовлонгийн багахан цаг” нь удахгүй ирэх Ням гаргийн хуулиар үндэсний сүйрэл эхлэх үеийг илэрхийлдэг бөгөөд шалгалтын хугацаа хаагдах хүртэл үргэлжилдэг.</w:t>
      </w:r>
    </w:p>
    <w:p>
      <w:pPr>
        <w:pStyle w:val="ArticleBody"/>
        <w:jc w:val="left"/>
      </w:pPr>
      <w:r>
        <w:rPr>
          <w:rFonts w:ascii="Times New Roman" w:hAnsi="Times New Roman" w:eastAsia="Times New Roman" w:cs="Times New Roman"/>
        </w:rPr>
        <w:t>2001 оны есдүгээр сарын 11-нээс Ням гаргийн хуулийн үе хүртэлх түүхэнд Адвентизмын эцсийн цэвэршүүлэлт ба шүүлт нь хожмын борооны “цацалт”-ын үеэр явагдаж буйгаар дүрслэгддэг. Өөрөөр хэлбэл, “сэргээмж” мөн болох хожмын бороо “цацалт” хэлбэрээр эхэлдэг боловч Ням гаргийн хуулийн үед бүрэн асгаралтдаа хүрдэг тэрхүү үе юм. Гурав дахь Гаслалын Ислам үндэстнүүдийг уурлуулж эхлэх тэр үед эхэлдэг энэ хугацаанд хожмын бороо орж эхэлдэг бөгөөд зарим нь хожмын бороог таньж хүлээн авдаг, харин зарим нь хожмын бороог таньж чаддаггүй. Зарим нь ямар нэгэн зүйл болж байгааг мэдэрдэг боловч энэ нь юу болохыг ойлгодоггүй учраас түүнээс өөрсдийгөө хамгаалан сөрөн зогсдог.</w:t>
      </w:r>
    </w:p>
    <w:p>
      <w:pPr>
        <w:pStyle w:val="ArticleScripture"/>
        <w:jc w:val="left"/>
      </w:pPr>
      <w:r>
        <w:rPr>
          <w:rFonts w:ascii="Times New Roman" w:hAnsi="Times New Roman" w:eastAsia="Times New Roman" w:cs="Times New Roman"/>
        </w:rPr>
        <w:t>“Олон хүн өмнөх бороог үлэмж хэмжээгээр хүлээн авч чадалгүй хоцорсон. Тэд Бурхан ийнхүү өөрсдөд нь хангаж өгсөн бүх ашиг тусыг олж аваагүй. Тэд энэ дутагдлыг хожмын бороо нөхөнө гэж найдаж байна. Нигүүлслийн хамгийн арвин элбэг дэлбэг байдал хүртээгдэх үед тэд түүнийг хүлээн авахаар зүрх сэтгэлээ нээхээр санаархаж байна. Тэд аймшигт алдаа гаргаж байна. Бурхан Өөрийн гэрэл ба мэдлэгийг өгснөөр хүний зүрхэнд эхлүүлсэн ажил тасралтгүй урагшлан үргэлжлэх ёстой. Хүн нэг бүр өөрийн хэрэгцээг өөрөө ухаарах ёстой. Зүрх сэтгэл аливаа бузраас хоосруулагдаж, Сүнс оршин суухын тулд цэвэршигдэх ёстой. Эртний шавь нар Пентекостын өдөр Ариун Сүнс асгарахад бэлтгэхдээ нүглээ хүлээн зөвшөөрч, орхин зайлуулахын хамт чин сэтгэлийн залбирал болон өөрсдийгөө Бурханд зориулснаар бэлтгэсэн билээ. Яг тэрхүү ажил одоо ч хийгдэх ёстой, зөвхөн илүү их хэмжээгээр. Тэгээд хүний талаас ердөө ерөөлийг гуйж, Эзэн өөрийнх нь тухай ажлыг төгс болгохыг хүлээх л хэрэгтэй байсан. Ажлыг эхлүүлсэн нь Бурхан бөгөөд Тэр Өөрийн ажлыг дуусгаж, хүнийг Есүс Христ дотор төгс болгоно. Гэвч өмнөх бороогоор төлөөлөгдсөн нигүүлслийг үл хайхрах ёсгүй. Өөрсдөдөө өгөгдсөн гэрлийн дагуу амьдарч буй хүмүүс л илүү агуу гэрлийг хүлээн авна. Хэрэв бид идэвхтэй Христийн зан чанарын ариун чанаруудыг өдөр бүр амьдралаараа илэрхийлэн урагшлахгүй бол хожмын бороон дахь Ариун Сүнсний илрэлүүдийг таньж мэдэхгүй. Тэр нь бидний эргэн тойрны зүрх сэтгэлүүд дээр бууж байж болох ч, бид түүнийг ялган танихгүй, хүлээн авахгүй байх болно.” Testimonies to Ministers, 506, 507.</w:t>
      </w:r>
    </w:p>
    <w:p>
      <w:pPr>
        <w:pStyle w:val="ArticleBody"/>
        <w:jc w:val="left"/>
      </w:pPr>
      <w:r>
        <w:rPr>
          <w:rFonts w:ascii="Times New Roman" w:hAnsi="Times New Roman" w:eastAsia="Times New Roman" w:cs="Times New Roman"/>
        </w:rPr>
        <w:t>Сүүлчийн бороо одоо орж байна; үүнийг танин мэддэг хүмүүс байдаг бөгөөд тиймээс түүнийг хүлээн авдаг, мөн үүнийг танин мэддэггүй хүмүүс байдаг бөгөөд тиймээс түүнийг хүлээн авдаггүй. Сүүлчийн бороог хүлээн авахын тулд түүнийг танин мэдэх ёстой. Сүүлчийн бороо нь зүгээр нэг туршлага төдий биш, харин нэгэн мэдээгээр бий болдог туршлага мөн; гэвч тэрхүү мэдээг тогтоон батлахад зөв аргачлал хэрэглэгдэх үед л уг мэдээг хүлээн авч чадна. Сүүлчийн борооны мэдээг тогтоон баталдаг аргачлалыг танин мэдэхгүйгээр, Даниел ба Илчлэл номуудад өгүүлэгдсэн хаанчлалуудын мандах ба мөхөх явдлаар төлөөлүүлэн үзүүлсэн эш үзүүллэгийн сургамжуудыг ойлгох нь бараг боломжгүй юм.</w:t>
      </w:r>
    </w:p>
    <w:p>
      <w:pPr>
        <w:pStyle w:val="ArticleBody"/>
        <w:jc w:val="left"/>
      </w:pPr>
      <w:r>
        <w:rPr>
          <w:rFonts w:ascii="Times New Roman" w:hAnsi="Times New Roman" w:eastAsia="Times New Roman" w:cs="Times New Roman"/>
        </w:rPr>
        <w:t>Дэлхийд өргөгдөн тавигдах тэр тугийг Исаиа “Иессийн язгуур” хэмээн тодорхойлдог бөгөөд хорин долдугаар бүлэгт “Иаковаас гарах” хүмүүс “үндэслэнэ” гэжээ. “Иессийн язгуур” хэмээгдэх тэд мөн тэндээ “Израиль” хэмээн тодорхойлогддог бөгөөд тэд бол эхлээд цэцэглэн нахиа гаргаж, түүнээс хойш ертөнцийг жимсээр дүүргэдэг хүмүүс мөн. Байгалийн хуулиуд эш үзүүллэгийн хуулиудтай зөрчилддөггүй, учир нь байгаль ба эш үзүүллэг хоёуланг нь бий болгосон Нэгэн Хууль Тогтоогч адил билээ. Ургамал жимсээ өгөхөөсөө өмнө эхлээд унтаа байдлаасаа гарч ирэх ёстой бөгөөд энэ нь нахиа, түүнээс хойш цэцгээр илэрдэг. “Иессийн язгуур” болох сүнслэг Израиль борооны аажим нэмэгдэх асгарлыг хүлээн авдаг. Энэ нь “шүршилт”-ээр эхэлж, эцэст нь тугаар дамжин үзүүлэгдсэн жимсээр ертөнц дүүрэх үед бүрэн асгаралт болон оргилдоо хүрдэг.</w:t>
      </w:r>
    </w:p>
    <w:p>
      <w:pPr>
        <w:pStyle w:val="ArticleBody"/>
        <w:jc w:val="left"/>
      </w:pPr>
      <w:r>
        <w:rPr>
          <w:rFonts w:ascii="Times New Roman" w:hAnsi="Times New Roman" w:eastAsia="Times New Roman" w:cs="Times New Roman"/>
        </w:rPr>
        <w:t>Исаиа номын хорин долоодугаар бүлэгт борооны цацагдал эхлэх цэг нь нахиа “соёолон гарч ирэх” үед тохиолдохоор дүрслэгдсэн байдаг. Тэд анх “соёолон гарч ирэхэд,” тэр бороо “хэмжээгээр” асгагдаж буйгаар тодорхойлогддог. “Хэмжээгээр, энэ нь соёолон гарч ирэхэд.” 2001 оны 9 дүгээр сарын 11-нд хожуугийн борооны цацагдал “хэмжээгээр” асгагдаж эхэлсэн бөгөөд учир нь тэр үед буудай ба хогийн ургамал, өөрөөр хэлбэл ухаантай ба мунхаг хүмүүс одоо хүртэл хоорондоо холилдсон хэвээр байсан юм.</w:t>
      </w:r>
    </w:p>
    <w:p>
      <w:pPr>
        <w:pStyle w:val="ArticleScripture"/>
        <w:jc w:val="left"/>
      </w:pPr>
      <w:r>
        <w:rPr>
          <w:rFonts w:ascii="Times New Roman" w:hAnsi="Times New Roman" w:eastAsia="Times New Roman" w:cs="Times New Roman"/>
        </w:rPr>
        <w:t>“Бурханы Сүнсний, Өөрийн алдар суугаар бүх дэлхийг гэрэлтүүлэх агуу асгаралт нь, Бурхантай хамтран хөдөлмөрлөгчид байх нь юу гэсэн утгатайг туршлагаараа мэддэг, гэгээрсэн ард түмэн бидэнд бий болохоос нааш ирэхгүй. Христийн үйлчлэлд бүрэн, бүх сэтгэлээрээ өөрсдийгөө зориулсан үед Бурхан энэ бодит байдлыг Өөрийн Сүнсийг хэмжээлшгүйгээр асгах замаар хүлээн зөвшөөрнө; гэвч сүмийн дийлэнх хэсэг нь Бурхантай хамтран хөдөлмөрлөгчид биш байгаа цагт энэ нь болохгүй. Хувиа хичээх байдал ба биеэ эрхлүүлэх явдал ийм тод илэрч, үгээр илэрхийлбэл Кайны тэр хариуг,—‘Би дүүгийнхээ манаач нь гэж үү?’—гэсэн санааг илтгэх тийм сүнс ноёрхож байх үед Бурхан Өөрийн Сүнсийг асгаж үл чадна. Энэ цаг үеийн үнэний тухай, юм бүхний төгсгөл ойртсоныг гэрчилж, тал бүрээс улам бүр олширч буй тэмдгүүдийн тухай мэдлэг нь үнэнийг мэддэг хэмээн өөрсдийгөө тунхаглагчдын нойрссон эрч хүчийг сэрээхэд хангалтгүй бол, тэгвэл тусаж байсан гэрэлтэй нь дүйх хэмжээний харанхуй эдгээр бодгалиудыг нөмрөн авна. Эцсийн тооцооны агуу өдөр тэд өөрсдийн хайхрамжгүй байдлын төлөө Бурханд барих өчүүхэн ч шалтаглах төрх тэдэнд байхгүй. Яагаад тэд Бурханы үгийн ариун үнэний гэрэл дотор амьдарч, алхаж, хөдөлмөрлөөгүй, мөн түүнчлэн гэм нүглийн харанхуйд автсан ертөнцөд өөрсдийн зан авир, энэрэл, хичээл зүтгэлээрээ дамжуулан сайн мэдээний хүч ба бодит байдлыг няцааж үл болохыг илчилж харуулаагүй тухайд тэдэнд барих ямар ч шалтгаан байхгүй байх болно.” Review and Herald, July 21, 1896.</w:t>
      </w:r>
    </w:p>
    <w:p>
      <w:pPr>
        <w:pStyle w:val="ArticleBody"/>
        <w:jc w:val="left"/>
      </w:pPr>
      <w:r>
        <w:rPr>
          <w:rFonts w:ascii="Times New Roman" w:hAnsi="Times New Roman" w:eastAsia="Times New Roman" w:cs="Times New Roman"/>
        </w:rPr>
        <w:t>Исаиа хорин долоодугаар бүлэг нь хуурай газраас язгуур нь нахиалан гарч, дараа нь газар дэлхий бүхэлдээ үр жимсээр дүүрэх хүртэлх хожуугийн борооны асгаралтын эхлэлийн түүхийг тодорхойлдог. Тэр бүлэгт: “Тэр нахиагаа гаргах үед нь, хэмжээгээр, Та түүнтэй заргалдана” гэж тодорхойлсон байдаг. Хожуугийн бороо “цацлага” байдлаар хэмжигдэж байх үед, Систер Уайт хожуугийн бороо “бидний эргэн тойрон дахь зүрх сэтгэлүүд дээр бууж байж болох ч, бид үүнийг ялган таних ч үгүй, хүлээн авах ч үгүй байж болно” хэмээн өгүүлсэн байдаг.</w:t>
      </w:r>
    </w:p>
    <w:p>
      <w:pPr>
        <w:pStyle w:val="ArticleBody"/>
        <w:jc w:val="left"/>
      </w:pPr>
      <w:r>
        <w:rPr>
          <w:rFonts w:ascii="Times New Roman" w:hAnsi="Times New Roman" w:eastAsia="Times New Roman" w:cs="Times New Roman"/>
        </w:rPr>
        <w:t>Ингэснээр тэрээр бороо асгарч буйг таньдаг хүмүүс болон таньдаггүй бусад хүмүүс холилдсон нэгэн сүмийг зааж байна. Өмнөх эшлэлд тэрээр Бурхан сүүлчийн бороог хэмжээлшгүйгээр асгах үед ухаалаг ба мунхаг охидын холимог байдал цаашид байхгүй болсон үеийг зааж байгааг дараах байдлаар илэрхийлсэн байдаг: “Бид Христийн үйлчлэлд бүхэл, чин сэтгэлийн ариуссан зориулалттай болсон үед Бурхан энэ баримтыг Өөрийн Сүнсийг хэмжээлшгүйгээр асгах замаар хүлээн зөвшөөрөх болно; гэвч сүмийн хамгийн ихэнх хэсэг нь Бурхантай хамтран зүтгэгчид биш байгаа цагт энэ нь болохгүй.”</w:t>
      </w:r>
    </w:p>
    <w:p>
      <w:pPr>
        <w:pStyle w:val="ArticleBody"/>
        <w:jc w:val="left"/>
      </w:pPr>
      <w:r>
        <w:rPr>
          <w:rFonts w:ascii="Times New Roman" w:hAnsi="Times New Roman" w:eastAsia="Times New Roman" w:cs="Times New Roman"/>
        </w:rPr>
        <w:t>Чуулганы илүү том хэсэг, өөрөөр хэлбэл чуулганы олонх нь Матай хорин тавдугаар бүлэгт мэргэн бус онгон охидоор төлөөлөгдсөн байдаг. Учир нь Библийн дагуу “олон” нь дуудагддаг боловч “цөөн” нь сонгогддог. Мэргэн ба мэргэн бус хүмүүс удахгүй гарах Ням гаргийн хуулиас өмнө тохиох шөнө дундын хямралын үед Провиденцийн дагуу тусгаарлагддаг. Энэ тусгаарлалт нь дараа нь хүмүүсийг Сүнсний хожмын бороон дахь бүрэн цутгалтыг хүлээн авч, “нэг өдөрт төрсөн үндэстэн” болоход бэлтгэсэн ард түмнийг бий болгодог. Дараа нь Иессийн үндэс туг тэмдэг болгон өргөгдөж, дэлхийг үр жимсээр дүүргэнэ.</w:t>
      </w:r>
    </w:p>
    <w:p>
      <w:pPr>
        <w:pStyle w:val="ArticleBody"/>
        <w:jc w:val="left"/>
      </w:pPr>
      <w:r>
        <w:rPr>
          <w:rFonts w:ascii="Times New Roman" w:hAnsi="Times New Roman" w:eastAsia="Times New Roman" w:cs="Times New Roman"/>
        </w:rPr>
        <w:t>Исаиа хорин долоодугаар бүлэгт сүүлчийн бороо 2001 оны 9 дүгээр сарын 11-нд “хэмжээгээр” асгарч эхлэх үед “чи түүнтэй мэтгэлцэх болно” хэмээн тодорхойлдог. “Хэмжээгээр, тэр нахиалан гарах үед, чи түүнтэй мэтгэлцэх болно.” 2001 оны 9 дүгээр сарын 11-ний үйл явдал дэлхийд болон сүмд нэн даруй мэтгэлцээний сэдэв болсон юм. Өнөөдрийг хүртэл—хорь гаруй жилийн дараа ч гэсэн—тэдгээр үйл явдлыг даяарчлалын хуйвалдааны ямар нэг хэлбэр бус, харин Исламын үйлдэл гэж үзэхийн эсрэг маргаан байсаар байна. Сүүлчийн борооны шүршилт ирэхтэй холбогдсон мэтгэлцээн 2001 оны 9 дүгээр сарын 11-нд эхэлсэн боловч дэлхий дээр үргэлжилж буй мэтгэлцээнүүд нь Бурханы эш үзүүллэгийн Үгэнд тодорхойлогдсон тэрхүү “мэтгэлцээн” биш юм. Тэр мэтгэлцээн нь дараахтай адил эшлэлүүдийн талаар юм.</w:t>
      </w:r>
    </w:p>
    <w:p>
      <w:pPr>
        <w:pStyle w:val="ArticleScripture"/>
        <w:jc w:val="left"/>
      </w:pPr>
      <w:r>
        <w:rPr>
          <w:rFonts w:ascii="Times New Roman" w:hAnsi="Times New Roman" w:eastAsia="Times New Roman" w:cs="Times New Roman"/>
        </w:rPr>
        <w:t>“Нэгэн удаа Нью-Йорк хотод байх үедээ би шөнийн цагт тэнгэр өөд давхар давхраар сүндэрлэн босож буй барилгуудыг үзэхээр дуудагдсан юм. Эдгээр барилгуудыг галд тэсвэртэй хэмээн баталгаажуулж байсан бөгөөд тэдгээрийг эзэд болон барилгачдаа алдаршуулахын тулд босгож байв. Эдгээр барилгууд улам өндөр, бүр өндөр болсоор байлаа, мөн тэдгээрт хамгийн үнэтэй материалыг ашигласан байв. Эдгээр барилгуудын эзэд өөрсдөөсөө: ‘Бид Бурханыг хэрхэн хамгийн сайн алдаршуулах вэ?’ гэж асууж байсангүй. Эзэн тэдний бодолд байгаагүй.”</w:t>
      </w:r>
    </w:p>
    <w:p>
      <w:pPr>
        <w:pStyle w:val="ArticleScripture"/>
        <w:jc w:val="left"/>
      </w:pPr>
      <w:r>
        <w:rPr>
          <w:rFonts w:ascii="Times New Roman" w:hAnsi="Times New Roman" w:eastAsia="Times New Roman" w:cs="Times New Roman"/>
        </w:rPr>
        <w:t>“Би бодохдоо: ‘Өөрсдийн хөрөнгийг ийм байдлаар зарцуулж буй хүмүүс өөрсдийн зам мөрийг Бурхан хэрхэн хардаг шиг харж чаддаг ч болоосой! Тэд сүр жавхлант барилгуудыг босгож байна; гэвч орчлон ертөнцийн Захирагчийн мэлмийд тэдний төлөвлөлт, сэдэн зохиож буй нь ямар мунхаг хэрэг вэ. Тэд Бурханыг хэрхэн алдаршуулахыг зүрх сэтгэл, оюун санааныхаа бүхий л хүчээр судлан эрэлхийлэхгүй байна. Тэд үүнээс, өөрөөр хэлбэл хүний хамгийн анхны үүргээс, нүд алджээ.’”</w:t>
      </w:r>
    </w:p>
    <w:p>
      <w:pPr>
        <w:pStyle w:val="ArticleScripture"/>
        <w:jc w:val="left"/>
      </w:pPr>
      <w:r>
        <w:rPr>
          <w:rFonts w:ascii="Times New Roman" w:hAnsi="Times New Roman" w:eastAsia="Times New Roman" w:cs="Times New Roman"/>
        </w:rPr>
        <w:t>“Эдгээр сүрлэг өндөр барилгууд сүндэрлэн босохын хэрээр тэдгээрийн эзэд өөрсдийгөө ханган баясгах, хөршүүдийнхээ атаархлыг өдөөхөд мөнгөө зарцуулж чаддагаа омголон бардамналтайгаар бахдан баясч байв. Тийнхүү тэдний хөрөнгө оруулсан мөнгөний үлэмж хэсэг нь тулгалт, мөн ядуусыг дарлан мөлжих замаар олдсон байлаа. Тэд тэнгэрт бизнесийн хэлцэл бүрийн данс хөтлөгддөг; шударга бус наймаа бүр, луйврын үйлдэл бүр тэнд тэмдэглэгдэн үлддэг гэдгийг мартжээ. ЭЗЭН тэдэнд цааш хэтрэхийг зөвшөөрөхгүй тэр хилд хүмүүс залилан мэхлэлт, ихэмсэг дээрэнгүй зангаараа хүрэх цаг ирж байна, тэгэхэд тэд Иеховагийн тэвчээрт ч бас хязгаар бий гэдгийг мэдэж авах болно.”</w:t>
      </w:r>
    </w:p>
    <w:p>
      <w:pPr>
        <w:pStyle w:val="ArticleScripture"/>
        <w:jc w:val="left"/>
      </w:pPr>
      <w:r>
        <w:rPr>
          <w:rFonts w:ascii="Times New Roman" w:hAnsi="Times New Roman" w:eastAsia="Times New Roman" w:cs="Times New Roman"/>
        </w:rPr>
        <w:t>“Миний өмнө дараа нь үзэгдсэн дүр зураг нь галын аюул байлаа. Хүмүүс өндөр сүрлэг, галд тэсвэртэй хэмээн тооцогддог барилгуудыг хараад: “Эдгээр нь бүрэн аюулгүй” гэж хэлэв. Гэвч эдгээр барилгууд давирхайгаар хийсэн мэт шатаж үгүй болов. Галын тэрэгнүүд сүйрлийг зогсоохын тулд юу ч хийж чадсангүй. Гал сөнөөгчид тэр тэрэгнүүдийг ажиллуулж чадсангүй.” Testimonies, volume 9, 12, 13.</w:t>
      </w:r>
    </w:p>
    <w:p>
      <w:pPr>
        <w:pStyle w:val="ArticleBody"/>
        <w:jc w:val="left"/>
      </w:pPr>
      <w:r>
        <w:rPr>
          <w:rFonts w:ascii="Times New Roman" w:hAnsi="Times New Roman" w:eastAsia="Times New Roman" w:cs="Times New Roman"/>
        </w:rPr>
        <w:t>2001 оны 9 дүгээр сарын 11-ний даруй дараа Адвентист сүм иймэрхүү эшлэлүүдийг ертөнцөөс нуухыг оролдсон. Энэ нь Нью-Йорк хот болон галын машинууд дэгдсэн түймрийг нь зогсоож чадаагүй асар өндөр барилгуудын тухай биш гэж яаж хэлж болох вэ? Адвентист сүм өөрсдөө эш үзүүлэгч эмэгтэйн бичсэн хэмээн тунхагладаг бичгүүдээс авсан иймэрхүү эшлэлийг, тийнхүү биелсэн явдлын дараа, дээврээс хашхирсан мэтээр тунхаглах ёсгүй гэж үү?</w:t>
      </w:r>
    </w:p>
    <w:p>
      <w:pPr>
        <w:pStyle w:val="ArticleBody"/>
        <w:jc w:val="left"/>
      </w:pPr>
      <w:r>
        <w:rPr>
          <w:rFonts w:ascii="Times New Roman" w:hAnsi="Times New Roman" w:eastAsia="Times New Roman" w:cs="Times New Roman"/>
        </w:rPr>
        <w:t>Сүүлчийн борооны шиврэлт ирэх нь, эш үзүүллэгийн “маргаан” эхэлснийг тэмдэглэхийн хамт, мөн Адвентизмын эцсийн тэрслүү бослогыг илчилдэг. Учир нь тэнд л тэд үлдэгдэлд хандах эш үзүүлэгч эмэгтэй хэмээн өөрсдөө хүлээн зөвшөөрдөг Нэгэний тодорхой бөгөөд энгийн үгсийг бүрэн няцаадаг юм.</w:t>
      </w:r>
    </w:p>
    <w:p>
      <w:pPr>
        <w:pStyle w:val="ArticleScripture"/>
        <w:jc w:val="left"/>
      </w:pPr>
      <w:r>
        <w:rPr>
          <w:rFonts w:ascii="Times New Roman" w:hAnsi="Times New Roman" w:eastAsia="Times New Roman" w:cs="Times New Roman"/>
        </w:rPr>
        <w:t>“Сатан бол... үнэний зүгээс холдуулахын тулд хуурамчыг байнга тулган оруулдаг. Сатаны хамгийн эцсийн мэхлэлт нь Бурханы Сүнсний гэрчлэлийг хүчин төгөлдөр бус болгох явдал байх болно. ‘Илчлэл үгүй газар ард түмэн мөхдөг’ (Сургаалт үгс 29:18). Сатан жинхэнэ гэрчлэлд хандах Бурханы үлдэгдэл ард түмний итгэлийг ганхуулахын тулд янз бүрийн арга замаар, өөр өөр хэрэгслүүдээр дамжуулан уран зальтайгаар ажиллах болно.”</w:t>
      </w:r>
    </w:p>
    <w:p>
      <w:pPr>
        <w:pStyle w:val="ArticleScripture"/>
        <w:jc w:val="left"/>
      </w:pPr>
      <w:r>
        <w:rPr>
          <w:rFonts w:ascii="Times New Roman" w:hAnsi="Times New Roman" w:eastAsia="Times New Roman" w:cs="Times New Roman"/>
        </w:rPr>
        <w:t>“Гэрчлэлүүдийн эсрэг сатанлаг үзэн ядалт асаагдах болно. Сатаны үйл ажиллагаа нь чуулгануудын тэдгээрт итгэх итгэлийг ганхуулахад чиглэнэ. Учир нь Бурханы Сүнсний сэрэмжлүүлэг, зэмлэл, зөвлөгөөг анхааран дагавал Сатан өөрийн мэхлэлүүдийг нэвтрүүлж, сүнснүүдийг өөрийн төөрөгдлөөр хүлэн боох тийм тодорхой чөлөөт замтай байж чадахгүй.” Selected Messages, book 1, 48.</w:t>
      </w:r>
    </w:p>
    <w:p>
      <w:pPr>
        <w:pStyle w:val="ArticleBody"/>
        <w:jc w:val="left"/>
      </w:pPr>
      <w:r>
        <w:rPr>
          <w:rFonts w:ascii="Times New Roman" w:hAnsi="Times New Roman" w:eastAsia="Times New Roman" w:cs="Times New Roman"/>
        </w:rPr>
        <w:t>Улаан буудай ба хогийн ургамал хоёуланг нь бошиглолын дагуу боох үйл явц 2001 оны 9 дүгээр сарын 11-нд Эш Үзүүллэгийн Сүнсний эсрэг гарсан бослогоор эхэлсэн бөгөөд энэ нь 1863 онд Библийн эсрэг эхэлсэн аажим өрнөсөн бослогын төгсгөлийг тэмдэглэсэн юм.</w:t>
      </w:r>
    </w:p>
    <w:p>
      <w:pPr>
        <w:pStyle w:val="ArticleScripture"/>
        <w:jc w:val="left"/>
      </w:pPr>
      <w:r>
        <w:rPr>
          <w:rFonts w:ascii="Times New Roman" w:hAnsi="Times New Roman" w:eastAsia="Times New Roman" w:cs="Times New Roman"/>
        </w:rPr>
        <w:t>“Бид нэгэн ард түмний хувьд дэлхий дээрх бусад бүх ард түмнээс түрүүн үнэнийг эзэмшдэг хэмээн тунхагладаг. Тиймд бидний амьдрал ба зан чанар тийм итгэлтэй нийцэлтэй байх ёстой. Тэнгэрийн агуулахад хураагдахаар зөвт хүмүүс үнэт үр тариа мэт боодол боодлоор баглагдах цаг яг бидний дээр ирээд байна; харин хорон муу хүмүүс нь сүүлчийн агуу өдрийн галд зориулагдан хогийн ургамал мэт хураагдана. Гэвч буудай ба хогийн ургамал нь ‘ургац хураалт хүртэл хамтдаа ургадаг.’” Testimonies, 5-р боть, 100.</w:t>
      </w:r>
    </w:p>
    <w:p>
      <w:pPr>
        <w:pStyle w:val="ArticleBody"/>
        <w:jc w:val="left"/>
      </w:pPr>
      <w:r>
        <w:rPr>
          <w:rFonts w:ascii="Times New Roman" w:hAnsi="Times New Roman" w:eastAsia="Times New Roman" w:cs="Times New Roman"/>
        </w:rPr>
        <w:t>Эдгээр барилгууд нурах үед Илчлэлт арван наймдугаар бүлгийн нэгээс гуравдугаар эшлэл биелнэ гэж шууд хэлсэн дараах хэсгийг Адвентизм хэрхэн үл тоомсорлож чадах билээ?</w:t>
      </w:r>
    </w:p>
    <w:p>
      <w:pPr>
        <w:pStyle w:val="ArticleScripture"/>
        <w:jc w:val="left"/>
      </w:pPr>
      <w:r>
        <w:rPr>
          <w:rFonts w:ascii="Times New Roman" w:hAnsi="Times New Roman" w:eastAsia="Times New Roman" w:cs="Times New Roman"/>
        </w:rPr>
        <w:t>“Би Нью-Йорк хотыг цунамигаар хаман арчина гэж тунхагласан тэр үг одоо ирж байна гэж үү? Би хэзээ ч ингэж хэлж байгаагүй. Тэнд давхар давхараар сүндэрлэн босож буй агуу барилгуудыг би харахдаа: ‘Эзэн газар дэлхийг аймшигтайгаар донсолгохоор босон ирэх үед ямар аймшигт үзэгдлүүд болох бол оо! Тэгвэл Илчлэлт 18:1–3-ын үгс биелнэ’ гэж би хэлсэн. Илчлэлт номын арван наймдугаар бүлэг бүхэлдээ газар дэлхий дээр ирэх зүйлийн талаарх анхааруулга юм. Харин Нью-Йоркт онцгойлон юу ирэх талаар надад тусгай гэрэл байхгүй; зөвхөн нэг өдөр тэндэх агуу барилгууд Бурханы хүчний эргүүлэн, хөмрүүлэн нураах үйлчлэлээр газарт унаган хаягдана гэдгийг би мэднэ. Надад өгөгдсөн гэрлээс би сүйрэл дэлхийд байна гэдгийг мэднэ. Эзэний ганцхан үг, Түүний агуу хүчний ганцхан хүрэлтээр эдгээр аварга байгууламжууд нуран унах болно. Бидний төсөөлж ч үл чадах аймшигт үзэгдлүүд болно.” Review and Herald, 1906 оны 7 дугаар сарын 5.</w:t>
      </w:r>
    </w:p>
    <w:p>
      <w:pPr>
        <w:pStyle w:val="ArticleBody"/>
        <w:jc w:val="left"/>
      </w:pPr>
      <w:r>
        <w:rPr>
          <w:rFonts w:ascii="Times New Roman" w:hAnsi="Times New Roman" w:eastAsia="Times New Roman" w:cs="Times New Roman"/>
        </w:rPr>
        <w:t>Бидний энд авч үзэж буй асуудал нь эдгээр эшлэлүүд 2001 оны 9 дүгээр сарын 11-нд биелсэн эсэх тухай биш, учир нь тэдгээр нь гарцаагүй биелсэн юм; харин бидний авч хэлэлцэхийг зорьж буй асуудал бол тухайн үед эхэлсэн “маргаан” юм. Тэрхүү маргаан нь зөв эсвэл буруу арга зүйн тухай байв. Адвентист сүм 1863 онд Уильям Миллерийн эш үзүүллэгийг тайлбарлах арван дөрвөн дүрмийг үгүйсгэж эхэлсэн бөгөөд өдгөө тэд тэр хэмжээнд хүрсэн тул Адвентист теологичдын бичсэн Библийн судлалын ном дотроос тэрслэгч Протестантизмын болон Ромын Католицизмын теологичдын удаа дараагийн сайшаалгүй нэгийг ч худалдан авах боломжгүй болсон байна. 1863 оноос 2001 он хүртэл, мөн өнөөдөр ч, анх Уильям Миллерийн эш үзүүллэгийг тайлбарлах дүрмүүдээр төлөөлөгдөж байсан арга зүйг Ромын Католицизм ба тэрслэгч Протестантизмын арга зүйн төлөө хойш тавьсан юм. Илчлэлт арван наймдугаар бүлгийн нэгээс гуравдугаар эшлэлүүд биелэхэд эхэлсэн эш үзүүллэгийн “маргаан” нь үнэн эсвэл хуурамч арга зүйн тухай байв.</w:t>
      </w:r>
    </w:p>
    <w:p>
      <w:pPr>
        <w:pStyle w:val="ArticleBody"/>
        <w:jc w:val="left"/>
      </w:pPr>
      <w:r>
        <w:rPr>
          <w:rFonts w:ascii="Times New Roman" w:hAnsi="Times New Roman" w:eastAsia="Times New Roman" w:cs="Times New Roman"/>
        </w:rPr>
        <w:t>Бид Исаиагийн хорин долоодугаар бүлгийн “маргаан”-ыг дараагийн өгүүлэлд үргэлжлүүлэн авч үзэх болно.</w:t>
      </w:r>
    </w:p>
    <w:p>
      <w:pPr>
        <w:pStyle w:val="ArticleScripture"/>
        <w:jc w:val="left"/>
      </w:pPr>
      <w:r>
        <w:rPr>
          <w:rFonts w:ascii="Times New Roman" w:hAnsi="Times New Roman" w:eastAsia="Times New Roman" w:cs="Times New Roman"/>
        </w:rPr>
        <w:t>“Христийн шашин юунаас бүрэлддэг, үнэн гэж юу болох, бидний хүлээн авсан итгэл юу болох, Библийн дүрэм журам—хамгийн дээд эрх мэдлээс бидэнд өгөгдсөн тэр дүрэм журам юу болохыг бид өөрсдөө мэдэх ёстой.”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Хорин Нэгдүгээр Хэсэг</dc:title>
  <dc:subject>Хэмжээгээр</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