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Гурав</w:t>
      </w:r>
    </w:p>
    <w:p>
      <w:pPr>
        <w:pStyle w:val="ArticleSubtitle"/>
        <w:jc w:val="left"/>
      </w:pPr>
      <w:r>
        <w:rPr>
          <w:rFonts w:ascii="Arial" w:hAnsi="Arial" w:eastAsia="Arial" w:cs="Arial"/>
        </w:rPr>
        <w:t>Доромжлогч хүмүүс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Уайт эгч Нью-Йорк хотын агуу их барилгууд нурж унах үед Илчлэлт номын арван наймдугаар бүлгийн нэгээс гуравдугаар ишлэлүүд биелнэ гэж тодорхойлон хэлсэн.</w:t>
      </w:r>
    </w:p>
    <w:p>
      <w:pPr>
        <w:pStyle w:val="ArticleScripture"/>
        <w:jc w:val="left"/>
      </w:pPr>
      <w:r>
        <w:rPr>
          <w:rFonts w:ascii="Times New Roman" w:hAnsi="Times New Roman" w:eastAsia="Times New Roman" w:cs="Times New Roman"/>
        </w:rPr>
        <w:t>Эдгээрийн дараа би тэнгэрээс бууж ирж буй, агуу эрх мэдэлтэй өөр нэгэн тэнгэрэлчийг үзэв; газар дэлхий түүний алдраар гэрэлтэв. Тэрээр хүчтэй дуугаар ихэд хашхирч, ийн хэлэв: Агуу Вавилон нуран унав, нуран унав; тэр нь чөтгөрүүдийн орших газар, аливаа бузар сүнсний оромж, мөн аливаа бузар, жигшүүрт шувууны тор болжээ. Учир нь бүх үндэстэн түүний завхайрлын уур хилэнгийн дарснаас уусан, газрын хаад түүнтэй завхайрсан, газрын худалдаачид түүний тансаглалын элбэг байдлаар баяжсан билээ. Илчлэл 18:1–3.</w:t>
      </w:r>
    </w:p>
    <w:p>
      <w:pPr>
        <w:pStyle w:val="ArticleBody"/>
        <w:jc w:val="left"/>
      </w:pPr>
      <w:r>
        <w:rPr>
          <w:rFonts w:ascii="Times New Roman" w:hAnsi="Times New Roman" w:eastAsia="Times New Roman" w:cs="Times New Roman"/>
        </w:rPr>
        <w:t>2001 оны 9 дүгээр сарын 11 гэхэд дэлхийн “хаад” хэдийнээ Ромын сүмтэй завхайрлыг үйлджээ. Дэлхийн хоёрдугаар дайны дараа Ерөнхийлөгч Харри С. Труман 1951 онд анх удаа Ватиканд элчин сайд томилсон юм. Папын засаглалтай улс төрийн харилцаа тогтоох гэсэн түүний оролдлогыг Америкийн Нэгдсэн Улсын Конгресс эрс няцаасан боловч, хэдэн арван жилийн дараа Ерөнхийлөгч Роналд Рейган 1984 онд Ватиканд элчин сайд томилох үед тийм зүйл болсонгүй. 2001 он гэхэд бүх үндэстэн Тирийн янхантай дипломат харилцаа тогтоосноороо Ватикантай завхайрлыг үйлдсэн байв.</w:t>
      </w:r>
    </w:p>
    <w:p>
      <w:pPr>
        <w:pStyle w:val="ArticleBody"/>
        <w:jc w:val="left"/>
      </w:pPr>
      <w:r>
        <w:rPr>
          <w:rFonts w:ascii="Times New Roman" w:hAnsi="Times New Roman" w:eastAsia="Times New Roman" w:cs="Times New Roman"/>
        </w:rPr>
        <w:t>2001 оны 9 дүгээр сарын 11-ний гэхэд бүх “үндэстэн” түүний садар самууны хилэнгийн дарсыг уучихсан байв. Вавилоны дарс нь папын засаглалаас дэвшүүлдэг элдэв янзын бүх худал сургаалыг төлөөлдөг боловч эдгээр эшлэлүүдэд онцлон тэмдэглэгдсэн дарсны нэгэн тусгай төрөл нь түүний садар самууны хилэнгийн дарс юм. Папын засаглалын хилэн нь өөртэй нь санал нийлэхгүй хүмүүсийг хавчин мөрдөх явдал мөн. Тэрээр энэ хавчлагаа хэрэгжүүлэхдээ төрийн хүчийг ашиглан өөрийн бузар ажлыг хийлгэдэг. Түүний хилэнгийн дарс гэдэг нь, тэрс үзэлтэн хэмээн үздэг хүмүүсийн эсрэг төрийг ашиглах үйлдлийг төлөөлдөг, түүний алдааны онцгой нэгэн лонх мөн.</w:t>
      </w:r>
    </w:p>
    <w:p>
      <w:pPr>
        <w:pStyle w:val="ArticleBody"/>
        <w:jc w:val="left"/>
      </w:pPr>
      <w:r>
        <w:rPr>
          <w:rFonts w:ascii="Times New Roman" w:hAnsi="Times New Roman" w:eastAsia="Times New Roman" w:cs="Times New Roman"/>
        </w:rPr>
        <w:t>1840 оны 8 дугаар сарын 11-нээс 1844 оны 10 дугаар сарын 22-ныг хүртэлх хугацаанд Харанхуйн эрин үеэс дуудагдан гарч, тэр үед Ромын охид болсон Протестант сүмүүдээс тусгаарлагдсан Миллерит Адвентизм нь шинээр гарч ирсэн газрын араатны дээрх жинхэнэ Протестант эвэр болсон юм. Петр Бурханы шинээр сонгогдсон тэр хүмүүсийн онцлог шинжийг нэгэн үндэстэн хэмээн тодорхойлдог.</w:t>
      </w:r>
    </w:p>
    <w:p>
      <w:pPr>
        <w:pStyle w:val="ArticleScripture"/>
        <w:jc w:val="left"/>
      </w:pPr>
      <w:r>
        <w:rPr>
          <w:rFonts w:ascii="Times New Roman" w:hAnsi="Times New Roman" w:eastAsia="Times New Roman" w:cs="Times New Roman"/>
        </w:rPr>
        <w:t>Харин та нар бол сонгогдсон үе, хааны санваартан, ариун үндэстэн, Түүний гайхамшигт гэрэл уруу та нарыг харанхуйгаас дуудсан Нэгэний алдрыг тунхаглахын тулд тусгаарлагдсан ард мөн; урьд цагт ард биш байсан боловч эдүгээ Бурханы ард болсон, өршөөл аваагүй байсан боловч эдүгээ өршөөл авсан юм. 1 Петр 2:9, 10.</w:t>
      </w:r>
    </w:p>
    <w:p>
      <w:pPr>
        <w:pStyle w:val="ArticleBody"/>
        <w:jc w:val="left"/>
      </w:pPr>
      <w:r>
        <w:rPr>
          <w:rFonts w:ascii="Times New Roman" w:hAnsi="Times New Roman" w:eastAsia="Times New Roman" w:cs="Times New Roman"/>
        </w:rPr>
        <w:t xml:space="preserve">2001 оны 9 дүгээр сарын 11 гэхэд Долоо дахь өдрийн Адвентист сүм нь өөрсдийн тэрс үзэлтэн хэмээн үзсэн хүмүүс рүү халдахдаа Америкийн Нэгдсэн Улсын засгийн газрын улс төрийн бүтцийг аль хэдийнэ, бас олонтаа ашиглаж байсан байв. 2001 оноос </w:t>
      </w:r>
      <w:r>
        <w:rPr>
          <w:rFonts w:ascii="Malgun Gothic" w:hAnsi="Malgun Gothic" w:eastAsia="Malgun Gothic" w:cs="Malgun Gothic"/>
        </w:rPr>
        <w:t>훨씬</w:t>
      </w:r>
      <w:r>
        <w:rPr>
          <w:rFonts w:ascii="Times New Roman" w:hAnsi="Times New Roman" w:eastAsia="Times New Roman" w:cs="Times New Roman"/>
        </w:rPr>
        <w:t xml:space="preserve"> өмнө Адвентистууд өөрсдийн тэрс үзэлтэн хэмээн үзсэн хүмүүс рүү довтлоход төрийн эрх мэдлийг ашиглахыг илэрхийлдэг Вавилоны онцгой дарснаас аль хэдийнэ амссан байсан юм.</w:t>
      </w:r>
    </w:p>
    <w:p>
      <w:pPr>
        <w:pStyle w:val="ArticleBody"/>
        <w:jc w:val="left"/>
      </w:pPr>
      <w:r>
        <w:rPr>
          <w:rFonts w:ascii="Times New Roman" w:hAnsi="Times New Roman" w:eastAsia="Times New Roman" w:cs="Times New Roman"/>
        </w:rPr>
        <w:t>Ефраим нь Иеробоамын тэрслэл болон Израилийн хойд хаант улсын бэлгэдэл бөгөөд Исаиа хорин наймдугаар бүлгээ Долоо дахь өдрийн Адвентист сүмийг Ефраимын согтуучууд хэмээн хандан эхэлдэг.</w:t>
      </w:r>
    </w:p>
    <w:p>
      <w:pPr>
        <w:pStyle w:val="ArticleScripture"/>
        <w:jc w:val="left"/>
      </w:pPr>
      <w:r>
        <w:rPr>
          <w:rFonts w:ascii="Times New Roman" w:hAnsi="Times New Roman" w:eastAsia="Times New Roman" w:cs="Times New Roman"/>
        </w:rPr>
        <w:t>Бардамналын титэм болсон, Ефраимын архичдад гаслан! Дарсанд дийлдсэн тэдний үржил шимт хөндийн толгой дээрх алдарт гоо үзэсгэлэн нь гандаж буй цэцэг ажээ! Үзэгтүн, Эзэнд хүчирхэг, чадалтай нэгэн бий; тэр нь мөндрийн шуурга, сүйтгэгч салхи мэт, үерлэн халих догшин усны үер мэт агаад, гараараа газарт хүчтэй шидэн унагана. Бардамналын титэм болох Ефраимын архичид хөлд талхлагдах болно. Үржил шимт хөндийн толгой дээрх тэрхүү алдарт гоо үзэсгэлэн нь гандаж буй цэцэг мэт, зуны өмнөх эрт боловсорсон жимс мэт байх болно; түүнийг харсан хүн, гартаа байхад нь л шууд залгиж орхидог билээ. Тэр өдөр түмэн цэргийн ЭЗЭН Өөрийн ард түмний үлдэгсдэд алдрын титэм, гоо үзэсгэлэнгийн өмсгөл титэм болж, шүүлт хийхээр суугчид шүүлтийн сүнс болж, тулалдааныг дааман хаалганд нь эргүүлэн буцаагчдад хүч чадал болно. Гэвч эд бас дарсаас болж төөрч, хүчтэй ундаанаас болж замаасаа хазайжээ; тахилч болон эш үзүүлэгч хүчтэй ундаанаас болж төөрчээ, тэд дарсанд автагдсан, хүчтэй ундаанаас болж замаасаа хазайсан; үзэгдэл дотор тэд эндэж, шүүлтэнд бүдэрдэг. Учир нь бүх ширээ бөөлжис ба бузар заваанаар дүүрсэн тул цэвэр газар үлдсэнгүй. Исаиа 28:1–8.</w:t>
      </w:r>
    </w:p>
    <w:p>
      <w:pPr>
        <w:pStyle w:val="ArticleBody"/>
        <w:jc w:val="left"/>
      </w:pPr>
      <w:r>
        <w:rPr>
          <w:rFonts w:ascii="Times New Roman" w:hAnsi="Times New Roman" w:eastAsia="Times New Roman" w:cs="Times New Roman"/>
        </w:rPr>
        <w:t>Гурав дахь гай гамшиг 2001 оны 9 дүгээр сарын 11-нд ирсэн бөгөөд энэ нь “Ефраимын архичдын” удирдлагыг төлөөлөх “титэм” дээр буусан юм. Энэ нь Мэрилэнд дэх сүмийн төв байранд түлшээр дүүрэн онгоцоор дайраагүй боловч гурав дахь гай гамшгийн Ислам ирсэн нь гурав дахь тэнгэр элчийн хожмын борооны мэдээний эхлэл байсан гэдгийг тэд таньж мэдэх чадваргүй байсныг тэмдэглэн харуулсан юм. Өөрсдийг нь тунхаглахаар босгогдсон хэмээн мэргэждэг тэрхүү мэдээ болон ажлын яг эхлэл нь тэр байсан юм. Тэд зөвхөн удирдлагыг төлөөлөх титэм гэж биш, харин “бардамналын титэм” гэж тодорхойлогддог бөгөөд ингэснээр Хабаккук номын хоёрдугаар бүлгийн маргаанд бий болсон, мөн бий болдог мөргөгчдийн хоёр бүлгийн нэгийг нь заан илэрхийлдэг. 2001 оны 9 дүгээр сарын 11-нд Хабаккукийн харуулууд хаалган дахь тулалдаанд өөрсдийн байр сууриа эзэлсэн юм.</w:t>
      </w:r>
    </w:p>
    <w:p>
      <w:pPr>
        <w:pStyle w:val="ArticleBody"/>
        <w:jc w:val="left"/>
      </w:pPr>
      <w:r>
        <w:rPr>
          <w:rFonts w:ascii="Times New Roman" w:hAnsi="Times New Roman" w:eastAsia="Times New Roman" w:cs="Times New Roman"/>
        </w:rPr>
        <w:t>Иерусалимын хаалганууд бол Иерусалимын ард түмний харилцаа, үйл ажиллагаа явагддаг газар юм. Хаалган дээрх тулалдаан нь Исаиагийн өмнөх бүлэгт зүүн салхины өдөрт (Исламын өдөрт) эхэлсэн “маргаан”-ыг төлөөлж байна. Тухайн эшлэл дэх Хабаккукийн мөргөгчдийн хоёр ангийг хоёр титмээр дүрсэлжээ. Тэр үед өөрсдийн тэрс үзэлтэн хэмээн үзсэн хүмүүсийн эсрэг маргаандаа ялахын тулд төрийн эрх мэдлийг аль хэдийн ашигласан Ефраимын архичдыг түмэн цэргийн ЭЗЭНий титэмтэй сөргүүлэн тавьжээ. Христ түмэн цэргийн ЭЗЭН хэмээн дүрслэгдэх үед энэ нь Түүний цэргийнхээ Удирдагчийн хувиарх ажлыг бэлгэддэг. Хаалган дээрх тулалдаан бол үнэн ба хуурамч теологийн талаарх маргаанаар илэрхийлэгдсэн дайн юм.</w:t>
      </w:r>
    </w:p>
    <w:p>
      <w:pPr>
        <w:pStyle w:val="ArticleBody"/>
        <w:jc w:val="left"/>
      </w:pPr>
      <w:r>
        <w:rPr>
          <w:rFonts w:ascii="Times New Roman" w:hAnsi="Times New Roman" w:eastAsia="Times New Roman" w:cs="Times New Roman"/>
        </w:rPr>
        <w:t>Ефраимын согтуу хүмүүсээр зөвхөн Ерөнхий Чуулганы удирдлагыг төлөөлүүлэн дүрсэлсэн бус, харин тахилч нар (пасторын үйлчлэл), мөн эш үзүүлэгчид (теологичид ба сурган хүмүүжүүлэгчид) ч мөн хүчтэй ундааны улмаас замаасаа хазайсан байна. Исаиа өөрийн эш үзүүллэгийн эхний эшлэлүүдэд өгүүлснээр, энэ нь бүхэлдээ сүм чуулганыг хамарч байна.</w:t>
      </w:r>
    </w:p>
    <w:p>
      <w:pPr>
        <w:pStyle w:val="ArticleScripture"/>
        <w:jc w:val="left"/>
      </w:pPr>
      <w:r>
        <w:rPr>
          <w:rFonts w:ascii="Times New Roman" w:hAnsi="Times New Roman" w:eastAsia="Times New Roman" w:cs="Times New Roman"/>
        </w:rPr>
        <w:t>Иудагийн хаад Уззиа, Иотам, Ахаз, Хезекиа нарын өдрүүдэд, Иуда ба Иерусалимын тухай Амозын хүү Исаиагийн үзсэн үзэгдэл. Тэнгэрүүд ээ, сонсогтун; газар дэлхий ээ, чих тавигтун. Учир нь ЭЗЭН айлдсан нь: Би хүүхдүүдийг тэжээн өсгөсөн, бойжуулсан, гэвч тэд Миний эсрэг тэрсэлжээ. Үхэр эзнээ танина, илжиг эзнийхээ тэжээлийн онгоцыг мэднэ. Харин Израиль мэдэхгүй, Миний ард түмэн ухаарахгүй байна. Хөөрхий нүгэлт үндэстэн, гэм буруугаар дарагдсан ард түмэн, бузар үйлдэгчдийн үр удам, завхаруулагч хүүхдүүд ээ! Тэд ЭЗЭНийг орхисон, Израилийн Ариуныг уурлуулсан, тэд арагш ухран оджээ. Та нарыг юунд дахин цохих ёстой гэж? Та нар улам бүр тэрслэх болно. Бүхэл толгой өвчилсөн, бүхэл зүрх суларсан байна. Исаиа 1:1–5.</w:t>
      </w:r>
    </w:p>
    <w:p>
      <w:pPr>
        <w:pStyle w:val="ArticleBody"/>
        <w:jc w:val="left"/>
      </w:pPr>
      <w:r>
        <w:rPr>
          <w:rFonts w:ascii="Times New Roman" w:hAnsi="Times New Roman" w:eastAsia="Times New Roman" w:cs="Times New Roman"/>
        </w:rPr>
        <w:t>Нүгэлт үндэстэн өвчилсөн бөгөөд түүний зүрх сэтгэл, оюун бодлыг өөрчлөх ямар нэгэн эмчилгээ хэрэгжүүлж болох хугацаа хэдийн өнгөрчээ. Исаиа архичид замаас гарсныг тодорхойлдог бөгөөд Иеремиа тэр замыг “эртний жимүүд” хэмээн нэрлэдэг. 2001 оны 9 дүгээр сарын 11-нд хожуугийн бороо орж эхэлсэн бөгөөд Иеремиа биднийг эртний жимүүдээр, өөрөөр хэлбэл архичдын гарсан тэр “зам”-аар явах үед хожуугийн борооны амралтыг олдгийг тодорхойлдог.</w:t>
      </w:r>
    </w:p>
    <w:p>
      <w:pPr>
        <w:pStyle w:val="ArticleScripture"/>
        <w:jc w:val="left"/>
      </w:pPr>
      <w:r>
        <w:rPr>
          <w:rFonts w:ascii="Times New Roman" w:hAnsi="Times New Roman" w:eastAsia="Times New Roman" w:cs="Times New Roman"/>
        </w:rPr>
        <w:t>ЭЗЭН ийнхүү айлдаж байна: Замууд дээр зогсож, харж, эртний жимүүдийн тухай асуу; сайн зам хаана байгааг мэдэж, түүгээр яв. Тэгвэл та нар сэтгэлүүддээ амгаланг олох болно. Харин тэд, Бид түүгээр явахгүй, гэжээ. Мөн Би та нарын дээр манаачдыг тавьж, Бүрээн дууг сонсогтун, хэмээсэн. Харин тэд, Бид сонсохгүй, гэжээ. Иймээс, үндэстнүүд ээ, сонсогтун; чуулган аа, тэдний дунд юу байгааг мэдэгтүн. Газар дэлхий ээ, сонсогтун: болгоогтун, тэд Миний үгсийг сонсоогүй, Миний хуулийг ч дагаагүй, харин түүнийг няцаасан тул Би энэ ард түмэн дээр гай гамшиг, өөрсдийнх нь бодлын үр жимсийг авчрах болно. Иеремиа 6:16–19.</w:t>
      </w:r>
    </w:p>
    <w:p>
      <w:pPr>
        <w:pStyle w:val="ArticleBody"/>
        <w:jc w:val="left"/>
      </w:pPr>
      <w:r>
        <w:rPr>
          <w:rFonts w:ascii="Times New Roman" w:hAnsi="Times New Roman" w:eastAsia="Times New Roman" w:cs="Times New Roman"/>
        </w:rPr>
        <w:t>Ефраимын согтууруулагсад 2001 оны 9 дүгээр сарын 11-нд замаасаа гарч, 1863 онд “хуучин жимүүд”-ийг няцаах үйл явцыг эхлүүлсэн үедээ “арагш эргэн холдсон” юм. Хожмын борооны амралт ба сэргэлт нь тэрхүү “хуучин жимүүд”-ээс олддог бөгөөд тэдний дээр “Гай” тунхаглагдсан яг тэр үед тэр бороо эхэлсэн билээ. Исламын гурав дахь “Гай” нь Ефраимын бардамналын титэмд танигдах аргагүй байв. Учир нь тэд эш үзүүллэг дэх Исламын үүргийг тодорхойлдог суурь үнэнүүдийг аажмаар няцаасаар ирсэн юм. Иеремиа тухайн үед Эзэн харуулуудыг босгосныг, тэдгээр нь Хабаккукийн харуулууд мөн болохыг тодорхойлдог бөгөөд тэд хаалган дээрх тулалдаанд Ефраимын согтууруулагсдад бүрээний дууг сонсох хэрэгтэйг тунхагласан. 2001 оны 9 дүгээр сарын 11-нд ирсэн гурав дахь “Гай” нь долоо дахь Бүрээ байлаа.</w:t>
      </w:r>
    </w:p>
    <w:p>
      <w:pPr>
        <w:pStyle w:val="ArticleBody"/>
        <w:jc w:val="left"/>
      </w:pPr>
      <w:r>
        <w:rPr>
          <w:rFonts w:ascii="Times New Roman" w:hAnsi="Times New Roman" w:eastAsia="Times New Roman" w:cs="Times New Roman"/>
        </w:rPr>
        <w:t>Исаиа: “Тэд архи, хүчтэй ундаанаас болж замаасаа хазайсан; тэд үзэгдэл дээр алдаж, шүүлтэнд бүдэрдэг. Учир нь бүх ширээ бөөлжис ба бузар заваанаар дүүрсэн тул цэвэр газар үлдээгүй” хэмээн тодорхойлдог. 1863 онд нэвтрүүлэгдэж, “долоон цаг”-ийг хассан бөгөөд түүнийг дагалдуулан тайлбарын хуудас шаардагдсан тэрхүү хуурамч ширээ нь Хабаккукийн хоёр ариун ширээний хуурамч орлуулгыг төлөөлдөг; харин эдгээр согтуу хүмүүсийн хэрэглэсэн хуурамч “ширээнүүд” нь бөөлжсөөр дүүрэн бөгөөд тэд үзэгдэл дээр алдаж байна. Хабаккук ба Иеремиагийн манаачдад арга зүйн мэтгэлцээний үед “үзэгдэл”-ийг “ширээнүүд” дээр бичихийг тушаасан боловч согтуу хүний хуурамч ширээнүүд нь алдаатай үзэгдлийг толилуулдаг.</w:t>
      </w:r>
    </w:p>
    <w:p>
      <w:pPr>
        <w:pStyle w:val="ArticleScripture"/>
        <w:jc w:val="left"/>
      </w:pPr>
      <w:r>
        <w:rPr>
          <w:rFonts w:ascii="Times New Roman" w:hAnsi="Times New Roman" w:eastAsia="Times New Roman" w:cs="Times New Roman"/>
        </w:rPr>
        <w:t>Үзэгдэл үгүй газар ард түмэн мөхдөг; харин хуулийг сахигч нь ерөөлтэй. Сургаалт үгс 29:18.</w:t>
      </w:r>
    </w:p>
    <w:p>
      <w:pPr>
        <w:pStyle w:val="ArticleBody"/>
        <w:jc w:val="left"/>
      </w:pPr>
      <w:r>
        <w:rPr>
          <w:rFonts w:ascii="Times New Roman" w:hAnsi="Times New Roman" w:eastAsia="Times New Roman" w:cs="Times New Roman"/>
        </w:rPr>
        <w:t>Ефраимын архичид Бурханы хуулийг няцаасан боловч, “маргаан”-ы, хаалганы тулалдааны нөхцөл байдал нь эхний болон гурав дахь тэнгэрэлчийн хөдөлгөөнд тогтоогдсон аргачлалаар төлөөлөгдөх Бурханы эш үзүүллэгийн хууль мөн. Исаиа хорин наймдугаар бүлгийн эхний найман эшлэлд энэ дүр зургийг тогтоосныхоо дараа, улмаар тэрээр хожмын бороо болох аргачлалыг тодорхойлж, архичдыг ялангуяа “Иерусалимд” “захирдаг” “дооглогч хүмүүс” хэмээн онцлон нэрлэдэг.</w:t>
      </w:r>
    </w:p>
    <w:p>
      <w:pPr>
        <w:pStyle w:val="ArticleScripture"/>
        <w:jc w:val="left"/>
      </w:pPr>
      <w:r>
        <w:rPr>
          <w:rFonts w:ascii="Times New Roman" w:hAnsi="Times New Roman" w:eastAsia="Times New Roman" w:cs="Times New Roman"/>
        </w:rPr>
        <w:t>Тэр хэнд мэдлэгийг заах билээ? Тэр хэнд сургаалыг ойлгуулах билээ? Сүүнээс гарсан, хөхнөөс холдсон хүмүүст ажээ. Учир нь тушаал дээр тушаал, тушаал дээр тушаал; мөр дээр мөр, мөр дээр мөр; энд жаахан, тэнд жаахан байх ёстой. Учир нь ээрч түгдэрсэн уруул болон өөр хэлээр Тэр энэ ард түмэнд айлдана. Тэдэнд Тэр, “Ядрагсдыг амрааж болох амралт нь энэ мөн; сэргээлт нь энэ мөн” гэж хэлсэн боловч, тэд сонсохыг хүссэнгүй. Харин ЭЗЭНий үг тэдэнд тушаал дээр тушаал, тушаал дээр тушаал; мөр дээр мөр, мөр дээр мөр; энд жаахан, тэнд жаахан байв; ингэснээр тэд явж, арагш унан, хэмх цохигдож, урхидагдан, баригдах ажээ. Тиймээс Иерусалимд буй энэ ард түмнийг захирдаг, доог тохуу хийдэг эрчүүд ээ, ЭЗЭНий үгийг сонсогтун. Учир нь та нар, “Бид үхэлтэй гэрээ байгуулсан, булштай тохиролцсон; хальж үерлэх ташуур дайран өнгөрөхөд тэр нь бидэнд хүрэхгүй. Учир нь бид худлыг өөрсдийн хоргодох газар болгож, хуурамчийн дор өөрсдийгөө нууцалсан” гэж хэлсэн. Тиймээс Эзэн БУРХАН ийнхүү айлдаж байна: “Харагтун, Би Сионд сууринд нь нэг чулуу, шалгагдсан чулуу, эрхэм үнэт булангийн чулуу, бат бэх суурийг тавьж байна. Итгэгч нь сандран яарахгүй. Шударга ёсыг Би хэмжих шугам болгож, зөвт байдлыг дүүжин тугалга болгоно. Мөндөр худлын хоргодох газрыг хаман арчиж, ус нуугдах газрыг үерт автуулна. Тэгээд та нарын үхэлтэй байгуулсан гэрээ хүчингүй болж, булштай хийсэн та нарын тохиролцоо тогтохгүй; хальж үерлэх ташуур дайран өнгөрөхөд та нар түүнд гишгэгдэн дарагдана.” Исаиа 28:9–18.</w:t>
      </w:r>
    </w:p>
    <w:p>
      <w:pPr>
        <w:pStyle w:val="ArticleBody"/>
        <w:jc w:val="left"/>
      </w:pPr>
      <w:r>
        <w:rPr>
          <w:rFonts w:ascii="Times New Roman" w:hAnsi="Times New Roman" w:eastAsia="Times New Roman" w:cs="Times New Roman"/>
        </w:rPr>
        <w:t>“Маргаан”-ыг энд “Тэр хэнд мэдлэг заах вэ? Тэр хэнд сургаалыг ойлгуулах вэ?” гэсэн үгээр тодорхойлжээ. “Хэнд” гэдэг нь боломжит суралцагчдад хандсан боловч, сэдэв нь мэдлэг болох сургаалыг ойлгох явдал юм. Даниелын номын лац тайлагдах үед мэдлэг арвиждаг бөгөөд энэ нь Бурханы Үгийн үнэнүүдийн талаарх ойлголт нэмэгдэж байгааг илэрхийлдэг. “Сургаал” гэдэг үг нь тодорхой нэгэн сэтгэлгээний тогтолцоо буюу мэдлэгийн цогцыг бүрдүүлдэг итгэл үнэмшил, зарчим, сургаал, эсвэл дүрэм журмын цогцыг хэлнэ. Библийн “сургаалууд”-ыг ойлгохын тулд тэрхүү мэдлэгийн цогцыг бүрдүүлэх библийн арга зүй зайлшгүй шаардлагатай.</w:t>
      </w:r>
    </w:p>
    <w:p>
      <w:pPr>
        <w:pStyle w:val="ArticleBody"/>
        <w:jc w:val="left"/>
      </w:pPr>
      <w:r>
        <w:rPr>
          <w:rFonts w:ascii="Times New Roman" w:hAnsi="Times New Roman" w:eastAsia="Times New Roman" w:cs="Times New Roman"/>
        </w:rPr>
        <w:t>Аргачлалыг “тушаалын дээр тушаал, тушаалын дээр тушаал; мөрийн дээр мөр, мөрийн дээр мөр; энд бага зэрэг, тэнд бага зэрэг” хэмээн тодорхойлдог. 2001 оны 9 дүгээр сарын 11-нийг гурав дахь “Гай”-гийн ирэлт мөн хэмээн тогтоосон тэрхүү аргачлал нь эхний “Гай”-гийн эш үзүүллэгийн шугамыг хоёр дахь “Гай”-гийн эш үзүүллэгийн шугамтай нэгтгэн авч үзэхэд тулгуурладаг бөгөөд ингэснээр гурав дахь “Гай”-гийн шугамын хоёр гэрчийг бүрдүүлдэг. Тэр аргачлал нь хоёр ангиллын мөргөгчдийг бий болгодог “маргаан”-ы шалгуур мөн. Учир нь “ЭЗЭНий үг тэдэнд тушаалын дээр тушаал, тушаалын дээр тушаал; мөрийн дээр мөр, мөрийн дээр мөр; энд бага зэрэг, тэнд бага зэрэг байв; ингэснээр тэд явж, арагш унан, хэмхэрч, урхидагдан, баригдах бөлгөө.”</w:t>
      </w:r>
    </w:p>
    <w:p>
      <w:pPr>
        <w:pStyle w:val="ArticleBody"/>
        <w:jc w:val="left"/>
      </w:pPr>
      <w:r>
        <w:rPr>
          <w:rFonts w:ascii="Times New Roman" w:hAnsi="Times New Roman" w:eastAsia="Times New Roman" w:cs="Times New Roman"/>
        </w:rPr>
        <w:t>Иерусалимыг захирдаг басамжлагч эрчүүдийн таван бүдрэлт нь таван мунхаг онгон бүсгүйг төлөөлдөг. Аргачлал нь илтээр сорилт мөн; учир нь Ефраимын согтуу хүмүүс Иеремиагийн эртний замуудыг няцааж, харуулуудын бүрээн анхааруулгыг сонсохоос татгалзан, хуурамч ширээнүүдийг бий болгож, үхэлтэй гэрээ байгуулсан бөгөөд яг тэр цагт хаалганы тулалдаанд түмэн цэргийн ЭЗЭНий титмийг өмсөгсөд амийн гэрээ байгуулж байв.</w:t>
      </w:r>
    </w:p>
    <w:p>
      <w:pPr>
        <w:pStyle w:val="ArticleBody"/>
        <w:jc w:val="left"/>
      </w:pPr>
      <w:r>
        <w:rPr>
          <w:rFonts w:ascii="Times New Roman" w:hAnsi="Times New Roman" w:eastAsia="Times New Roman" w:cs="Times New Roman"/>
        </w:rPr>
        <w:t>2001 оны 9 дүгээр сарын 11-нд амралт ба сэргээлт мөн болох хожмын бороо асгарч эхэлсэн бөгөөд нэг зуун дөчин дөрвөн мянгыг тамгалах ажил эхэлсэн. Энэ нь Ефраимын согтуу хүмүүсийн аргачлал болон Елиагийн элчээр төлөөлөгдсөн аргачлалын тухай маргааныг эхлүүлсэн. “Олон” нь согтуу хүмүүстэй хамт унах болно, харин сонгогдох цөөн нь ЭЗЭНийг хүлээгчид юм.</w:t>
      </w:r>
    </w:p>
    <w:p>
      <w:pPr>
        <w:pStyle w:val="ArticleScripture"/>
        <w:jc w:val="left"/>
      </w:pPr>
      <w:r>
        <w:rPr>
          <w:rFonts w:ascii="Times New Roman" w:hAnsi="Times New Roman" w:eastAsia="Times New Roman" w:cs="Times New Roman"/>
        </w:rPr>
        <w:t>Учир нь ЭЗЭН надад хүчирхэг мутраараа айлдаж, энэ ард түмний замаар явахгүй байхыг надад сургамжилж, ийн хэлэв: Энэ ард түмэн хэнд ч “Эвсэл” гэж хэлбэл, та нар “Эвсэл” гэж бүү хэл; тэдний айдсаас бүү ай, бүү эмээ. Түмэн цэргийн ЭЗЭНийг Өөрийг нь ариун хэмээн үзэгтүн; Тэр л та нарын айдас, Тэр л та нарын сүрдэл байг. Тэрээр ариун орон байх боловч, Израилийн хоёр гэрт бүдрэх чулуу, тээглэх хад болж, Иерусалимын оршин суугчдад урхи, занга болно. Тэдний дундаас олон нь бүдэрч, унаж, няцлагдаж, урхидагдан, баригдах болно. Гэрчлэлийг боож, хуулийг миний шавь нарын дунд лацдан батал. Би Иаковын гэрээс нүүрээ нуудаг ЭЗЭНийг хүлээж, Түүнд найдна. Исаиа 8:8–17.</w:t>
      </w:r>
    </w:p>
    <w:p>
      <w:pPr>
        <w:pStyle w:val="ArticleBody"/>
        <w:jc w:val="left"/>
      </w:pPr>
      <w:r>
        <w:rPr>
          <w:rFonts w:ascii="Times New Roman" w:hAnsi="Times New Roman" w:eastAsia="Times New Roman" w:cs="Times New Roman"/>
        </w:rPr>
        <w:t>Исаиа өөрийнхөө үгтэй гарцаагүй нийцэж байна; тийнхүү хорин наймдугаар бүлэгт бүдрэн унагсдын олонх нь наймдугаар бүлэгт бүдрэн унагсадтай адилхан юм. Наймдугаар бүлгээс бид тэдний уналт нь лацдан битүүмжлэх цаг үед тохиолддогийг олж хардаг бөгөөд тэр цаг үе 2001 оны 9 дүгээр сарын 11-нд эхэлсэн юм. Наймдугаар бүлгийн анхааруулга нь энэ ард түмний “зам”-аар бүү яв гэсэнд оршино; учир нь тэд бол хожмын борооны мэдээ байрладаг эртний жимүүдийн тухай Иеремиагийн замаар явахаас татгалзсан хүмүүс юм. Наймдугаар бүлэгт бүдэрч унагсад бол Вавилоны онцгой дарсыг төлөөлдөг холбоонд найддаг хүмүүс бөгөөд энэ нь тэрс үзэлтэн хэмээн тооцогдогсдыг эсэргүүцэх зорилгоор сүм ба төрийн холбоог илэрхийлдэг. Наймдугаар бүлэгт тэднийг бүдрүүлэх зүйл нь бүдрүүлэх чулуу бөгөөд энэ нь 1863 онд “барилгачид”-ын няцаасан Левит хорин зургаагийн “долоон удаа” хэмээх суурь үнэний хамгийн анхны няцаалтыг төлөөлдөг. Тэрхүү няцаалтаараа тэд Уильям Миллерт тэнгэрэлчүүдээр өгөгдсөн мэдээг няцаахын тулд тэрслүү Протестант арга зүй рүү буцсан юм.</w:t>
      </w:r>
    </w:p>
    <w:p>
      <w:pPr>
        <w:pStyle w:val="ArticleBody"/>
        <w:jc w:val="left"/>
      </w:pPr>
      <w:r>
        <w:rPr>
          <w:rFonts w:ascii="Times New Roman" w:hAnsi="Times New Roman" w:eastAsia="Times New Roman" w:cs="Times New Roman"/>
        </w:rPr>
        <w:t>Хорин наймдугаар бүлэгт чулууг няцааснаас үүдэн халин бялхах ташуурын шүүлт ирдэг бөгөөд энэ нь АНУ-д Ням гаргийн хуулиар эхэлж, дараа нь бүх дэлхийг бүрхэн урсах араатны тэмдгийн библийн бэлгэдэл мөн. Ням гаргийн хуулийн үед Адвентист сүмийн “үхэл” ба “там”-тай байгуулсан гэрээ арчигдан зайлуулагдах болно. Ефраимын архичдын үхэлтэй байгуулсан гэрээг арчин зайлуулах үед тэдний “худлын хоргодох газар” үгүй болно. “Худлын хоргодох газар”-ыг элч Паул хүчтэй төөрөгдөл авчирдаг худал хэмээн дүрсэлсэн бөгөөд Иерусалимыг захирдаг басамжлагч хүмүүст асгаруулдаг тэрхүү хүчтэй төөрөгдөл нь тэдний үнэнийг үзэн ядсаны хариу юм.</w:t>
      </w:r>
    </w:p>
    <w:p>
      <w:pPr>
        <w:pStyle w:val="ArticleScripture"/>
        <w:jc w:val="left"/>
      </w:pPr>
      <w:r>
        <w:rPr>
          <w:rFonts w:ascii="Times New Roman" w:hAnsi="Times New Roman" w:eastAsia="Times New Roman" w:cs="Times New Roman"/>
        </w:rPr>
        <w:t>Тэрхүү нэгэн нь Сатаны үйлчлэлийн дагуу, бүх хүч чадал, тэмдэг, худал гайхамшгуудын хамт, мөн мөхөгчдийн доторх зөвт бусын бүх мэхлэлтийн хамт ирнэ. Учир нь тэд аврагдахын тулд үнэний хайрыг хүлээн аваагүй ажээ. Иймийн тул Бурхан тэдэнд хүчтэй төөрөгдлийг илгээх болно, ингэснээр тэд худалд итгэх болно. Ингэснээр үнэнд итгээгүй, харин зөвт бус байдалд таашаал авсан тэд бүгд яллагдах болно. Харин Эзэнээр хайрлагдсан ах дүүс ээ, Бурхан та нарыг анхнаас нь Сүнсний ариусгал болон үнэнд итгэх итгэлээр дамжуулан авралд сонгосон тул бид та нарын төлөө Бурханд үргэлж талархал өргөх үүрэгтэй билээ. Тэрээр та нарыг бидний сайн мэдээгээр дамжуулан, бидний Эзэн Есүс Христийн алдрыг хүртэхэд дуудсан юм. Иймээс ах дүүс ээ, бат зогсож, үгээр ч бай, бидний захидлаар ч бай, та нарт заасан уламжлалуудыг баримтлагтун. 2 Тесалоник 2:9–15.</w:t>
      </w:r>
    </w:p>
    <w:p>
      <w:pPr>
        <w:pStyle w:val="ArticleBody"/>
        <w:jc w:val="left"/>
      </w:pPr>
      <w:r>
        <w:rPr>
          <w:rFonts w:ascii="Times New Roman" w:hAnsi="Times New Roman" w:eastAsia="Times New Roman" w:cs="Times New Roman"/>
        </w:rPr>
        <w:t>“Худлын хоргодох газар” нь “хүчтэй төөрөгдөл”-ийг төрүүлсэн бөгөөд эцэстээ удахгүй ирэх Ням гаргийн хуулийн шийтгэлийг авчирдаг. Элч Паул үнэнийг хайрладаггүй бүлгийг, мөн үнэнээр ариусгагдсан бүлгийг тодорхойлон хэлдэг бөгөөд ингэснээр Хабакукын хоёрдугаар бүлгийн маргаанд гарч буй хоёр бүлгийг эш татан зааж байна. Хорин есдүгээр бүлэгт Исаиа Ариел хэмээх үгийг давтан эхэлдэг бөгөөд энэ нь Иерусалимын өөр нэг нэр юм.</w:t>
      </w:r>
    </w:p>
    <w:p>
      <w:pPr>
        <w:pStyle w:val="ArticleScripture"/>
        <w:jc w:val="left"/>
      </w:pPr>
      <w:r>
        <w:rPr>
          <w:rFonts w:ascii="Times New Roman" w:hAnsi="Times New Roman" w:eastAsia="Times New Roman" w:cs="Times New Roman"/>
        </w:rPr>
        <w:t>Ариелд, Ариелд — Давидын оршин суусан хотод золгүй еэ! Жил дээр жилийг нэмэгтүн; тахилуудыг нядлаг. Исаиа 29:1.</w:t>
      </w:r>
    </w:p>
    <w:p>
      <w:pPr>
        <w:pStyle w:val="ArticleBody"/>
        <w:jc w:val="left"/>
      </w:pPr>
      <w:r>
        <w:rPr>
          <w:rFonts w:ascii="Times New Roman" w:hAnsi="Times New Roman" w:eastAsia="Times New Roman" w:cs="Times New Roman"/>
        </w:rPr>
        <w:t>“Ариел” (Иерусалим хот)-ийн бэлгэдэлт давталтыг дахин нэгэнтээ “гай” хэмээн буруушааж байна. “Жилээс жилд” тахилуудыг нядлах нь 1863 онд эхэлсэн аажим даамжирсан тэрслүү байдлыг илэрхийлнэ. Дараах эшлэлүүд Ням гаргийн хуулийн хямралын үед Долоо дахь өдрийн Адвентист сүм дээр хэрэгжих шүүлтийг тоймлон өгүүлдэг. Есдүгээр эшлэлд арга зүйн маргааныг онцлон тэмдэглэдэг нэгэн “гайхамшиг” тодорхойлогдсон байдаг бөгөөд үүний хамт Адвентизмын тэрслүү байдлыг Шөнө дундын Хашхирааны мэдээний нэг бүрэлдэхүүн хэмээн мөн илтгэдэг; энэ нь мөн эхний эшлэл дэх “Ариел”-ийн давталтаар дүрслэгдсэн хоёр дахь тэнгэрэлчтэй холбоотой юм.</w:t>
      </w:r>
    </w:p>
    <w:p>
      <w:pPr>
        <w:pStyle w:val="ArticleScripture"/>
        <w:jc w:val="left"/>
      </w:pPr>
      <w:r>
        <w:rPr>
          <w:rFonts w:ascii="Times New Roman" w:hAnsi="Times New Roman" w:eastAsia="Times New Roman" w:cs="Times New Roman"/>
        </w:rPr>
        <w:t>Өөрсдөө зогтож, гайхагтун; хашхирч, хашхирцгаа: тэд дарснаас болж согтсон биш, хатуу ундаанаас болж ганхсан биш. Учир нь ЭЗЭН та нарын дээр гүн нойрны сүнсийг асгаж, та нарын нүдийг анив; эш үзүүлэгчид болон та нарын захирагчид, үзмэрчдийг Тэр бүрхжээ. Бүх үзэгдэл та нарт лацдсан номын үгс мэт болсон бөгөөд хүмүүс түүнийг эрдэмтэй нэгэнд өгч, “Үүнийг уншаач гэж гуйя” гэхэд, тэрээр “Би чадахгүй; учир нь лацдсан байна” гэдэг. Тэгээд тэр номыг бичиг үсэг мэдэхгүй нэгэнд өгч, “Үүнийг уншаач гэж гуйя” гэхэд, тэрээр “Би бичиг үсэг мэдэхгүй” гэдэг. Тиймээс ЭЗЭН айлдсан нь: “Энэ ард түмэн амаараа Над уруу ойртож, уруулаараа Намайг хүндэтгэвч, зүрх сэтгэлээ Надаас холдуулсан бөгөөд Надаас эмээх тэдний айдас нь хүний сургаалын тушаалаар заалгагдсан тул, тиймийн учир, болгоогтун, Би энэ ард түмний дунд гайхамшигт үйлс, үнэхээр гайхамшиг ба бахдал төрүүлэм зүйлийг үйлдэх болно; учир нь тэдний мэргэн хүмүүсийн мэргэн ухаан мөхөж, тэдний ухаалаг хүмүүсийн ойлголт далдлагдана.” Исаиа 29:9–14.</w:t>
      </w:r>
    </w:p>
    <w:p>
      <w:pPr>
        <w:pStyle w:val="ArticleBody"/>
        <w:jc w:val="left"/>
      </w:pPr>
      <w:r>
        <w:rPr>
          <w:rFonts w:ascii="Times New Roman" w:hAnsi="Times New Roman" w:eastAsia="Times New Roman" w:cs="Times New Roman"/>
        </w:rPr>
        <w:t>Хорин долоодугаар бүлэгт тэмдэглэгдэн үлдсэн тэрхүү “маргаанд”, өөрөөр хэлбэл зөв аргачлал ба хуурамч аргачлалын хоорондох мэтгэлцээнийг төлөөлдөг тэрхүү үйл явдалд, Иерусалимыг захирч буй басамжлагч хүмүүсийн согтолт нь лацадсан номыг ойлгохоос Адвентизмын удирдлагыг саатуулдаг сохрол хэмээн тодорхойлогдсон байдаг. Даниел ба Илчлэл номууд нь нэгэн ижил ном мөн бөгөөд шалгалтын хугацаа хаагдахын яг өмнө лац нь тайлагддаг тэр хэсэг нь Есүс Христийн Илчлэл юм. Үүнд “долоон дотроос гарч ирсэн найм дахь”-ын нууцлаг оньсого багтдаг. Энэ нь хоёрдугаар бүлэгт ойлгохоор Даниелд өгөгдсөн “нууц”-аар төлөөлөгддөг. Энэ нь Долоон Аянгын “далд түүх” мөн. Энэ нь гурав дахь “Гай” болох Исламын тухай мэдээ, мөн “Шөнө дундын Хашхираан”-ы мэдээ юм.</w:t>
      </w:r>
    </w:p>
    <w:p>
      <w:pPr>
        <w:pStyle w:val="ArticleBody"/>
        <w:jc w:val="left"/>
      </w:pPr>
      <w:r>
        <w:rPr>
          <w:rFonts w:ascii="Times New Roman" w:hAnsi="Times New Roman" w:eastAsia="Times New Roman" w:cs="Times New Roman"/>
        </w:rPr>
        <w:t>Даниел ба Илчлэлт хэмээх нэгэн ном нь Христийн өдрүүдэд Синедрионоор төлөөлөгдсөн хүмүүст өгөгдсөн бөгөөд тэд Бурханы үнэнийг сахин хамгаалж, өмгөөлөн хамгаалдаг хэмээн тунхагладаг атлаа эцэст нь Үнэний Өөрийнх нь цовдлолтод оролцдог удирдлагын тогтолцоог бэлгэддэг. Синедрионоор хэвшин төлөөлөгдсөн тэрхүү тогтолцоо нь Иерусалимыг захирдаг дооглогч хүмүүс мөн. Тамгатай тэр ном тэдэнд өгөгддөг бөгөөд тэр номын утга юу болох талаар тэдний ялгарсан, боловсролтой, эрдэм шинжилгээний өнгө аястай хариулт нь: тэд түүнийг уншиж чаддаггүй, учир нь тэр нь тамгатай юм. Дараа нь зөвхөн удирдагчаар тусгаарлагдан тавигдсан хүмүүсийг дагаж явахаар сургасан сүрэгт мөнөөх адил ном өгөгдөхөд, тэдний хариулт нь: Иерусалимыг захирдаг дооглогч хүмүүс, эцсийн өдрүүдийн Синедрион, энэ нь юу гэсэн утгатайг тэдэнд хэлж өгвөл л тэд үүнийг ойлгоно, гэсэн байдаг.</w:t>
      </w:r>
    </w:p>
    <w:p>
      <w:pPr>
        <w:pStyle w:val="ArticleBody"/>
        <w:jc w:val="left"/>
      </w:pPr>
      <w:r>
        <w:rPr>
          <w:rFonts w:ascii="Times New Roman" w:hAnsi="Times New Roman" w:eastAsia="Times New Roman" w:cs="Times New Roman"/>
        </w:rPr>
        <w:t>Уильям Миллерт, дараа нь Future for America-д өгөгдсөн аргачлал нь эш үзүүллэгийн түүхэн дэх нэгэн waymark мөн. Энэ нь амь ба үхлийн сорилтын асуултыг тодорхойлон заадаг нэгэн waymark юм. Зөв аргачлалгүйгээр хожмын борооны мэдээ нь “битүүмжилсэн номын үгс мэт” байдаг. Хожмын борооны мэдээгүйгээр тэрхүү мэдээнээс бий болдог туршлагыг олж авах боломжгүй. Тэр аргачлал нь энд Библиэс, тэнд Библиэс эш үзүүллэгийн шугам дээр эш үзүүллэгийн шугамыг авчран тулгах үйл явц юм. Аргачлалын талаарх маргаан анхны мэдээ хүчжүүлэгдсэн үед, эцсийн өдрүүдийн эхлэл ба төгсгөлийн түүхүүдэд хоёуланд нь эхэлсэн.</w:t>
      </w:r>
    </w:p>
    <w:p>
      <w:pPr>
        <w:pStyle w:val="ArticleBody"/>
        <w:jc w:val="left"/>
      </w:pPr>
      <w:r>
        <w:rPr>
          <w:rFonts w:ascii="Times New Roman" w:hAnsi="Times New Roman" w:eastAsia="Times New Roman" w:cs="Times New Roman"/>
        </w:rPr>
        <w:t>Миллерит хөдөлгөөний түүхийн эхэнд маргаан 1840 оны 8 дугаар сарын 11-нд эхэлсэн бөгөөд Филаделфи маягийн Миллерит хөдөлгөөн Лаодикей маягийн Миллерит хөдөлгөөнд шилжин орсон тэр цаг хугацааны төгсгөлд дахин давтагдсан юм. Энэхүү маргаан гурав дахь тэнгэрэлчийн Лаодикей хөдөлгөөний түүхэнд 2001 оны 9 дүгээр сарын 11-нд дахин эхэлсэн бөгөөд гурав дахь тэнгэрэлчийн Лаодикей хөдөлгөөн нэг зуун дөчин дөрвөн мянгын Филаделфи хөдөлгөөнд шилжин орсон тэр хөдөлгөөний төгсгөлд мөн давтагддаг. Миллеритүүдийн эхний шалгалтад, мөн Миллеритүүдийн төгсгөлийн шалгалтад, тэрхүү шалгалт Елиа элчийн аргачлалаар төлөөлөгдөн илэрхийлэгдсэн. Есүс Альфа ба Омега болохын хувьд төгсгөлийг эхлэлээр үргэлж дүрслэн үзүүлдэг.</w:t>
      </w:r>
    </w:p>
    <w:p>
      <w:pPr>
        <w:pStyle w:val="ArticleBody"/>
        <w:jc w:val="left"/>
      </w:pPr>
      <w:r>
        <w:rPr>
          <w:rFonts w:ascii="Times New Roman" w:hAnsi="Times New Roman" w:eastAsia="Times New Roman" w:cs="Times New Roman"/>
        </w:rPr>
        <w:t>Шугам дээр шугам нэмэн авчрах энэхүү аргачлалыг бид дараагийн өгүүлэлд Даниелын дөрөв, тавдугаар бүлгүүдийг авч үзэхдээ одоо хэрэглэх болно.</w:t>
      </w:r>
    </w:p>
    <w:p>
      <w:pPr>
        <w:pStyle w:val="ArticleScripture"/>
        <w:jc w:val="left"/>
      </w:pPr>
      <w:r>
        <w:rPr>
          <w:rFonts w:ascii="Times New Roman" w:hAnsi="Times New Roman" w:eastAsia="Times New Roman" w:cs="Times New Roman"/>
        </w:rPr>
        <w:t>“Христ хэзээ ирэх, эсвэл ирэхгүй байх хугацааг тогтоон хэлэх жинхэнэ мэдээ хэнд ч үгүй. Христ Өөрийн ирэлтийг таван жил, арван жил, эсвэл хорин жилээр хойшлуулж байна гэж хэлэх эрх мэдлийг Бурхан хэнд ч өгдөггүй гэдэгт итгэлтэй байгтун. ‘Та нар ч мөн бэлэн байгтун; учир нь та нарын санахгүй цагт Хүний Хүү ирнэ’ (Матай 24:44). Энэ бол бидний мэдээ, тэнгэрийн дунд нисэж буй гурван тэнгэрэлчийн тунхаглаж буй яг тэрхүү мэдээ мөн. Одоо хийх ёстой ажил бол унасан дэлхийд өршөөлийн энэ эцсийн мэдээг дуурсгах явдал юм. Тэнгэрээс шинэ амь ирж, Бурханы бүх ард түмнийг эзэмдэн авч байна. Гэвч сүмд хуваагдал гарч ирнэ. Хоёр тал бий болно. Ургац хураалт хүртэл буудай ба зэрлэг өвс хамтдаа ургана.</w:t>
      </w:r>
    </w:p>
    <w:p>
      <w:pPr>
        <w:pStyle w:val="ArticleScripture"/>
        <w:jc w:val="left"/>
      </w:pPr>
      <w:r>
        <w:rPr>
          <w:rFonts w:ascii="Times New Roman" w:hAnsi="Times New Roman" w:eastAsia="Times New Roman" w:cs="Times New Roman"/>
        </w:rPr>
        <w:t>“Эцсийн цагийн яг төгсгөл хүртэл энэ ажил улам гүнзгийрч, улам чин сэтгэлийнх болно. Бурхантай хамтран зүтгэгчид бүгд ариун хүмүүст нэгэнт уламжлагдан өгөгдсөн итгэлийн төлөө хамгийн чин сэтгэлээсээ тэмцэх болно. Тэд одоо газрын дэлхийг Өөрийн алдраар аль хэдийн гэрэлтүүлж буй өнөөгийн мэдээнээс эргэж буцахгүй. Бурханы алдраас өөр тэмцэх үнэ цэнтэй зүйл үгүй. Бат зогсох цорын ганц хад бол Мөнхийн Хад мөн. Есүст буйгаар орших үнэн бол энэ төөрөгдлийн өдрүүдэд хоргодох газар мөн.…”</w:t>
      </w:r>
    </w:p>
    <w:p>
      <w:pPr>
        <w:pStyle w:val="ArticleScripture"/>
        <w:jc w:val="left"/>
      </w:pPr>
      <w:r>
        <w:rPr>
          <w:rFonts w:ascii="Times New Roman" w:hAnsi="Times New Roman" w:eastAsia="Times New Roman" w:cs="Times New Roman"/>
        </w:rPr>
        <w:t>“Зөгнөл мөр мөрөөрөө биелсээр ирсэн. Бид гурав дахь тэнгэрэлчийн мэдээний тугийн дор улам бат зогсох тусам Даниелын зөгнөлийг улам тодорхой ойлгох болно; учир нь Илчлэлт бол Даниелын нэмэлт билээ. Бурханд ариусгагдсан зарц нараар дамжуулан Ариун Сүнсний толилуулсан гэрлийг бид хэдий чинээ бүрэн хүлээн авна, төдий чинээ эртний зөгнөлийн үнэнүүд мөнхийн хаан ширээний адил гүн бат бөгөөд гарцаагүйгээр үзэгдэх болно; бид Бурханы хүмүүс Ариун Сүнсээр хөдөлгөгдөн ярьсан гэдэгт итгэлтэй болно. Хүмүүс өөрсдөө Ариун Сүнсний нөлөөн дор байх ёстой, тэгж байж эш үзүүлэгчдээр дамжин өгүүлсэн Сүнсний айлдваруудыг ойлгоно. Эдгээр мэдээнүүд нь зөгнөлүүдийг айлдсан хүмүүст зориулан өгөгдөөгүй, харин тэдгээрийн биеллийн үйл явдлуудын дунд амьдарч буй бидэнд өгөгдсөн юм.”</w:t>
      </w:r>
    </w:p>
    <w:p>
      <w:pPr>
        <w:pStyle w:val="ArticleScripture"/>
        <w:jc w:val="left"/>
      </w:pPr>
      <w:r>
        <w:rPr>
          <w:rFonts w:ascii="Times New Roman" w:hAnsi="Times New Roman" w:eastAsia="Times New Roman" w:cs="Times New Roman"/>
        </w:rPr>
        <w:t>“Эзэн надад энэ ажлыг хий хэмээн өгөөгүйсэн бол, би эдгээрийг танилцуулж чадна гэж өөртөө итгэхгүй байх байсан. Таныхаас гадна, нэг юм уу хоёрхноор хязгаарлагдахгүй, тантай адил шинэ гэрэлтэй гэж боддог бөгөөд түүнийгээ ард түмэнд танилцуулахад бүрэн бэлэн бусад хүмүүс ч бий. Харин тэд аль хэдийн өгөгдсөн гэрлийг хүлээн авч, түүний дотор алхаж, мөн олон жилийн турш Бурханы ард түмний баримталсаар ирсэн байр суурийг дэмждэг Судрууд дээр итгэлээ үндэслэвэл, энэ нь Бурханд тааламжтай байх болно. Мөнхийн сайн мэдээг хүн төрөлхтний төлөөлөгчдөөр тунхаглах ёстой. Бид тэнгэрийн дунд нисэж буйгаар дүрслэгдсэн тэнгэрэлчүүдийн мэдээг, унасан ертөнцөд өгөгдөх сүүлчийн сануулгын хамт цуурайтуулах ёстой. Хэрэв бид эш үзүүлэхээр дуудагдаагүй ч, эш үзүүллэгүүдэд итгэхээр дуудагдсан бөгөөд бусдын оюун санаанд гэрэл өгөх хэрэгт Бурхантай хамтран ажиллах ёстой. Бид яг үүнийг хийхийг хичээж байна.”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Гурав</dc:title>
  <dc:subject>Доромжлогч хүмүүс</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