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Гучдугаар Дугаар</w:t>
      </w:r>
    </w:p>
    <w:p>
      <w:pPr>
        <w:pStyle w:val="ArticleSubtitle"/>
        <w:jc w:val="left"/>
      </w:pPr>
      <w:r>
        <w:rPr>
          <w:rFonts w:ascii="Arial" w:hAnsi="Arial" w:eastAsia="Arial" w:cs="Arial"/>
        </w:rPr>
        <w:t>Айдсын Цаг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Белшазарын аймшигт бичээсээс эмээсэн айдас нь зөвхөн түүний үхэл болон Библийн эш үзүүллийн зургаа дахь хаанчлалын төгсгөлийг бус, мөн эш үзүүлгийн түүхэнд газар дэлхийн хаадын зүрхэнд айдас ноёрхох тэр мөчийг ч хамарч байна. Тэдний айдас нь Исламын “зүүн салхи”-аас үүдэн гардаг. Тэдний айдас нь төрөхөөр өвдөж буй эмэгтэй мэт бөгөөд ийнхүү улам бүр нэмэгдэн хүчтэй болж, улам бүр түргэн давтамжтай ирдэг зовлонг илтгэнэ. Айдас нь Белшазарын найрын “цаг”-т эхэлдэг боловч анх 2001 оны 9 дүгээр сарын 11-нд ирсэн юм. Тэр үеэс эхлэн нэг зуун дөчин дөрвөн мянгыг тамгалж буй хугацаанд салхинуудыг барьж буй дөрвөн тэнгэрэлчийн гараас салхинууд алгуурхан мултарч эхэлдэг. Езекиелын тодорхойлсон Тирийн талаарх гашуудал нь эш үзүүлгийн асуултыг тавин Тирийг тодорхойлдог: “Тэнгисийн дунд сүйрсэнтэй адил, Тиртэй адил хот юу байна вэ?”</w:t>
      </w:r>
    </w:p>
    <w:p>
      <w:pPr>
        <w:pStyle w:val="ArticleScripture"/>
        <w:jc w:val="left"/>
      </w:pPr>
      <w:r>
        <w:rPr>
          <w:rFonts w:ascii="Times New Roman" w:hAnsi="Times New Roman" w:eastAsia="Times New Roman" w:cs="Times New Roman"/>
        </w:rPr>
        <w:t>Таршишийн хөлөг онгоцнууд чиний зах зээлд чамайг магтан дуулж байв; чи дүүрэн болж, тэнгисүүдийн дунд асар их сүр жавхлантай болсон билээ. Чиний сэлүүрчид чамайг их усанд хүргэсэн; зүүн салхи тэнгисүүдийн дунд чамайг сүйрүүлжээ. Чиний баялаг, чиний худалдааны яармаг, чиний арилжаа, чиний далайчид, чиний жолоодогчид, чиний ан цав бөглөгчид, чиний худалдаанд оролцогчид, чиний дотор буй бүх дайчид, мөн чиний дунд буй бүх чуулган чинь чиний мөхлийн өдөр тэнгисүүдийн дунд унана. Чиний жолоодогчдын хашхирах дуунаар захын суурингууд чичирнэ. Сэлүүр баригчид бүгд, далайчид, мөн тэнгисийн бүх жолоодогчид хөлөг онгоцнуудаасаа бууж, газар дээр зогсоно. Тэд чиний эсрэг дуу хоолойгоо өргөж, гашуунаар уйлж, толгой дээрээ тоос шороо цацан, үнсэн дунд өнхөрнө. Тэд чиний төлөө толгойгоо бүрмөсөн халцалж, таар нөмөрч, зүрхний гашуунаар, гашуун гашуудлаар чиний төлөө уйлна. Тэд гашуудлынхаа дунд чиний тухай гашуудлын дуу өргөж, чамайг харуусан өгүүлж: Тэнгисийн дунд сүйдсэн Тир шиг хот хаана байна вэ? гэж хэлнэ. Чиний бараа тэнгисүүдээс гарч явахад чи олон ардыг хангаж байсан; чи өөрийн баялгийн болон арилжааныхаа элбэг дэлбэгээр газрын хаадыг баяжуулсан. Усны гүн дэх тэнгисүүдэд чи хэмх цохигдох цагт чиний арилжаа болон чиний дунд буй бүх чуулган чинь унана. Арлуудын бүх оршин суугчид чамаас болж мэл гайхаж, тэдний хаад маш ихээр айж, царай төрх нь түгшинэ. Ард түмнүүдийн дундах худалдаачид чамайг шоолон исгэрнэ; чи аймшиг болж, үүрд байхгүй болно. Езекиел 27:25–36.</w:t>
      </w:r>
    </w:p>
    <w:p>
      <w:pPr>
        <w:pStyle w:val="ArticleBody"/>
        <w:jc w:val="left"/>
      </w:pPr>
      <w:r>
        <w:rPr>
          <w:rFonts w:ascii="Times New Roman" w:hAnsi="Times New Roman" w:eastAsia="Times New Roman" w:cs="Times New Roman"/>
        </w:rPr>
        <w:t>Тирус бол дэлхийн худалдаачид гашуунаар уйлан гашуудаж, дараа нь “Тирустай адил хот юу байна вэ?” хэмээн асуудаг тэр хот, эсвэл хаанчлал мөн. Тэд үүнийг тэр хот далайд сүйрч буй “цагт” хэлдэг. Илчлэлт номын арван наймдугаар бүлэгт, газрын хаадтай садарлан завхайрсан Тирийн янхан, өөрөөр хэлбэл Ромын янхан нь нэг цагийн дотор, нэг өдрийн дотор шүүлт нь ирдэг тэр агуу хот мөн хэмээн тодорхойлогддог. Тэр бол уйлан гашуудаж буй хаад болон худалдаачдын амнаас эш үзүүллэгийн тэр асуултыг гаргадаг хот мөн.</w:t>
      </w:r>
    </w:p>
    <w:p>
      <w:pPr>
        <w:pStyle w:val="ArticleScripture"/>
        <w:jc w:val="left"/>
      </w:pPr>
      <w:r>
        <w:rPr>
          <w:rFonts w:ascii="Times New Roman" w:hAnsi="Times New Roman" w:eastAsia="Times New Roman" w:cs="Times New Roman"/>
        </w:rPr>
        <w:t>Тиймээс түүний гай гамшгууд нэг өдөрт ирнэ: үхэл, уй гашуу, өлсгөлөн; мөн тэрээр галаар бүрэн шатаагдана. Учир нь түүнийг шүүдэг Эзэн Бурхан хүчирхэг билээ. Түүнтэй садарлан, тансаглан амьдарсан газрын хаад түүний шатаж буй утааг харахдаа түүний төлөө гашуудан, уйлан хайлах болно. Тэд түүний тарчлалын айдсаас болж хол зогсон: Халаг, халаг, агуу хот Вавилон, хүчирхэг хот оо! Учир нь чиний шүүлт нэгхэн цагийн дотор ирлээ хэмээнэ. Газрын худалдаачид ч түүний төлөө уйлж, гашуудна. Учир нь тэдний бараа таваарыг цаашид хэн ч худалдаж авахгүй: алт, мөнгө, үнэт чулуу, сувд, нарийн маалинган бөс, нил ягаан, торго, час улаан эдлэл, анхилуун мод бүр, зааны ясаар хийсэн элдэв сав суулга, хамгийн үнэт модоор, гууль, төмөр, гантигаар хийсэн элдэв сав суулга, шанцай, анхилуун үнэртнүүд, тосон түрхлэгүүд, хүж, дарс, тос, нарийн гурил, буудай, мал, хонь, морь, тэрэг, боолууд, хүний амь сүнс хүртэл. Чиний сэтгэлийн шунан хүссэн үр жимс чамаас холдон оджээ; тансаг, сүр жавхлантай бүхэн чамаас зайлан одсон бөгөөд чи тэдгээрийг дахин хэзээ ч олохгүй. Эдгээр зүйлсийн худалдаачид, түүнээс болж баяжсан хүмүүс, түүний тарчлалын айдсаас болж хол зогсон, уйлж, гашуудан: Халаг, халаг, нарийн маалинган бөс, нил ягаан, час улаанаар хувцаслаж, алт, үнэт чулуу, сувдаар чимэглэгдсэн агуу хот оо! Учир нь ийм их эд баялаг нэгхэн цагийн дотор юу ч үгүй болов хэмээнэ. Усан онгоцны ахмад бүр, хөлөг онгоцоор зорчигчид бүгд, усан цэргүүд, тэнгисээр арилжаа эрхэлдэг бүхэн хол зогсон, түүний шатаж буй утааг хараад: Энэ агуу хоттой адил хот хаана байна вэ? хэмээн хашхирна. Тэд толгой дээрээ тоос цацан, уйлж, гашуудан: Халаг, халаг, агуу хот оо! Түүний үнэт тансаг байдлын улмаас тэнгист хөлөг онгоцтой байсан бүх хүн баяжсан билээ. Учир нь тэр нэгхэн цагийн дотор эзгүйрэн сүйрчээ хэмээн хашхирна. Илчлэлт 18:8–19.</w:t>
      </w:r>
    </w:p>
    <w:p>
      <w:pPr>
        <w:pStyle w:val="ArticleBody"/>
        <w:jc w:val="left"/>
      </w:pPr>
      <w:r>
        <w:rPr>
          <w:rFonts w:ascii="Times New Roman" w:hAnsi="Times New Roman" w:eastAsia="Times New Roman" w:cs="Times New Roman"/>
        </w:rPr>
        <w:t>Есүс Христийн Илчлэлийн тамга тайлагдах нь Шөнө дундын Хашхирааны мэдээг багтаадаг. Тэрхүү мэдээ нь Езекиелийн гучин долоодугаар бүлгийн хоёр дахь эш үзүүллэг бөгөөд гудамжинд гурван өдөр хагасын турш хэвтсэн үхсэн хуурай яснуудыг амилуулж, хүчирхэг их цэрэг болгодог. Тэрхүү мэдээ нь Ням гаргийг албадан мөрдүүлэхийн төлөө Америкийн Нэгдсэн Улсад гүйцэтгэх шүүлтийг авчруулахын тулд Эзэн Исламыг хэрэглэдэг гэсэн үнэнийг багтаасан мэдээ мөн. Тэрхүү шүүлт нь агуу газар хөдлөлтийн “цаг”-т ирдэг бөгөөд тэр “цаг” нь мөн Белшазарын ханан дээр бичиг гарч ирсэн “цаг” юм. Тэр бичиг нь айдсыг төрүүлсэн бөгөөд дэлхий ертөнцийн эдийн засгийн бүтэц Исламын “зүүн салхи”-аар нураагдах үед бүх хаад ба худалдаачдыг айдас эзэмдэн авсныг үүгээр дүрсэлдэг; тэд Белшазарын хаант улсад анхааралгүй орхигдсон өмнөд доод “хана”-аар нууцаар шурган орсон билээ.</w:t>
      </w:r>
    </w:p>
    <w:p>
      <w:pPr>
        <w:pStyle w:val="ArticleBody"/>
        <w:jc w:val="left"/>
      </w:pPr>
      <w:r>
        <w:rPr>
          <w:rFonts w:ascii="Times New Roman" w:hAnsi="Times New Roman" w:eastAsia="Times New Roman" w:cs="Times New Roman"/>
        </w:rPr>
        <w:t>Хаад, худалдаачдын гашуудан “энэ агуу хоттой адил хот гэж юу байх билээ?” хэмээн асуудаг тэрхүү “хот” буюу хаанчлал нь Тирийн янхны хаанчлал бөгөөд тэр эмэгтэй яг тэр хаадтайгаа дууллаа дуулж, садарлан завхайрч байдаг. Бүх эш үзүүлэгчид ертөнцийн төгсгөлийн тухай өгүүлдэг бөгөөд тэд бие биетэйгээ санал нийлдэг; тиймээс Езекиелийн худалдаачид нь Илчлэлт номын арван наймдугаар бүлэгт гардаг худалдаачид мөн юм. Илчлэлт номын арван наймдугаар бүлэгт тэд “халаг, халаг” хэмээн гурвантаа гашууддаг бөгөөд агуу хот, түүнчлэн дэлхий ертөнцийн санхүүгийн бүтэц нуран унах үед тийнхүү уйлалддаг. Тухайн эшлэлд “халаг” гэж орчуулсан грек үг нь Илчлэлт номын наймдугаар бүлгийн арван гуравдугаар зүйлд мөн адил гурвантаа орсон яг тэр үг бөгөөд тэнд өөр англи үгээр орчуулагдсан байдаг.</w:t>
      </w:r>
    </w:p>
    <w:p>
      <w:pPr>
        <w:pStyle w:val="ArticleScripture"/>
        <w:jc w:val="left"/>
      </w:pPr>
      <w:r>
        <w:rPr>
          <w:rFonts w:ascii="Times New Roman" w:hAnsi="Times New Roman" w:eastAsia="Times New Roman" w:cs="Times New Roman"/>
        </w:rPr>
        <w:t>Тэгээд би хараад, тэнгэрийн дунд нэгэн тэнгэрэлч нисэн, чанга дуугаар: Үлээх гэж буй гурван тэнгэрэлчийн бүрээний бусад дуу хоолойн улмаас газрын оршин суугчдад гай, гай, гай болох нь! хэмээн хэлж байхыг сонслоо. Илчлэлт 8:13.</w:t>
      </w:r>
    </w:p>
    <w:p>
      <w:pPr>
        <w:pStyle w:val="ArticleBody"/>
        <w:jc w:val="left"/>
      </w:pPr>
      <w:r>
        <w:rPr>
          <w:rFonts w:ascii="Times New Roman" w:hAnsi="Times New Roman" w:eastAsia="Times New Roman" w:cs="Times New Roman"/>
        </w:rPr>
        <w:t>Хаад ба худалдаачид дэлхийн эдийн засгийн сүйрлийг “харамсалтай, харамсалтай” хэмээх үгээр гашуудан уйлж байгаа бөгөөд энэ нь “гай, гай” гэсэн утгатай; харин “Гай” нь Исламын бэлгэдэл юм. Ханан дээрх бичээс үзэгдэхэд Белшаццар болон түүний ноёдыг эзэмддэг айдас нь дэлхий ертөнцийн эдийн засгийн бүтэц Исламын тасралтгүй довтолгоонуудын улмаас сүйрэхэд төрдөг айдас бөгөөд Бурхан түүнийг Өөрийн урьдчилан захирах хэрэгсэл болгон ашиглаж, Вавилоны дарсыг, өөрөөр хэлбэл Ням гаргийн сахилгыг уудаг хүмүүсийн дээр Өөрийн гүйцэтгэх шүүлтийг авчирдаг. Энэ үнэн бол Исаиа хорин гурав дахь бүлгийн “Тир” хэмээх янхны тухай “эшлэл”-ийн сэдэв мөн.</w:t>
      </w:r>
    </w:p>
    <w:p>
      <w:pPr>
        <w:pStyle w:val="ArticleScripture"/>
        <w:jc w:val="left"/>
      </w:pPr>
      <w:r>
        <w:rPr>
          <w:rFonts w:ascii="Times New Roman" w:hAnsi="Times New Roman" w:eastAsia="Times New Roman" w:cs="Times New Roman"/>
        </w:rPr>
        <w:t>Тирийн тухай зөгнөлт ачаа. Таршишийн усан онгоцнууд аа, улигтун; учир нь тэр сүйрч, гэр ч үгүй, орох газар ч үгүй болжээ. Киттимийн нутгаас энэ нь тэдэнд илчлэгдэв. Арлын оршин суугчид аа, дуугүй байгтун; далайг гатлан өнгөрөгч Сидоны худалдаачид чамайг дүүргэсэн билээ. Агуу их уснуудын дэргэд Сихорын үр, мөрний ургац нь түүний орлого байв; тэрээр үндэстнүүдийн худалдааны зах байлаа. Ичигтүн, өө Сидон; учир нь тэнгис, бүр тэнгисийн бэхлэлт нь өгүүлэн: Би төрөхийн зовлон эдэлсэнгүй, хүүхэд төрүүлсэнгүй, залуусыг өсгөн бойжуулсангүй, охидыг ч хүмүүжүүлсэнгүй гэжээ. Египетийн тухай мэдээг сонсоход ямар байсан шиг, Тирийн тухай мэдээг сонсоход тэд мөн адил ихэд шаналах болно. Таршиш уруу гарцгаа; арлын оршин суугчид аа, улигтун. Энэ чинь эртний өдрүүдээс улбаатай, баясгалант хот чинь мөн үү? Өөрийнх нь хөл түүнийг хол газар түр оршин суухаар авч одно. Титэмлэгдсэн хот, худалдаачид нь ноёд, арилжаачид нь газрын нэр хүндтнүүд байсан Тирийн эсрэг энэ зөвлөгөөг хэн тогтоосон бэ? Түмэн цэргийн ЭЗЭН үүнийг зориулав; бүх алдарын бардамналыг бузарлаж, газрын бүх нэр хүндтнийг жигшүүрт болгохын тулд. Өө Таршишийн охин, нутаг дэвсгэрээрээ мөрөн мэт урсан өнгөр; дахин хүч чадал үгүй болжээ. Тэр далайн дээр мутраа сунгаж, хаанчлалуудыг донсолгов; ЭЗЭН худалдаачин хотын эсрэг зарлиг буулгаж, түүний бэхлэлтүүдийг устгахыг тушаав. Тэгээд Тэр: Өө дарлагдсан онгон, Сидоны охин, чи дахин баярлахгүй; бос, Киттим уруу нүү, тэнд ч чамд амралт үгүй гэж айлдав. Харагтун, халдеичуудын нутаг; энэ ард түмэн байгаагүй, харин ассир хүн цөлд оршин суугчдад зориулан түүнийг байгуулсан юм. Тэд түүний цамхгуудыг босгож, орднуудыг нь байгуулсан; харин тэр түүнийг нуран унахад хүргэв. Таршишийн усан онгоцнууд аа, улигтун; учир нь та нарын бат бэх нь сүйрчээ. Тэр өдөр Тир нэгэн хааны өдрүүдтэй адил далан жил мартагдах болно; далан жилийн эцэст Тир янхан эмийн адил дуулна. Мартагдсан янхан эм минь, ятга аваад хотоор тойрон яв; чамайг санагдуулахын тулд уянгат аялгуу гаргаж, олон дуу дуул. Далан жилийн эцэст ЭЗЭН Тирт анхааран зочлох бөгөөд тэрээр хөлсөндөө буцаж, газрын хөрсөн дээрх дэлхийн бүх хаанчлалтай завхайрах болно. Түүний худалдаа болон хөлс нь ЭЗЭНд ариун байх болно; түүнийг хурааж хадгалахгүй. Учир нь түүний худалдаа нь ЭЗЭНий өмнө оршин суугчдад хангалттай идэх хоол болон эдэлгээтэй хувцас болох болно. Исаиа 23:1–18.</w:t>
      </w:r>
    </w:p>
    <w:p>
      <w:pPr>
        <w:pStyle w:val="ArticleBody"/>
        <w:jc w:val="left"/>
      </w:pPr>
      <w:r>
        <w:rPr>
          <w:rFonts w:ascii="Times New Roman" w:hAnsi="Times New Roman" w:eastAsia="Times New Roman" w:cs="Times New Roman"/>
        </w:rPr>
        <w:t>“Нэг хааны өдрүүд” хэмээх далан жил нь Вавилоны хаант улсаар төлөөлөгддөг. Учир нь хаан гэдэг нь хаант улс мөн бөгөөд бодит Вавилон далан жил ноёрхсон юм. Бодит Вавилоны далан жил Белшацарын найрын танхимын ханан дээр бичээс гарч ирсэн тэр “цаг”-т төгссөн. Яг тэр шөнө ханан дундуур үл анзаарагдан орж ирсэн хүчээр тэр алагдсан. Учир нь тэр Вавилоны дарсыг уун найрлан цэнгэж байхад Небухаднезарын найрал хөгжим аялгууг эгшиглүүлж, Тирийн янхан амтат уянгыг дуулж, урвасан Израиль бүжиглэн мөргөж байсан билээ.</w:t>
      </w:r>
    </w:p>
    <w:p>
      <w:pPr>
        <w:pStyle w:val="ArticleBody"/>
        <w:jc w:val="left"/>
      </w:pPr>
      <w:r>
        <w:rPr>
          <w:rFonts w:ascii="Times New Roman" w:hAnsi="Times New Roman" w:eastAsia="Times New Roman" w:cs="Times New Roman"/>
        </w:rPr>
        <w:t>Тэгэхэд Бурхан «Тирийн эсрэг зөвлөлдсөн» бөгөөд «бүх алдрын бардамналыг бузарлаж, газрын бүх хүндэт хүмүүсийг жигшилд оруулахыг» «зориулсан» учир, үүнд оролцсон бүгдийг айдас эзэмдэв. Иймээс Бурхан тэрхүү «цаг»-ийн «агуу газар хөдлөлт»-өөр «хаанчлалуудыг сэгсэрсэн», учир нь Бурхан худалдаачин «хаанчлалын» эсрэг «түүний бат бэхлэлтүүдийг устгах» «зарлигийг өгсөн» байв. Белшазарын хувьд айдас төрсөн тэрхүү «цаг»-т хаад ба худалдаачид ханан дээрх гал мэт үгсийн утгыг ойлгохоор эрэл хайгуул хийж эхлэв. Белшазарын үхэл болох гэж байгаа боловч тэр мөчид тэрээр амьд хэвээр байлаа. Тиймээс тэр нууцлаг үгсийг ойлгохыг эрмэлзэж, хэрэв мэргэд бичгийг тайлж чадвал тэдэнд шагнал амласан боловч энэ нь бүтсэнгүй. Учир нь Вавилоны мэргэд үнэний хуурамч дуураймал байсан библийн судлалын аргачлалыг хэрэглэдэг байв. Тэдгээр нууцлаг үгс нь лацадсан номын үзэгдэлтэй адил юм.</w:t>
      </w:r>
    </w:p>
    <w:p>
      <w:pPr>
        <w:pStyle w:val="ArticleScripture"/>
        <w:jc w:val="left"/>
      </w:pPr>
      <w:r>
        <w:rPr>
          <w:rFonts w:ascii="Times New Roman" w:hAnsi="Times New Roman" w:eastAsia="Times New Roman" w:cs="Times New Roman"/>
        </w:rPr>
        <w:t>Тэгэхэд хааны бүх мэргэд орж ирэвч, тэд тэр бичгийг уншиж чадсангүй, мөн түүний тайллыг хаанд мэдүүлж чадсангүй. Тэгэхэд Белшацар хаан ихэд түгшиж, түүний царай төрх өөрчлөгдөн, ноёд нь гайхан мэгдэв. Харин хатан хаан, хаан болон түүний ноёдын үгсийн учир найрын өргөөнд орж ирээд, өгүүлэн хэлэв: Ай хаан, мөнх наслаг. Бодол чинь чамайг бүү түгшээг, царай төрх чинь ч бүү хувираг. Таны хаанчлалд ариун бурхдын сүнс дотор нь оршдог нэгэн хүн бий; эцгийн тань өдрүүдэд гэрэл, ухаарал, мөн бурхдын мэргэн ухаантай адил мэргэн ухаан түүнд олдсон бөгөөд, эцэг тань хаан Небухаднезар, тийм ээ, эцэг тань хаан, түүнийг шидтэн, одон зурхайч, халдей, мэргэч төлөгчдийн тэргүүн болгосон юм. Учир нь онцгой сүнс, мэдлэг, ухаарал, зүүд тайлах чадвар, бэрх үгсийг тайлбарлах чадвар, эргэлзээг тайлах чадвар нь хааны Белтешацар хэмээн нэрлэсэн тэрхүү Даниелд байсан юм. Иймээс одоо Даниелыг дуудуул, тэгвэл тэр тайллыг илэрхийлнэ. Тэгээд Даниелыг хааны өмнө авчирчээ. Хаан Даниелд хандан өгүүлэв: Миний эцэг хааны Иудагаас авчирсан Иудагийн олзлогдогсдын үрсээс гаралтай тэр Даниел чи мөн үү? Би чиний тухай сонссон, бурхдын сүнс чиний дотор байдаг бөгөөд гэрэл, ухаарал, онцгой мэргэн ухаан чамаас олддог гэж. Эдүгээ мэргэд, одон зурхайчдыг энэ бичгийг уншиж, түүний тайллыг надад мэдүүлэхийн тулд миний өмнө авчирсан боловч, тэд энэ зүйлийн тайллыг үзүүлж чадсангүй. Харин чамайг тайлж чаддаг, эргэлзээг тайлж чаддаг гэж би сонссон. Иймээс одоо хэрэв чи энэ бичгийг уншиж, түүний тайллыг надад мэдүүлж чадвал, чи час улаан өмсгөлөөр хувцаслагдаж, хүзүүндээ алтан гинж зүүж, хаанчлалд гурав дахь захирагч болно. Даниел 5:8–16.</w:t>
      </w:r>
    </w:p>
    <w:p>
      <w:pPr>
        <w:pStyle w:val="ArticleBody"/>
        <w:jc w:val="left"/>
      </w:pPr>
      <w:r>
        <w:rPr>
          <w:rFonts w:ascii="Times New Roman" w:hAnsi="Times New Roman" w:eastAsia="Times New Roman" w:cs="Times New Roman"/>
        </w:rPr>
        <w:t>Ордон дахь хатан нь Белшазарын эхнэр бус, харин түүний өвөөгийн хатан байсан бөгөөд ханан дээрх бичээсийг хэн уншиж чадахыг тэр мэдэж байв. Хаанчлалын дотор Бурханы нууцуудыг хэн ойлгож чадахыг мэддэг нэгэн чуулган байсан (учир нь эш үзүүллэгийн утгаар эмэгтэй хүн нь чуулган юм).</w:t>
      </w:r>
    </w:p>
    <w:p>
      <w:pPr>
        <w:pStyle w:val="ArticleScripture"/>
        <w:jc w:val="left"/>
      </w:pPr>
      <w:r>
        <w:rPr>
          <w:rFonts w:ascii="Times New Roman" w:hAnsi="Times New Roman" w:eastAsia="Times New Roman" w:cs="Times New Roman"/>
        </w:rPr>
        <w:t>Ордонд тэд бүхнээс илүү мэргэн нэгэн эмэгтэй байв,—Белшазарын өвөг эцгийн хатан байжээ. Энэ онцгой байдалд тэрээр хаанд харанхуй дунд гэрлийн цацраг нэвтрүүлэхүйц үгээр хандан өгүүлэв. «Хаан аа, мөнхөд амьдрагтун» хэмээн тэр хэлээд, «бодлууд чинь чамайг бүү түгшээж, төрх чинь ч бүү хувираг. Чиний хаанчлалд ариун бурхдын сүнс оршдог нэгэн хүн бий; эцгийн чинь өдрүүдэд түүнээс гэрэл, ухаарал, мэргэн ухаан, бурхдын мэргэн ухаантай адил мэргэн ухаан олдсон юм; хаан Небухаднезар, чиний эцэг, хаан, би хэлэхдээ, чиний эцэг, түүнийг мэргэч төлөгчид, одон зурхайчид, халдейчууд, мэргэ төлөгчдийн ахлагч болгосон; …одоо Даниелыг дуудуул, тэгвэл тэр тайлбарыг үзүүлэх болно.»</w:t>
      </w:r>
    </w:p>
    <w:p>
      <w:pPr>
        <w:pStyle w:val="ArticleScripture"/>
        <w:jc w:val="left"/>
      </w:pPr>
      <w:r>
        <w:rPr>
          <w:rFonts w:ascii="Times New Roman" w:hAnsi="Times New Roman" w:eastAsia="Times New Roman" w:cs="Times New Roman"/>
        </w:rPr>
        <w:t>“‘Тэгээд Даниелыг хааны өмнө авчирчээ.’ Өөрийгөө зоригжуулж, эрх мэдлээ харуулахыг хичээн, Белшацар: ‘Чи бол Иудагийн олзлогдогсдын хөвгүүдийн нэг болох тэр Даниел мөн үү, миний эцэг хаан Иудей нутгаас авчирсан тэр хүн мөн үү? Чиний дотор бурхдын сүнс байдаг, мөн гэрэл, ухаарал, онц гайхамшигт мэргэн ухаан чамаас олддог гэж би сонссон билээ…. Эдүгээ хэрэв чи энэ бичээсийг уншиж, түүний тайллыг надад мэдүүлж чадвал, чи час улаан өмсгөлөөр хувцаслагдаж, хүзүүндээ алтан гинж зүүж, хаанчлалын гурав дахь захирагч болно’ гэжээ.”</w:t>
      </w:r>
    </w:p>
    <w:p>
      <w:pPr>
        <w:pStyle w:val="ArticleScripture"/>
        <w:jc w:val="left"/>
      </w:pPr>
      <w:r>
        <w:rPr>
          <w:rFonts w:ascii="Times New Roman" w:hAnsi="Times New Roman" w:eastAsia="Times New Roman" w:cs="Times New Roman"/>
        </w:rPr>
        <w:t>“Даниел хааны сүр жавхаанд бишрээгүй, мөн түүний үгэнд будилан төөрөлдөж, эсвэл сүрдэн мохоогүй. ‘Чиний бэлгүүд өөрт чинь байг, шагналаа өөр хүнд өгөгтүн’ хэмээн тэр хариулаад, ‘гэсэн ч би энэ бичгийг хаанд уншиж, түүний утгыг түүнд мэдүүлнэ. Ай, хаан аа, Хамгийн Дээд Бурхан чиний эцэг Небухаднезарт хаанчлал, сүр жавхлан, алдар суу, хүндэтгэл өгсөн билээ…. Харин түүний зүрх сэтгэл өргөмжлөгдөж, оюун нь бардамналд хатуурсан үед тэрээр хаан ширээнээсээ буулгагдаж, алдар нь түүнээс булаагдсан билээ…. Мөн чи, түүний хүү Белшацар аа, энэ бүхнийг мэдсээр байж зүрх сэтгэлээ даруу болгосонгүй, харин тэнгэрийн Бурханы эсрэг өөрийгөө өргөмжилсөн. Түүний өргөөний сав суулгыг чиний өмнө авчирсан бөгөөд чи, чиний ноёд, эхнэрүүд, татвар эмс нь тэдгээрээр ууж, харин чи хардаггүй, сонсдоггүй, мэддэггүй мөнгө, алт, хүрэл, төмөр, мод, чулууны бурхдыг магтсан. Гэтэл чиний амьсгал Түүний гарт байдаг бөгөөд чиний бүх зам Түүний мэдэлд байдаг Бурханыг чи алдаршуулсангүй.’”</w:t>
      </w:r>
    </w:p>
    <w:p>
      <w:pPr>
        <w:pStyle w:val="ArticleScripture"/>
        <w:jc w:val="left"/>
      </w:pPr>
      <w:r>
        <w:rPr>
          <w:rFonts w:ascii="Times New Roman" w:hAnsi="Times New Roman" w:eastAsia="Times New Roman" w:cs="Times New Roman"/>
        </w:rPr>
        <w:t>“‘Бичигдсэн бичээс нь энэ болой: Мене, Мене, Текел, Уфарсин. Үүний тайлал нь энэ болой: Мене: Бурхан чиний хаанчлалыг тоолон, төгсгөв. Текел: Чи дэнсэн дээр жигнэгдээд, дутагдалтай нь тогтоогдов. Перес: Чиний хаанчлал хуваагдаж, Мидчүүд ба Персүүдэд өгөгдөв.’”</w:t>
      </w:r>
    </w:p>
    <w:p>
      <w:pPr>
        <w:pStyle w:val="ArticleScripture"/>
        <w:jc w:val="left"/>
      </w:pPr>
      <w:r>
        <w:rPr>
          <w:rFonts w:ascii="Times New Roman" w:hAnsi="Times New Roman" w:eastAsia="Times New Roman" w:cs="Times New Roman"/>
        </w:rPr>
        <w:t>“Даниел үүргээсээ хазайгаагүй. Тэр хааны нүглийг түүний өмнө дэлгэн тавьж, сурч авч болох атлаа сураагүй үлдээсэн сургамжуудыг нь түүнд харуулсан. Белшазар өөрт нь онцгой ач холбогдолтой байсан тэр үйл явдлуудыг үл тоомсорлосон байв. Тэр өвөг эцгийнхээ түүхийг зөвөөр уншин ойлгоогүй байв. Үнэнийг мэдэх хариуцлага түүнд оноогдсон байсан боловч, сурч авч хэрэгжүүлж болох практик сургамжийг тэр зүрхэндээ авч үзээгүй; түүний үйл хэрэг ч гарцаагүй үр дүнг авчирсан юм.”</w:t>
      </w:r>
    </w:p>
    <w:p>
      <w:pPr>
        <w:pStyle w:val="ArticleScripture"/>
        <w:jc w:val="left"/>
      </w:pPr>
      <w:r>
        <w:rPr>
          <w:rFonts w:ascii="Times New Roman" w:hAnsi="Times New Roman" w:eastAsia="Times New Roman" w:cs="Times New Roman"/>
        </w:rPr>
        <w:t>“Энэ нь халдейн хааны бардамнан сайрхсан найрын хамгийн сүүлчийнх нь байв; учир нь хүний гажуудлыг удаан тэвчигч Нэгэн буцааж үл болох ял шийтгэлийг аль хэдийн гаргасан байлаа. Белшазар өөрийг нь хаан болгон өргөмжилсөн Нэгнийг үлэмж доромжилсон бөгөөд түүнээс сорилтын хугацаа нь хасагдсан байв. Хаан болон түүний язгууртнууд цэнгэлийнхээ оргил үед байхад, персүүд Евфрат мөрнийг голдирлоос нь өөр тийш эргүүлж, хамгаалалтгүй хот уруу жагсан оржээ. Белшазар болон түүний ноёд Еховагийн ариун сав суулгаас ууж, мөнгө, алтан бурхдаа магтан байхад, Кир болон түүний цэргүүд ордны хэрмийн дор зогсож байлаа. ‘Тэр шөнө,’ хэмээн тэмдэглэлд өгүүлснээр, ‘халдейчуудын хаан Белшазар алагдав. Мид хүн Дари хаанчлалыг авав.’” Bible Echo, 1898 оны 5 дугаар сарын 2.</w:t>
      </w:r>
    </w:p>
    <w:p>
      <w:pPr>
        <w:pStyle w:val="ArticleBody"/>
        <w:jc w:val="left"/>
      </w:pPr>
      <w:r>
        <w:rPr>
          <w:rFonts w:ascii="Times New Roman" w:hAnsi="Times New Roman" w:eastAsia="Times New Roman" w:cs="Times New Roman"/>
        </w:rPr>
        <w:t>Хямралын дунд хатан (сүм) “Америкийн Ирээдүй”-г танин илрүүлж чадах нэгэн эх сурвалж байгааг тодорхойлов. Даниел өдрүүдийн эцэст өөрийн зорилгыг биелүүлэхийн тулд дахин өөрийн хувь тавилант байрандаа зогсоно. Шадрах, Мешах, Абеднего нарын галтай зууханд өгсөн тугийн гэрчлэл одоо Даниелаар өгөгдөж, тэрээр үнэний шугамд нэмж, Ням гаргийн хуулийн хямралын “цаг”-т тугийг төлөөлөгчид үнэний тухай гэрчлэхээр төрийн эрх баригчдын өмнө аваачигдах болно гэдгийг харуулж байна.</w:t>
      </w:r>
    </w:p>
    <w:p>
      <w:pPr>
        <w:pStyle w:val="ArticleScripture"/>
        <w:jc w:val="left"/>
      </w:pPr>
      <w:r>
        <w:rPr>
          <w:rFonts w:ascii="Times New Roman" w:hAnsi="Times New Roman" w:eastAsia="Times New Roman" w:cs="Times New Roman"/>
        </w:rPr>
        <w:t>“‘Та нарыг зөвлөлүүдэд тушаан өгч, … тийм ээ, Намайг бодон захирагчид ба хаадын өмнө та нарыг авчирч, тэдэнд болон харь үндэстнүүдэд гэрчлэл болгоно.’ Матай 10:17, 18, R. V. Хавчлага нь гэрлийг түгээнэ. Христийн зарц нар ертөнцийн агуу хүмүүний өмнө аваачигдана; хэрэв ийм зүйл болохгүйсэн бол тэд сайн мэдээг хэзээ ч сонсохгүй байж мэдэх байв. Эдгээр хүмүүст үнэнийг гуйвуулан дүрсэлсэн байдаг. Тэд Христийн шавь нарын итгэлийн талаар худал буруутгалуудыг сонссон байдаг. Ихэнхдээ түүний жинхэнэ мөн чанарыг мэдэх цорын ганц боломж нь итгэлийнхээ төлөө шүүлтэд татагдсан хүмүүсийн гэрчлэл байдаг. Байцаалтын үед тэднээс хариу өгөхийг шаардана, харин тэдний шүүгчид өгөгдөж буй гэрчлэлийг сонсох ёстой болдог. Бурхан Өөрийн зарц нарт тухайн яаралтай хэрэгцээнд нь хүрэлцэх нигүүлслээ хүртээнэ. “‘Ярих үг чинь тэр цагт та нарт өгөгдөнө’” гэж Есүс айлдсан. “‘Учир нь ярьж байгаа нь та нар биш, харин та нарын дотор ярьдаг Эцэгийн чинь Сүнс мөн.’” Бурханы Сүнс Өөрийн зарц нарын оюун ухааныг гэрэлтүүлэх үед үнэн нь Өөрийн тэнгэрлэг хүч чадал, эрхэм нандин чанараараа тунхаглагдана. Үнэнийг няцаагчид шавь нарыг буруутгаж, дарлан хавчих байр сууринд зогсоно. Гэвч алдагдал, зовлон шаналал, бүр үхэлд хүртэл тулгарсан дор Эзэний хүүхдүүд Өөрсдийн тэнгэрлэг Үлгэр Жишээний дөлгөөн байдлыг илчлэх учиртай. Ийнхүү Сатаны төлөөлөгчид ба Христийн төлөөлөгчдийн хоорондын ялгаа харагдана. Аврагч захирагчид болон ард олны өмнө өргөмжлөгдөнө.” The Desire of Ages, 354.</w:t>
      </w:r>
    </w:p>
    <w:p>
      <w:pPr>
        <w:pStyle w:val="ArticleBody"/>
        <w:jc w:val="left"/>
      </w:pPr>
      <w:r>
        <w:rPr>
          <w:rFonts w:ascii="Times New Roman" w:hAnsi="Times New Roman" w:eastAsia="Times New Roman" w:cs="Times New Roman"/>
        </w:rPr>
        <w:t>Гурван үнэнчийн адил Даниел ямар ч бэлэг сонирхоогүй бөгөөд хэлэх гэж буй зүйлээ урьдаас давтан бэлдэх ч хэрэггүй байв. Тэрээр хананд дүрслэгдсэн «долоон үе»-ийн тайллыг тун энгийнээр толилуулав.</w:t>
      </w:r>
    </w:p>
    <w:p>
      <w:pPr>
        <w:pStyle w:val="ArticleBody"/>
        <w:jc w:val="left"/>
      </w:pPr>
      <w:r>
        <w:rPr>
          <w:rFonts w:ascii="Times New Roman" w:hAnsi="Times New Roman" w:eastAsia="Times New Roman" w:cs="Times New Roman"/>
        </w:rPr>
        <w:t>Бид Белшазарын түүхийг дараагийн өгүүлэлд үргэлжлүүлнэ.</w:t>
      </w:r>
    </w:p>
    <w:p>
      <w:pPr>
        <w:pStyle w:val="ArticleScripture"/>
        <w:jc w:val="left"/>
      </w:pPr>
      <w:r>
        <w:rPr>
          <w:rFonts w:ascii="Times New Roman" w:hAnsi="Times New Roman" w:eastAsia="Times New Roman" w:cs="Times New Roman"/>
        </w:rPr>
        <w:t>“Бурханы ажилд үнэнч бус хүмүүс зарчим дутмаг байдаг; тэдний сэдэл санаа ямар ч нөхцөл байдалд зөвийг сонгоход тэднийг хөтлөх тийм чанартай биш юм. Бурханы үйлчлэгчид өөрсдийгөө ажил олгогчийнхоо мэлмийн дор байгаагаа бүх цаг үед мэдэрч байх ёстой. Белшазарын ариун бус найрыг ажиглан харсан Тэрээр манай бүх байгууллагад, худалдаачны тооцооны өрөөнд, хувийн урлан дотор ч байсаар байна; мөн цусгүй гар доромжлогч хааны аймшигт шүүлтийг тэмдэглэн бичсэнтэй адил, та нарын хайхрамжгүй байдлыг ч гарцаагүй тэмдэглэн бичиж байна. Белшазарын яллал галт үсгээр, ‘Чи жинлүүр дээр жигнэгдээд, дутуу гэж олдлоо’ хэмээн бичигдсэн; хэрэв та нар Бурханаас өгөгдсөн үүргүүдээ биелүүлэхгүй бол та нарын яллал мөн адил байх болно.”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Гучдугаар Дугаар</dc:title>
  <dc:subject>Айдсын Цаг</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