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Гучин Гуравдугаар Хэсэг</w:t>
      </w:r>
    </w:p>
    <w:p>
      <w:pPr>
        <w:pStyle w:val="ArticleSubtitle"/>
        <w:jc w:val="left"/>
      </w:pPr>
      <w:r>
        <w:rPr>
          <w:rFonts w:ascii="Arial" w:hAnsi="Arial" w:eastAsia="Arial" w:cs="Arial"/>
        </w:rPr>
        <w:t>Ням гарагийн хууль зарлиглагдах үед даруулсан Бурханы “Тамга”: Даниел 6-р бүлгийн эш үзүүллэгийн шинжилгээ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Харагдаж болох Бурханы “тамга” нь Ням гаргийн хуулийн зарлиг дээр дардаслан үлддэг.</w:t>
      </w:r>
    </w:p>
    <w:p>
      <w:pPr>
        <w:pStyle w:val="ArticleScripture"/>
        <w:jc w:val="left"/>
      </w:pPr>
      <w:r>
        <w:rPr>
          <w:rFonts w:ascii="Times New Roman" w:hAnsi="Times New Roman" w:eastAsia="Times New Roman" w:cs="Times New Roman"/>
        </w:rPr>
        <w:t>“Бидний хэн нь ч өөрсдийн зан чанарт нэг ч толбо буюу сэв суусан хэвээр байх аваас Бурханы тамгыг хэзээ ч хүртэхгүй. Зан чанарынхаа дутагдлыг засаж, сэтгэлийн сүмийг аливаа бузраас цэвэрлэх нь бидэнд даалгаварлагдсан хэрэг мөн. Тэгвэл Пентекостын өдөр шавь нар дээр эртний бороо буусан адил хожмын бороо бидний дээр буух болно....”</w:t>
      </w:r>
    </w:p>
    <w:p>
      <w:pPr>
        <w:pStyle w:val="ArticleScripture"/>
        <w:jc w:val="left"/>
      </w:pPr>
      <w:r>
        <w:rPr>
          <w:rFonts w:ascii="Times New Roman" w:hAnsi="Times New Roman" w:eastAsia="Times New Roman" w:cs="Times New Roman"/>
        </w:rPr>
        <w:t>“Ах дүү нар аа, та нар бэлтгэлийн агуу ажилд юу хийж байна вэ? Ертөнцтэй нэгдэж буй хүмүүс ертөнцийн хэвийг хүлээн авч, араатны тэмдэгт бэлтгэгдэж байна. Өөртөө үл итгэгч, Бурханы өмнө өөрсдийгөө даруу болгож, үнэнд дуулгавартай байснаар сүнсээ ариусгаж буй хүмүүс тэнгэрлэг хэвийг хүлээн авч, духан дээрээ Бурханы лацад бэлтгэгдэж байна. Зарлиг гарч, тамга дармагц тэдний зан чанар үүрд мөнхөд цэвэр, өө сэвгүй хэвээр үлдэх болно.” Testimonies, volume 5, 214, 216.</w:t>
      </w:r>
    </w:p>
    <w:p>
      <w:pPr>
        <w:pStyle w:val="ArticleBody"/>
        <w:jc w:val="left"/>
      </w:pPr>
      <w:r>
        <w:rPr>
          <w:rFonts w:ascii="Times New Roman" w:hAnsi="Times New Roman" w:eastAsia="Times New Roman" w:cs="Times New Roman"/>
        </w:rPr>
        <w:t>Арслангийн нүхэнд хаягдах үедээ Даниел харагдах тамгыг хүлээн авдаг бөгөөд иймээс энэ бүлэг нь Ням гаргийн хуулийн зарлигийг төлөөлж байна.</w:t>
      </w:r>
    </w:p>
    <w:p>
      <w:pPr>
        <w:pStyle w:val="ArticleScripture"/>
        <w:jc w:val="left"/>
      </w:pPr>
      <w:r>
        <w:rPr>
          <w:rFonts w:ascii="Times New Roman" w:hAnsi="Times New Roman" w:eastAsia="Times New Roman" w:cs="Times New Roman"/>
        </w:rPr>
        <w:t>Тэгэхэд тэдгээр хүмүүс хааны өмнө цуглан ирж, хаанд өгүүлрүүн: Хаан аа, Меде ба Персүүдийн хууль нь хааны тогтоосон ямар ч зарлиг буюу хууль өөрчлөгдөж үл болохыг мэдэгтүн. Тэгээд хаан тушаасанд, тэд Даниелыг авчирч, арслангуудын үүрэнд хаяв. Харин хаан Даниелд хандан айлдахдаа: Чиний байнга үйлчилдэг Бурхан чинь чамайг аврана гэв. Нэгэн чулуу авчирч, үүрний аман дээр тавив; хаан өөрийн тамгаар болон ноёдынхоо тамгаар түүнийг тамгалсан нь Даниелын талаар гаргасан шийдвэр өөрчлөгдөхгүй байхын тулд байлаа. Даниел 6:15–17.</w:t>
      </w:r>
    </w:p>
    <w:p>
      <w:pPr>
        <w:pStyle w:val="ArticleBody"/>
        <w:jc w:val="left"/>
      </w:pPr>
      <w:r>
        <w:rPr>
          <w:rFonts w:ascii="Times New Roman" w:hAnsi="Times New Roman" w:eastAsia="Times New Roman" w:cs="Times New Roman"/>
        </w:rPr>
        <w:t>Түүх тэнд дуусахгүй, харин эхэлсэн газраа дуусдаг. Даниелын зургаадугаар бүлгийн шугам нь үндсэндээ нэг зуун хорин ноёд болон түүнээс доогуур хоёр ерөнхийлөгчөөр манлайлуулсан боловч зөвлөхүүд, цэргийн дарга нар, захирагчдыг ч багтаасан холбоот нэгдлийг дүрслэн үзүүлдэг. Энэхүү таван талт эвсэл хааныг мэхлэн Даниелыг хавчин мөшгүүлэхийн тулд байгуулагдсан. Энэ түүх тэдний шүүлтээр төгсдөг, учир нь тэд Ням гаргийн хуулийн үед тохиодог онцгой нэгэн шүүлтийг дүрслэн үзүүлж байна; энэ нь Даниелыг эсвэл хааныг төлөөлөгсдөд чиглэсэн шүүлт бус, харин хааныг мэхэлсэн хүмүүст чиглэсэн шүүлт юм.</w:t>
      </w:r>
    </w:p>
    <w:p>
      <w:pPr>
        <w:pStyle w:val="ArticleScripture"/>
        <w:jc w:val="left"/>
      </w:pPr>
      <w:r>
        <w:rPr>
          <w:rFonts w:ascii="Times New Roman" w:hAnsi="Times New Roman" w:eastAsia="Times New Roman" w:cs="Times New Roman"/>
        </w:rPr>
        <w:t>Хаан тушаал буулгаж, Даниелыг буруутган гүтгэсэн тэр хүмүүсийг авчирч, тэднийг, тэдний хүүхдүүдийг, мөн эхнэрүүдийг нь арслангийн нүхэнд хаяжээ; арслангууд тэднийг дийлж, нүхний ёроолд хүрэхээс нь өмнө бүх ясыг нь тас хэмхэлсэн юм. Даниел 6:24.</w:t>
      </w:r>
    </w:p>
    <w:p>
      <w:pPr>
        <w:pStyle w:val="ArticleBody"/>
        <w:jc w:val="left"/>
      </w:pPr>
      <w:r>
        <w:rPr>
          <w:rFonts w:ascii="Times New Roman" w:hAnsi="Times New Roman" w:eastAsia="Times New Roman" w:cs="Times New Roman"/>
        </w:rPr>
        <w:t>Эш үзүүллэгийн дүр зурагт төр улсыг мэхэлдэг нь үргэлж сүм байдаг бөгөөд зургаадугаар бүлэг нь хааны эсрэг үйлдэгдсэн тэрхүү мэхлэлийг тодорхойлон зааж байна. Ахаб Кармел уулан дээр Бурханы хүчний сүр хүчтэй илрэлийг үзсэний дараа, Елиа түүнийг бороон дундуур Иезебел уруу дагуулан авч явжээ. Ахабт Иезебел Бурханы хүчний хүчирхэг гэрчлэлд сэтгэгдэл төрүүлэхгүй гэж бодох ямар ч шалтгаан байгаагүй, гэвч Ахаб Иезебелийн Елиагийн эсрэг гүн үндэслэсэн үзэн ядалтын талаар мэхлэгдсэн байв. Ахаб, Иезебел хоёртой сөрөн тулгарч буй Елиагийн түүх нь Иохан Баптистын (Елиа байсан) тухай, мөн Херод ба Херодиагийн тухай түүхэнд дахин давтагдан гардаг.</w:t>
      </w:r>
    </w:p>
    <w:p>
      <w:pPr>
        <w:pStyle w:val="ArticleBody"/>
        <w:jc w:val="left"/>
      </w:pPr>
      <w:r>
        <w:rPr>
          <w:rFonts w:ascii="Times New Roman" w:hAnsi="Times New Roman" w:eastAsia="Times New Roman" w:cs="Times New Roman"/>
        </w:rPr>
        <w:t>Төрсөн өдрийнхөө найран дээр согтуу байсан Херод Саломед (Херодиагийн охин) хаант улсынхаа талыг өгнө хэмээн амлахдаа, Херодиа Иоханы толгойг нэхнэ гэж огтхон ч төсөөлөөгүй байв. Ахаб, Херод, эсвэл Дари байхаас үл хамааран хаад нь Иезебелийн хуурамч эш үзүүлэгчдийн бүжгээр ч, эсвэл Херодиагийн охины бүжгээр ч, эсвэл Даниелын түүхэн дэх таван талт холбоогоор ч бузарт эмэгтэйн мэхэнд ордог. Пилат ч мөн адил Иудейн “сүм”-ийг төлөөлж байсан завхарсан санваартнуудад мэхлэгдсэн бөгөөд сүм нь эмэгтэй хүнийг бэлгэддэг.</w:t>
      </w:r>
    </w:p>
    <w:p>
      <w:pPr>
        <w:pStyle w:val="ArticleBody"/>
        <w:jc w:val="left"/>
      </w:pPr>
      <w:r>
        <w:rPr>
          <w:rFonts w:ascii="Times New Roman" w:hAnsi="Times New Roman" w:eastAsia="Times New Roman" w:cs="Times New Roman"/>
        </w:rPr>
        <w:t>Мэхлэлт нь эш үзүүллэгийн дүр зургийн нэг онцлог шинж мөн бөгөөд гурав дахь Гаслангийн Ислам нь эцсийн өдрүүдэд айдсаар дамжуулан Нэгдсэн Үндэстний Байгууллагыг мэхлэхэд ашиглагддаг худал юм. Мэхлэлт ч, мөн тэрхүү мэхлэлтийг бий болгодог “худал” ч Бурханы эш үзүүллэгийн Үгэнд тодорхойлогдсон байдаг. Исламын үүрэг, мөн папын засаглал долоон толгойн найм дахь толгой болох нь аль хэдийнэ эцсийн өдрүүдэд лац нь тайлагддаг мэдээний нэг хэсэг хэмээн тодорхойлогдсон бөгөөд тэрхүү мэдээ нь Есүс Христийн Илчлэл юм. Иймээс Даниел номын зургаадугаар бүлэг дэх Дариусын мэхлэлтийг илчлэх нь Шөнө дундын Хашхирааны мэдээг бүрдүүлдэг мэдээний нэг хэсэг мөн. Мэхлэлт нь үхлийн шархыг бүрмөсөн эдгээдэг хүчин зүйл бөгөөд ингэснээр папын засаглалыг найм дахь бөгөөд эцсийн хаанчлал болгон дахин амилуулдаг. Дариусын мэхлэлтийн хүрээнд тэрслэгч хоёр ерөнхийлөгч болон нэг зуун хорин ван нь Даниелтай эсрэгцүүлэгдсэн, мэхлэлтийн холбооны төлөөлөгчид мөн.</w:t>
      </w:r>
    </w:p>
    <w:p>
      <w:pPr>
        <w:pStyle w:val="ArticleBody"/>
        <w:jc w:val="left"/>
      </w:pPr>
      <w:r>
        <w:rPr>
          <w:rFonts w:ascii="Times New Roman" w:hAnsi="Times New Roman" w:eastAsia="Times New Roman" w:cs="Times New Roman"/>
        </w:rPr>
        <w:t>Нэг зуун хорь нь Пентекостын үеийн Бурханы шавь нарыг бэлгэддэг.</w:t>
      </w:r>
    </w:p>
    <w:p>
      <w:pPr>
        <w:pStyle w:val="ArticleScripture"/>
        <w:jc w:val="left"/>
      </w:pPr>
      <w:r>
        <w:rPr>
          <w:rFonts w:ascii="Times New Roman" w:hAnsi="Times New Roman" w:eastAsia="Times New Roman" w:cs="Times New Roman"/>
        </w:rPr>
        <w:t>Тэр өдрүүдэд Петр шавь нарын дунд босон зогсоод, ийнхүү хэлэв: (Тэнд цугларсан хүмүүсийн тоо зуу хорь орчим байв.) Үйлс 1:15.</w:t>
      </w:r>
    </w:p>
    <w:p>
      <w:pPr>
        <w:pStyle w:val="ArticleBody"/>
        <w:jc w:val="left"/>
      </w:pPr>
      <w:r>
        <w:rPr>
          <w:rFonts w:ascii="Times New Roman" w:hAnsi="Times New Roman" w:eastAsia="Times New Roman" w:cs="Times New Roman"/>
        </w:rPr>
        <w:t>Пентекост нь тамга даруулэгдэх Ням гаргийн хуулийг бэлгэддэг бөгөөд Дариусыг мэхэлсэн нэг зуун хорин ноёд нь Ням гаргийн хуулийн үед буй хуурамч санваартны бэлгэ тэмдэг мөн. Хааныг мэхэлдэг хүмүүсийн хоёр ангилал нь тэрслүүтсэн хоёр ерөнхийлөгч болон тэрслүүтсэн нэг зуун хорин ноёдоор дүрслэгдэн үзүүлэгдсэн байна. Хоёр ерөнхийлөгч нь эш үзүүлэгч Даниелтай хамт нэг ангид тооцогддог. Дариусыг мэхэлсэн тэр хоёр бүлэг нь хуурамч эш үзүүлэгчдийн нэг бүлэг болон завхран ялзарсан санваартнуудын нэг бүлгийг төлөөлдөг.</w:t>
      </w:r>
    </w:p>
    <w:p>
      <w:pPr>
        <w:pStyle w:val="ArticleScripture"/>
        <w:jc w:val="left"/>
      </w:pPr>
      <w:r>
        <w:rPr>
          <w:rFonts w:ascii="Times New Roman" w:hAnsi="Times New Roman" w:eastAsia="Times New Roman" w:cs="Times New Roman"/>
        </w:rPr>
        <w:t>“Миний бэлчээрийн хонийг сүйтгэж, тарааж буй хоньчдод гаслан!” гэж ЭЗЭН айлдаж байна. Иймээс Өөрийн ард түмнийг хариулж буй хоньчдын эсрэг Израилийн Бурхан ЭЗЭН ингэж айлдаж байна: “Та нар Миний сүргийг тарааж, хөөж зайлуулсан бөгөөд тэднийг эргэж харсангүй. Болгоогтун, үйлсийн чинь хорыг Би та нар дээр эргүүлэн очруулна” гэж ЭЗЭН айлдаж байна. “Тэгээд Би хөөн зайлуулсан бүх улс орнуудаас сүргийнхээ үлдэгдлийг цуглуулж, тэднийг өөрсдийнх нь хашаанд дахин авчирна; тэд үржин өсөж, олшрох болно. Би тэдний дээр тэднийг хариулах хоньчдыг босгоно; тэд цаашид айхгүй, мэгдэхгүй, нэг нь ч дутуу байхгүй” гэж ЭЗЭН айлдаж байна. “Харагтун, өдрүүд ирж байна” гэж ЭЗЭН айлдаж байна, “тэр үед Би Давидад зөвт Нахиа босгоно; нэгэн Хаан хаанчлан, мэргэнээр амжилттай захирч, газар дэлхий дээр шүүлт ба шударга ёсыг үйлдэнэ. Түүний өдрүүдэд Иуда аврагдаж, Израиль аюулгүй оршино. Түүнийг дуудах нэр нь энэ болой: ЭЗЭН БИДНИЙ ЗӨВТ БАЙДАЛ.” Иймээс, харагтун, өдрүүд ирж байна” гэж ЭЗЭН айлдаж байна, “тэр үед тэд цаашид, ‘Израилийн хөвгүүдийг Египетийн нутгаас гаргасан ЭЗЭН амьд’ гэж хэлэхгүй; харин, ‘Израилийн гэрийн үр удмыг хойд нутгаас болон Миний тэднийг хөөн зайлуулсан бүх улс орноос гарган авчирч, удирдан авчирсан ЭЗЭН амьд’ гэж хэлнэ; тэгээд тэд өөрсдийн нутагт оршин суух болно.” Зүрх минь эш үзүүлэгчдийн улмаас дотроо эмтэрч, бүх яс минь чичирч байна; би ЭЗЭНий улмаас, Түүний ариун үгсийн улмаас, согтуу хүн шиг, дарсанд дийлдсэн хүн шиг болжээ. Учир нь газар нутаг завхайрагчдаар дүүрчээ; тангараг өргөсний улмаас газар гашуудаж, цөлийн тааламжит бэлчээрүүд хатжээ; тэдний явдал бузар, хүч чадал нь зөв бус байна. Учир нь эш үзүүлэгч ч, тахилч ч хоёулаа бузарлагдсан; тийм ээ, Миний өргөөн дотор ч Би тэдний ёрын мууг олсон” гэж ЭЗЭН айлдаж байна. “Иймээс тэдний зам тэдэнд харанхуй дахь халтиргаа гулгаа зам мэт болно; тэд хөөгдөн урагшилж, түүн дотор унана. Учир нь Би тэдний дээр гай гамшгийг, өөрөөр хэлбэл тэдэнд оноогдсон шийтгэлийн жилийг авчирна” гэж ЭЗЭН айлдаж байна. Иеремиа 23:1–12.</w:t>
      </w:r>
    </w:p>
    <w:p>
      <w:pPr>
        <w:pStyle w:val="ArticleBody"/>
        <w:jc w:val="left"/>
      </w:pPr>
      <w:r>
        <w:rPr>
          <w:rFonts w:ascii="Times New Roman" w:hAnsi="Times New Roman" w:eastAsia="Times New Roman" w:cs="Times New Roman"/>
        </w:rPr>
        <w:t>Иеремиагийн «айлчлалын жил» гэдэг нь Дариусыг мэхэлсэн хуйвалдагчдад оногдох шүүлт мөн. Хуурамч эш үзүүлэгчид ба тахилч нарын шүүлт бол эш үзүүллэгийн Үгийн нэгэн сэдэв юм. Мөн завхарсан санваартан Христийн эсрэг Ромын эрх баригчдыг удирдан турхирч, мэхэлсэнтэй адил, Даниелын зургаадугаар бүлэгт өгүүлэгдэх хуйвалдаан нь чухам тэр эш үзүүллэгийн үнэнийг хөндөж байна.</w:t>
      </w:r>
    </w:p>
    <w:p>
      <w:pPr>
        <w:pStyle w:val="ArticleBody"/>
        <w:jc w:val="left"/>
      </w:pPr>
      <w:r>
        <w:rPr>
          <w:rFonts w:ascii="Times New Roman" w:hAnsi="Times New Roman" w:eastAsia="Times New Roman" w:cs="Times New Roman"/>
        </w:rPr>
        <w:t>Даниелын тавдугаар бүлгийн эш үзүүллэгийн шугамууд нь Ням гаргийн хуулийн үед Бүгд найрамдах эвэр болон Америкийн Нэгдсэн Улс дээр хэрэгжих гүйцэтгэх шүүлтийг илэрхийлдэг. Тэрхүү шүүлт нь хамгаалалтгүй өмнөд хэрмээр дамжин хаант улсад сэм нэвтэрсэн гурав дахь Гаслангийн Исламаар гүйцэлддэг. Даниелын гуравдугаар бүлэг дэх Ням гаргийн хуулийн шугам нь яг тэр цаг үед Бурханы ард түмэн бүх дэлхийд зориулсан туг тэмдэг болгон өргөгдөхийг тодорхойлдог. Зургаадугаар бүлэг нь яг тэр л түүхэн үед хуурамч эш үзүүлэгчид дээр хэрэгжих шүүлтэд төвлөрч байна.</w:t>
      </w:r>
    </w:p>
    <w:p>
      <w:pPr>
        <w:pStyle w:val="ArticleBody"/>
        <w:jc w:val="left"/>
      </w:pPr>
      <w:r>
        <w:rPr>
          <w:rFonts w:ascii="Times New Roman" w:hAnsi="Times New Roman" w:eastAsia="Times New Roman" w:cs="Times New Roman"/>
        </w:rPr>
        <w:t>Америкийн Нэгдсэн Улсад Ням гаргийн хууль тогтоогдох үед урвасан протестант эвэр нь хоёр ангид бүрдэнэ. Нэг нь Ням гаргийг мөргөлийн өдөр хэмээн дэмждэг, нөгөө нь Амралтын өдрийг мөргөлийн өдөр хэмээн дэмждэг хэмээн талаар нэгэнтэйгээр тунхагладаг. Бүгд Найрамдах намын эвэр доторх тэдний дүйцэх талууд нь Ардчилсан болон Бүгд Найрамдах намууд юм. Урвасан тэрхүү хоёр эвэр тус бүр Христийн үед байсан садукайчууд болон фарисайчуудаар бэлгэдэгдсэн байв. Дариусын мэхлэлтийн доторх урвасан хоёр ерөнхийлөгч болон нэг зуун хорин тахилч мөн протестантизмын урвасан эвэрийн хоёр ангийг төлөөлдөг. Хэдийгээр түүхэнд энэ явдал өрнөж байсан цаг үед тэд үнэндээ улс төрийн зүтгэлтнүүд байсан боловч эш үзүүллэгийн нөхцөл байдал нь төрийг мэхэлж буй хүч нь урвасан шашны эрх мэдэл мөн болохыг тодорхойлдог.</w:t>
      </w:r>
    </w:p>
    <w:p>
      <w:pPr>
        <w:pStyle w:val="ArticleBody"/>
        <w:jc w:val="left"/>
      </w:pPr>
      <w:r>
        <w:rPr>
          <w:rFonts w:ascii="Times New Roman" w:hAnsi="Times New Roman" w:eastAsia="Times New Roman" w:cs="Times New Roman"/>
        </w:rPr>
        <w:t>Кармел уулан дээр дүрслэн үзүүлсэн энэ түүх нь хуурамч эш үзүүлэгчдийн хоёр ангийг ялган харуулдаг: Баалын эш үзүүлэгчид болон төгөлийн эш үзүүлэгчид (Аштарот). Эдгээр нь хамтаараа сүм ба төрийн нэгдлийг бэлгэдэн илэрхийлдэг. Учир нь Баал нь эрэгтэй шүтээн, харин Аштарот нь эмэгтэй шүтээн юм. Эцэст нь Елиа Кармел уулын хуурамч эш үзүүлэгчдийг цаазалсан нь, яг л Даниелын зургаадугаар бүлэгт гардаг хуйвалдагчид арслангийн нүхэнд хаягдсан шиг билээ.</w:t>
      </w:r>
    </w:p>
    <w:p>
      <w:pPr>
        <w:pStyle w:val="ArticleScripture"/>
        <w:jc w:val="left"/>
      </w:pPr>
      <w:r>
        <w:rPr>
          <w:rFonts w:ascii="Times New Roman" w:hAnsi="Times New Roman" w:eastAsia="Times New Roman" w:cs="Times New Roman"/>
        </w:rPr>
        <w:t>Тэгээд Елиа тэдэнд — Баалын эш үзүүлэгчдийг барь; тэдний нэгийг ч бүү мултруул — гэж хэлэв. Тэд тэднийг барив. Елиа тэднийг Кишоны горхинд авчирч, тэнд нь хөнөөв. Хаадын дээд 18:40.</w:t>
      </w:r>
    </w:p>
    <w:p>
      <w:pPr>
        <w:pStyle w:val="ArticleBody"/>
        <w:jc w:val="left"/>
      </w:pPr>
      <w:r>
        <w:rPr>
          <w:rFonts w:ascii="Times New Roman" w:hAnsi="Times New Roman" w:eastAsia="Times New Roman" w:cs="Times New Roman"/>
        </w:rPr>
        <w:t>Кармел уулын мөнөөх түүхэнд, Баптисм хүртээгч Иоханаар төлөөлүүлэгдсэнчлэн, мэхлэгч хүч нь охин юм. Хоёр түүх хоёулаа мэхлэгчдийг бүжиглэж буйгаар тодорхойлдог; Кармел уулан дээр өөрсдийн тахилын эргэн тойронд бүжиглэж байсан ч бай, эсвэл Херодын согтуу төрсөн өдрийн найр дээр, тэнд Саломе мэхлэлийн бүжгээ бүжиглэсэн ч бай. Энэ хоёр шугам хамтдаа Ням гаргийн хуулийн үед бүрэн төлөвшин тогтдог сүм ба төрийн нэгдлийг тодорхойлж, мөн түүнчлэн АНУ-ын тэрсэлсэн сүмүүд нь Херодиасын охид мөн болохыг, харин Херодиас нь Иезебель бөгөөд эдгээр нь хоёулаа Католицизмыг төлөөлдөг болохыг заадаг. Херодын төрсөн өдөр нь газрын араатны зургаа дахь хаант улсын төгсгөлийг тэмдэглэдэг боловч, үүнтэй зэрэгцэн Библийн эш үзүүлгийн долоо дахь хаант улсын (Нэгдсэн Үндэстний Байгууллага) төрсөн өдрийг мөн тэмдэглэдэг.</w:t>
      </w:r>
    </w:p>
    <w:p>
      <w:pPr>
        <w:pStyle w:val="ArticleBody"/>
        <w:jc w:val="left"/>
      </w:pPr>
      <w:r>
        <w:rPr>
          <w:rFonts w:ascii="Times New Roman" w:hAnsi="Times New Roman" w:eastAsia="Times New Roman" w:cs="Times New Roman"/>
        </w:rPr>
        <w:t>Саломед өгсөн тэрхүү амлалтад ч гэсэн Херод өөрийн хаант улсын хагасыг Саломед өгөхөөр зөвшөөрдөг бөгөөд ингэснээр долоо дахь хаанчлал нь хагас сүм, хагас төрөөс бүрдэх нэгдлийг төлөөлдөг нь тодорхойлогдож байна. Иоханы толгойг Херодиадад хүргэж өгснөөр энэ хаанчлал эхэлдэг. Ийм учраас долоо дахь хаанчлал Илчлэл номын арван долдугаар бүлэгт богино хугацаанд үргэлжлэх зүйл болгон дүрслэгддэг. Гурвалсан нэгдэл Ням гаргийн хуулийн үед тогтоогддог; учир нь тэнд арван хаан өөрсдийн богино настай хаанчлалыг нэг “цаг”-ийн турш араатанд өгөхөөр санал нэгтэй болдог. Тэр нэг “цаг” нь Ням гаргийн хуулийн хямралын “цаг” бөгөөд энэ нь Америкийн Нэгдсэн Улсад эхэлж, Михаил босон зогсох үед төгсөнө.</w:t>
      </w:r>
    </w:p>
    <w:p>
      <w:pPr>
        <w:pStyle w:val="ArticleScripture"/>
        <w:jc w:val="left"/>
      </w:pPr>
      <w:r>
        <w:rPr>
          <w:rFonts w:ascii="Times New Roman" w:hAnsi="Times New Roman" w:eastAsia="Times New Roman" w:cs="Times New Roman"/>
        </w:rPr>
        <w:t>Чиний харсан арван эвэр нь арван хаан мөн. Тэд одоогоор хаанчлалыг аваагүй боловч араатантай хамт нэгэн цагийн турш хаадын адил эрх мэдэл хүлээн авна. Эдгээр нь нэгэн санаатай бөгөөд өөрсдийн хүч чадал, эрх мэдлээ араатанд өгнө. Тэд Хургатай дайтах боловч Хурга тэднийг дийлнэ. Учир нь Тэр бол эздийн Эзэн, хаадын Хаан мөн. Түүнтэй хамт буй хүмүүс нь дуудагдсан, сонгогдсон, итгэмжит хүмүүс мөн. Илчлэл 17:12–14.</w:t>
      </w:r>
    </w:p>
    <w:p>
      <w:pPr>
        <w:pStyle w:val="ArticleBody"/>
        <w:jc w:val="left"/>
      </w:pPr>
      <w:r>
        <w:rPr>
          <w:rFonts w:ascii="Times New Roman" w:hAnsi="Times New Roman" w:eastAsia="Times New Roman" w:cs="Times New Roman"/>
        </w:rPr>
        <w:t>Херодоор төлөөлүүлэгдсэн арван хаан долоо дахь хаанчлалын төрсөн өдөр дээр Ням гаргийн хуулийн хямралын үед, “нэг цаг” хэмээн дүрслэгдсэн тэр үед, өөрсдийн хаанчлалын хагасыг араатанд өгөхөөр санал нэгддэг. Тэр “цагт” Белшазарын ханан дээрх бичиг бичигддэг. Тэр “цагт” Шадрах, Мешах, Абеднего нар зууханд хаягдаж, Илчлэлт номын арван нэгдүгээр бүлгийн хоёр гэрчийн адил үүлэн дотор өргөгдөнө. Гурвалсан холбоо нь хүмүүсийн нүдэн дээр тэнгэрээс гал буулгадаг газрын араатны үйлдсэн мэхлэлтээр нэгтгэгддэг.</w:t>
      </w:r>
    </w:p>
    <w:p>
      <w:pPr>
        <w:pStyle w:val="ArticleScripture"/>
        <w:jc w:val="left"/>
      </w:pPr>
      <w:r>
        <w:rPr>
          <w:rFonts w:ascii="Times New Roman" w:hAnsi="Times New Roman" w:eastAsia="Times New Roman" w:cs="Times New Roman"/>
        </w:rPr>
        <w:t>Тэгээд би газраас гарч ирж буй өөр нэгэн араатныг үзэв. Тэр нь хурганы адил хоёр эвэртэй байсан боловч луу мэт ярьж байлаа. Тэрээр эхний араатны бүх эрх мэдлийг түүний өмнө үйлдэж, үхлийн шарх нь эдгэрсэн тэрхүү эхний араатанд газар дэлхий болон түүн дээр оршин суугчдыг мөргүүлэхэд хүргэдэг. Тэрээр агуу гайхамшгуудыг үйлдэж, хүмүүсийн нүдэн дээр тэнгэрээс газар дээр гал буулгадаг. Мөн тэрээр араатны өмнө үйлдэх эрхтэй байсан тэдгээр гайхамшгуудынхаа тусламжтайгаар газар дээр оршин суугчдыг мэхэлж, илдний шарх авч атлаа амьд үлдсэн тэрхүү араатанд зориулан дүрс бүтээхийг газар дээр оршин суугчдад хэлдэг. Илчлэлт 13:11–14.</w:t>
      </w:r>
    </w:p>
    <w:p>
      <w:pPr>
        <w:pStyle w:val="ArticleBody"/>
        <w:jc w:val="left"/>
      </w:pPr>
      <w:r>
        <w:rPr>
          <w:rFonts w:ascii="Times New Roman" w:hAnsi="Times New Roman" w:eastAsia="Times New Roman" w:cs="Times New Roman"/>
        </w:rPr>
        <w:t>Дэлхий ертөнц нь гайхамшгуудаар төдийлөн бус, харин түүний үйлдэх эрх мэдэлтэй байсан “тэдгээр гайхамшгийн хэрэгслээр” мэхлэгддэг. “Тэдгээр гайхамшгийн хэрэгсэл” гэсэн хэллэг нь нэмэн оруулсан хэлц боловч, энэ нь гайхамшгууд дээр зөв өргөлтийг тавьж байгаа бөгөөд үүнийг анхааралтай тэмдэглэх ёстой. Хуурамч мэдээ (тэнгэрээс буух гал) дэлхийг хэрхэн мэхэлдэгийг танин мэдэх нь чухал юм. Учир нь бид одоо дэлхий гаргийн хүн амыг дэлхийн бөмбөрцгийн худалдаачин-глобалистуудын хяналт, заль мэхийн дор байдаг “мэдээллийн супер-хурдны зам”-аар дамжуулан ховсдон мэхэлж буй яг тэр түүхэн үед амьдарч байна. Энэ сэдвийг бид дараагийн өгүүллүүд хүртэл түр хойш тавина. Харин одоогоор бидний тэмдэглэж буй зүйл нь Дариусын эсрэг хэрэгжүүлэгдсэн ерөнхийлөгчид ба ноёдын мэхлэл нь хоорондоо холбоотой хэд хэдэн элементийг агуулсан, танин мэдэх шаардлагатай тодорхой эш үзүүллэгийн сэдэв мөн гэсэн явдал юм.</w:t>
      </w:r>
    </w:p>
    <w:p>
      <w:pPr>
        <w:pStyle w:val="ArticleBody"/>
        <w:jc w:val="left"/>
      </w:pPr>
      <w:r>
        <w:rPr>
          <w:rFonts w:ascii="Times New Roman" w:hAnsi="Times New Roman" w:eastAsia="Times New Roman" w:cs="Times New Roman"/>
        </w:rPr>
        <w:t>Гурвалсан нэгдэл нь Херодын төрсөн өдрийн найр дээр эрх баригчдын өмнө Саломегийн тачаангуй бүжгээр үйлдэгдсэн мэхлэлтийн улмаас нэгтгэгддэг. Пилатад тулган хүлээлгэсэн, мөн чанартаа хоёр талт байсан тэрхүү мэхлэлт нь Христ төрийн эрх мэдлийн эсрэг үймээн самуун өдөөж, дэмжиж байна гэсэн ял, мөн Тэр шашны эрх мэдлийн эсрэг доромж үг хэлж байна гэсэн ял байв. Тэрхүү түүхэнд гурван эсэргүүцэгч нэгэн дор нийлсэн юм. Ромын эрх мэдэл (төр), хуурамч Христ болох Бараббас (хуурамч эш үзүүлэгч), мөн урвасан еврейн сүм (араатан). Урвасан сүм нь үймээн самуун болон доромжлол гэсэн хоёр талт худал хуурмагаар Ромын эрх мэдлийг (төрийг) мэхэлсэн.</w:t>
      </w:r>
    </w:p>
    <w:p>
      <w:pPr>
        <w:pStyle w:val="ArticleBody"/>
        <w:jc w:val="left"/>
      </w:pPr>
      <w:r>
        <w:rPr>
          <w:rFonts w:ascii="Times New Roman" w:hAnsi="Times New Roman" w:eastAsia="Times New Roman" w:cs="Times New Roman"/>
        </w:rPr>
        <w:t>Эцэст нь Дари өөрийг нь хуурсан хүмүүсийн сэдэл зорилгыг ухааран мэдэхэд, тэр Даниелыг арслангийн үүрэнд хаяхаас өөр аргагүй болов. Даниел Бурханы хуульд дуулгавартай байснаараа төрийн хуулийг зөрчсөн юм. Дарид танилцуулсан худал нь Дарийн бардамналыг өргөмжлөх замаар хэрэгжсэн бөгөөд ингэснээр тэр өөрийг нь хуурсан хүмүүсийн сэдэл зорилгыг танин мэдэхээс сэргийлэгдсэн байв. Даниел ба арслангийн үүрийн түүхэн дэх худал ба мэхлэлт нь Бурханд дуулгавартай байхыг доромжлол ба төрийн эсрэг тэрслэл хэмээн тодорхойлдог бөгөөд энэ нь загалмайн үеийн яг тэрхүү хоёр талт мэхлэлт мөн; мөн загалмайн замын тэмдэг нь Ням гаргийн хуулийн замын тэмдэгтэй давхцан нийцдэг.</w:t>
      </w:r>
    </w:p>
    <w:p>
      <w:pPr>
        <w:pStyle w:val="ArticleBody"/>
        <w:jc w:val="left"/>
      </w:pPr>
      <w:r>
        <w:rPr>
          <w:rFonts w:ascii="Times New Roman" w:hAnsi="Times New Roman" w:eastAsia="Times New Roman" w:cs="Times New Roman"/>
        </w:rPr>
        <w:t>Шашны хууран мэхлэгч эрх мэдлийн шийтгэл нь Библийн эш үзүүллэгийн нэгэн сэдэв мөн бөгөөд шашны эрх мэдэл төрийн эрх мэдлийг хууран мэхэлдэг явдал ч мөн адил тийм юм.</w:t>
      </w:r>
    </w:p>
    <w:p>
      <w:pPr>
        <w:pStyle w:val="ArticleScripture"/>
        <w:jc w:val="left"/>
      </w:pPr>
      <w:r>
        <w:rPr>
          <w:rFonts w:ascii="Times New Roman" w:hAnsi="Times New Roman" w:eastAsia="Times New Roman" w:cs="Times New Roman"/>
        </w:rPr>
        <w:t>“Ард түмэн өөрсдийгөө мэхлүүлснээ харна. Тэд нэг нэгнээ сүйрэл рүү хөтөлсөн хэмээн буруутгана; гэвч бүгдээрээ нийлж, номлогчдын дээр хамгийн гашуун яллалаа асгана. Итгэлгүй пасторууд тааламжтай үгсийг эш үзүүлсэн; тэд сонсогчдоо Бурханы хуулийг хүчингүйд тооцоход, мөн түүнийг ариунаар сахихыг хүсэгчдийг хавчин мөшгөхөд хүргэсэн. Одоо, цөхрөлдөө автсан тэр багш нар өөрсдийн мэхлэлтийн ажлыг дэлхийн өмнө хүлээн зөвшөөрнө. Олон түмэн хилэнгээр бялхана. ‘Бид сүйрлээ!’ хэмээн тэд хашхирна, ‘та нар л бидний мөхлийн шалтгаан мөн;’ тэгээд тэд хуурамч хоньчдын өөдөөс эргэнэ. Урьд нь тэднийг хамгийн их биширч байсан хүмүүс л тэдний дээр хамгийн аймшигт хараалыг тунхаглана. Урьд нь тэднийг лаврын титмээр титэмлэж байсан тэр л гарууд одоо тэднийг устгахаар өргөгдөнө. Бурханы ард түмнийг хядахаар зориулагдсан байсан илднүүд эдүгээ тэдний дайснуудыг устгахад хэрэглэгдэнэ. Хаа сайгүй тэмцэл, цус урсгалт байна.” Агуу тэмцэл, 655.</w:t>
      </w:r>
    </w:p>
    <w:p>
      <w:pPr>
        <w:pStyle w:val="ArticleBody"/>
        <w:jc w:val="left"/>
      </w:pPr>
      <w:r>
        <w:rPr>
          <w:rFonts w:ascii="Times New Roman" w:hAnsi="Times New Roman" w:eastAsia="Times New Roman" w:cs="Times New Roman"/>
        </w:rPr>
        <w:t>Шалгалтын хугацаа хаагдсаны дараа шашны удирдагчдын сүрэг нь өөрсдийгөө тэднээр тараагдсан худал хуурмагаар мэхлэгдсэнээ танин мэдэх тул шашны удирдагчдын эсрэг эргэнэ. Ерөнхийлөгчид ба ноёд, түүнчлэн тэдний гэр бүлүүд ч мөн өөрсдийн тараасан худал хуурмагийн төлөө адилхан өшөөт шүүлтэд өртөв. Елиа Кармел уулан дээр хуурамч эш үзүүлэгчдийг хороосон шиг, Илчлэлт номын арван нэгдүгээр бүлгийн “агуу газар хөдлөлтөд” “долоон мянга” унахад мөнхүү адил шийтгэлийн хариу дүрслэгддэг.</w:t>
      </w:r>
    </w:p>
    <w:p>
      <w:pPr>
        <w:pStyle w:val="ArticleScripture"/>
        <w:jc w:val="left"/>
      </w:pPr>
      <w:r>
        <w:rPr>
          <w:rFonts w:ascii="Times New Roman" w:hAnsi="Times New Roman" w:eastAsia="Times New Roman" w:cs="Times New Roman"/>
        </w:rPr>
        <w:t>Тэр даруйд их хүчтэй газар хөдлөлт болж, хотын аравны нэг нь нурж унав; газар хөдлөлтийн улмаас долоон мянган хүн алагдав. Үлдсэн нь ихэд айж, тэнгэрийн Бурханд алдрыг өргөв. Илчлэл 11:13.</w:t>
      </w:r>
    </w:p>
    <w:p>
      <w:pPr>
        <w:pStyle w:val="ArticleBody"/>
        <w:jc w:val="left"/>
      </w:pPr>
      <w:r>
        <w:rPr>
          <w:rFonts w:ascii="Times New Roman" w:hAnsi="Times New Roman" w:eastAsia="Times New Roman" w:cs="Times New Roman"/>
        </w:rPr>
        <w:t>Францын хувьсгалын их газар хөдлөлтийн биелэлтэд алагдсан долоон мянга нь Францын хаад язгууртныг төлөөлж байв. Их газар хөдлөлтийн “цагт”, өөрөөр хэлбэл Ням гаргийн хуулийн үед, алагдсан долоон мянга нь Ромд мөргөдөг Долоо дахь өдрийн Адвентистүүдийг төлөөлнө. Учир нь Ням гаргийн хууль ирэхэд зөвхөн Долоо дахь өдрийн Амралтын өдрийн хариуцлагыг ойлгодог хүмүүс л араатны тэмдгийг хүлээн авдаг.</w:t>
      </w:r>
    </w:p>
    <w:p>
      <w:pPr>
        <w:pStyle w:val="ArticleScripture"/>
        <w:jc w:val="left"/>
      </w:pPr>
      <w:r>
        <w:rPr>
          <w:rFonts w:ascii="Times New Roman" w:hAnsi="Times New Roman" w:eastAsia="Times New Roman" w:cs="Times New Roman"/>
        </w:rPr>
        <w:t>“Амралтын өдрийн өөрчлөлт нь Ромын сүмийн эрх мэдлийн тэмдэг буюу тамга мөн. Дөрөвдүгээр тушаалын шаардлагыг ойлгож байж, жинхэнэ амралтын өдрийн оронд хуурамч амралтын өдрийг сахихаар сонгодог хүмүүс нь түүнийг зөвхөн тушаасан тэрхүү эрх мэдэлд ийнхүү хүндэтгэл өргөж буй хэрэг юм. Араатны тамга бол Бурханы тогтоосон өдрийн оронд дэлхий нийтээр хүлээн авсан папын амралтын өдөр мөн.”</w:t>
      </w:r>
    </w:p>
    <w:p>
      <w:pPr>
        <w:pStyle w:val="ArticleScripture"/>
        <w:jc w:val="left"/>
      </w:pPr>
      <w:r>
        <w:rPr>
          <w:rFonts w:ascii="Times New Roman" w:hAnsi="Times New Roman" w:eastAsia="Times New Roman" w:cs="Times New Roman"/>
        </w:rPr>
        <w:t>“Гэвч эш үзүүллэгт тогтоогдсон ёсоор араатны тэмдгийг хүлээн авах цаг хараахан ирээгүй байна. Сорилтын цаг ч хараахан ирээгүй байна. Ромын Католик сүмийг ч үл эс тооцвол, сүм бүрт жинхэнэ Христэд итгэгчид бий. Тэд гэрлийг хүлээн авч, дөрөв дэх тушаалын заавал биелүүлэх үүргийг ухааран мэдтэл хэн ч яллагдахгүй. Харин хуурамч амралтын өдрийг албадан сахиулах зарлиг гарах үед, мөн гурав дахь тэнгэрэлчийн чанга дуудлага хүмүүсийг араатан болон түүний хөрөгт мөргөхөөс сэрэмжлүүлэх үед, худал ба үнэн хоёрын хоорондох зааг тодорхой татагдана. Тэгээд гэм нүгэл дотор үргэлжлүүлэн зөрчсөөр байх хүмүүс араатны тэмдгийг духан дээрээ эсвэл гар дээрээ хүлээн авах болно.</w:t>
      </w:r>
    </w:p>
    <w:p>
      <w:pPr>
        <w:pStyle w:val="ArticleScripture"/>
        <w:jc w:val="left"/>
      </w:pPr>
      <w:r>
        <w:rPr>
          <w:rFonts w:ascii="Times New Roman" w:hAnsi="Times New Roman" w:eastAsia="Times New Roman" w:cs="Times New Roman"/>
        </w:rPr>
        <w:t>“Бид энэ үе рүү түргэн алхмаар ойртож байна. Протестант сүмүүд худал шашныг дэмжихийн тулд иргэний эрх мэдэлтэй нэгдэх үед, харин уг худал шашныг эсэргүүцсэний улмаас тэдний өвөг дээдэс хамгийн ширүүн хавчлагыг амссан билээ, тэр цагт папын амралтын өдөр сүм ба төрийн хамтарсан эрх мэдлээр албадан мөрдөгдөнө. Үндэсний хэмжээний урвалт гарч, тэр нь эцэстээ зөвхөн үндэсний сүйрлээр төгсөнө.” Bible Training School, February 2, 1913.</w:t>
      </w:r>
    </w:p>
    <w:p>
      <w:pPr>
        <w:pStyle w:val="ArticleBody"/>
        <w:jc w:val="left"/>
      </w:pPr>
      <w:r>
        <w:rPr>
          <w:rFonts w:ascii="Times New Roman" w:hAnsi="Times New Roman" w:eastAsia="Times New Roman" w:cs="Times New Roman"/>
        </w:rPr>
        <w:t>Их газар хөдлөлтийн “цагт”, өөрөөр хэлбэл Ням гаргийн хуулийн үед сүйрэн унах “долоон мянга” нь мөн Елиагийн өдрүүдэд Иезебелийн өмнө сөхрөн мөргөхөөс татгалзсан “долоон мянга”-тай адилтган зэрэгцүүлэн үзүүлэгдсэн байдаг.</w:t>
      </w:r>
    </w:p>
    <w:p>
      <w:pPr>
        <w:pStyle w:val="ArticleScripture"/>
        <w:jc w:val="left"/>
      </w:pPr>
      <w:r>
        <w:rPr>
          <w:rFonts w:ascii="Times New Roman" w:hAnsi="Times New Roman" w:eastAsia="Times New Roman" w:cs="Times New Roman"/>
        </w:rPr>
        <w:t>Гэвч Израиль дотор Баалд өвдөг сөхрөөгүй бүх өвдөг, түүнийг үнсээгүй ам бүхэнтэй нийлсэн долоон мянган хүнийг Би Өөртөө үлдээсэн. Хаадын дээд 19:18.</w:t>
      </w:r>
    </w:p>
    <w:p>
      <w:pPr>
        <w:pStyle w:val="ArticleBody"/>
        <w:jc w:val="left"/>
      </w:pPr>
      <w:r>
        <w:rPr>
          <w:rFonts w:ascii="Times New Roman" w:hAnsi="Times New Roman" w:eastAsia="Times New Roman" w:cs="Times New Roman"/>
        </w:rPr>
        <w:t>Долоон мянгын тухай анхны дурдалт нь Иезебелд мөргөн сөгдөхөөс татгалзсан итгэмжит бүлгийг тодорхойлдог бөгөөд сүүлчийн дурдалт нь Иезебелд мөргөн сөгддөг үлдэгдлийг төлөөлдөг. Папын засаг сүр жавхлант газрыг (Илчлэл арван гурав дахь газрын араатан) Ням гаргийн хуулийн үед эзлэн дийлэхэд, нэг анги нь “сүйрүүлэгдэж,” нөгөө анги нь Вавилоны эрхшээлийн гараас мултран гардаг. Учир нь тэр үед Вавилоноос гарах мэдээ эхэлдэг.</w:t>
      </w:r>
    </w:p>
    <w:p>
      <w:pPr>
        <w:pStyle w:val="ArticleScripture"/>
        <w:jc w:val="left"/>
      </w:pPr>
      <w:r>
        <w:rPr>
          <w:rFonts w:ascii="Times New Roman" w:hAnsi="Times New Roman" w:eastAsia="Times New Roman" w:cs="Times New Roman"/>
        </w:rPr>
        <w:t>Тэр мөн алдар суут нутагт орж, олон улс орон сүйрэн унана. Харин эдгээр нь түүний гараас мултран аврагдана; эдгээр нь Едом, Моаб, мөн Аммоны хөвгүүдийн тэргүүнүүд болно. Даниел 11:41.</w:t>
      </w:r>
    </w:p>
    <w:p>
      <w:pPr>
        <w:pStyle w:val="ArticleBody"/>
        <w:jc w:val="left"/>
      </w:pPr>
      <w:r>
        <w:rPr>
          <w:rFonts w:ascii="Times New Roman" w:hAnsi="Times New Roman" w:eastAsia="Times New Roman" w:cs="Times New Roman"/>
        </w:rPr>
        <w:t>“Улсууд” гэсэн үг нь нэмэгдүүлэн оруулсан үг юм. Учир нь Ням гаргийн хуулийн үед олон улс “сөхрөн унадаг”гүй, харин олон тус тусын Долоо дахь өдрийн Адвентистүүд сөхрөн унана. Яагаад гэвэл тэр үед гурав дахь тэнгэрэлчийн гэрлийн өмнө хариуцлага хүлээлгэгдэх цорын ганц хүмүүс нь тэд байдаг. Тэд бол “олон” нь мөн. Учир нь тэд Бурханы тамгыг хүлээн авах хүмүүсийн тоонд багтахаар дуудагдсан боловч, тэр дуудлагыг няцаасан билээ.</w:t>
      </w:r>
    </w:p>
    <w:p>
      <w:pPr>
        <w:pStyle w:val="ArticleScripture"/>
        <w:jc w:val="left"/>
      </w:pPr>
      <w:r>
        <w:rPr>
          <w:rFonts w:ascii="Times New Roman" w:hAnsi="Times New Roman" w:eastAsia="Times New Roman" w:cs="Times New Roman"/>
        </w:rPr>
        <w:t>Тэгээд тэр түүнд, Найз аа, хуримын хувцасгүй атлаа чи яаж энд орж ирэв? гэж хэлэв. Харин тэр үг дуугүй болов. Тэгэхэд хаан зарц нарт, Түүний гар хөлийг хүлж, түүнийг авч яван, гаднах харанхуйд хаягтун; тэнд уйлалдан, шүдээ хавирах болно гэж айлдав. Учир нь дуудагдагсад олон, харин сонгогдогсад цөөн билээ. Матай 22:12–14.</w:t>
      </w:r>
    </w:p>
    <w:p>
      <w:pPr>
        <w:pStyle w:val="ArticleBody"/>
        <w:jc w:val="left"/>
      </w:pPr>
      <w:r>
        <w:rPr>
          <w:rFonts w:ascii="Times New Roman" w:hAnsi="Times New Roman" w:eastAsia="Times New Roman" w:cs="Times New Roman"/>
        </w:rPr>
        <w:t>Даниелын зургаадугаар бүлэгт гардаг ноёд ба тэргүүнүүдийн мэхлэл нь төрийн эрх мэдлийг мэхлэгч шашны эрх мэдэлд оноогдох шийтгэлийг илтгэн таньж байна.</w:t>
      </w:r>
    </w:p>
    <w:p>
      <w:pPr>
        <w:pStyle w:val="ArticleScripture"/>
        <w:jc w:val="left"/>
      </w:pPr>
      <w:r>
        <w:rPr>
          <w:rFonts w:ascii="Times New Roman" w:hAnsi="Times New Roman" w:eastAsia="Times New Roman" w:cs="Times New Roman"/>
        </w:rPr>
        <w:t>Хаан тушаал буулгахад, Даниелыг буруутган гүтгэсэн тэр хүмүүсийг авчирч, тэднийг, тэдний хүүхдүүдийг, мөн эхнэрүүдийг нь арслангийн нүхэнд хаян оруулав. Арслангууд тэднийг дийлж, нүхний ёроолд хүрэхээс нь өмнө бүх ясыг нь няц цохив. Даниел 6:24.</w:t>
      </w:r>
    </w:p>
    <w:p>
      <w:pPr>
        <w:pStyle w:val="ArticleBody"/>
        <w:jc w:val="left"/>
      </w:pPr>
      <w:r>
        <w:rPr>
          <w:rFonts w:ascii="Times New Roman" w:hAnsi="Times New Roman" w:eastAsia="Times New Roman" w:cs="Times New Roman"/>
        </w:rPr>
        <w:t>Бид Даниелын номыг дараагийн өгүүлэлд үргэлжлүүлэн авч үзнэ.</w:t>
      </w:r>
    </w:p>
    <w:p>
      <w:pPr>
        <w:pStyle w:val="ArticleScripture"/>
        <w:jc w:val="left"/>
      </w:pPr>
      <w:r>
        <w:rPr>
          <w:rFonts w:ascii="Times New Roman" w:hAnsi="Times New Roman" w:eastAsia="Times New Roman" w:cs="Times New Roman"/>
        </w:rPr>
        <w:t>Тэгээд би цааш юу өгүүлэх билээ? Учир нь Гедеон, Барак, Самсон, Иефта нарын тухай, түүнчлэн Давид, Самуел болон эш үзүүлэгчдийн тухай өгүүлэхэд надад цаг үл хүрнэ. Тэд итгэлээр хаант улсуудыг даран авсан, зөвийг үйлдсэн, амлалтуудыг хүлээн авсан, арслангын амыг тагласан юм. Еврей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Гучин Гуравдугаар Хэсэг</dc:title>
  <dc:subject>Ням гарагийн хууль зарлиглагдах үед даруулсан Бурханы “Тамга”: Даниел 6-р бүлгийн эш үзүүллэгийн шинжилгээ</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