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Дөрөвдүгээр Хэсэг</w:t>
      </w:r>
    </w:p>
    <w:p>
      <w:pPr>
        <w:pStyle w:val="ArticleSubtitle"/>
        <w:jc w:val="left"/>
      </w:pPr>
      <w:r>
        <w:rPr>
          <w:rFonts w:ascii="Arial" w:hAnsi="Arial" w:eastAsia="Arial" w:cs="Arial"/>
        </w:rPr>
        <w:t>Даниелын Нээлт: Дэлхийн түүх ба Бурханы шүүлтүүдээр дамжих эш үзүүллэгийн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Даниелын номын эхний зургаан бүлэг нь Илчлэлт номын арван гуравдугаар бүлэгт гардаг газрын араатны түүхийг төлөөлдөг. АНУ (газрын араатан) нь 1798 онд, папын засаглал (Илчлэлт номын арван гуравдугаар бүлгийн тэнгисийн араатан) эш үзүүллэгийн ёсоор үхлийн шарх авсан үед, Библийн эш үзүүллэгийн зургаа дахь хаанчлал болон эхэлж, Библийн эш үзүүллэгийн тав дахь хаанчлалын хувьд ноёрхлоо төгсгөсөн юм.</w:t>
      </w:r>
    </w:p>
    <w:p>
      <w:pPr>
        <w:pStyle w:val="ArticleBody"/>
        <w:jc w:val="left"/>
      </w:pPr>
      <w:r>
        <w:rPr>
          <w:rFonts w:ascii="Times New Roman" w:hAnsi="Times New Roman" w:eastAsia="Times New Roman" w:cs="Times New Roman"/>
        </w:rPr>
        <w:t>Газарын араатны түүх бол Бурханы шүүлтүүд ойртон ирж буйг анхааруулсан түүх мөн. Газарын араатны түүхийн эхэнд Бурханы мөрдөн байцаах шүүлт эхэлсэн бөгөөд, газрын араатны төгсгөлд Бурханы гүйцэтгэх шүүлт эхэлдэг. Эхэндээ Бурханы мөрдөн байцаах шүүлт ойртон ирж буйг анхааруулсан сануулга нь Илчлэлт номын арван дөрөвдүгээр бүлгийн эхний тэнгэрэлчийн мэдээгээр төлөөлөгдсөн бөгөөд энэ нь 1798 онд “эцсийн цаг”-т хүрч ирсэн. Төгсгөлд нь Бурханы гүйцэтгэх шүүлт ойртон ирж буйг анхааруулсан сануулга нь Илчлэлт номын арван дөрөвдүгээр бүлгийн гурван тэнгэрэлчийн мэдээгээр төлөөлөгдсөн бөгөөд энэ нь 1989 онд “эцсийн цаг”-т хүрч ирсэн.</w:t>
      </w:r>
    </w:p>
    <w:p>
      <w:pPr>
        <w:pStyle w:val="ArticleBody"/>
        <w:jc w:val="left"/>
      </w:pPr>
      <w:r>
        <w:rPr>
          <w:rFonts w:ascii="Times New Roman" w:hAnsi="Times New Roman" w:eastAsia="Times New Roman" w:cs="Times New Roman"/>
        </w:rPr>
        <w:t>“эцсийн цаг” бүрт Даниелын номын нэг хэсэг лацнаасаа тайлагддаг. Газрын араатны эхэн үеийн түүхэнд, 1798 онд, Даниелын долоо, найм, есдүгээр бүлгүүд лацнаасаа тайлагдсан. Эдгээр бүлгүүдийг Улай голын үзэгдлээр төлөөлүүлэн харуулсан байдаг. Газрын араатны төгсгөлийн үеийн түүхэнд, 1989 онд, Даниелын арав, арван нэг, арван хоёрдугаар бүлгүүд лацнаасаа тайлагдсан. Эдгээр бүлгүүдийг Хиддекел голын үзэгдлээр төлөөлүүлэн харуулсан байдаг. Даниелын ном лацнаасаа тайлагдах бүрд тухайн үед амьдарч буй үеийнхэнд гурван шаттай шалгалтын үйл явц ирдэг.</w:t>
      </w:r>
    </w:p>
    <w:p>
      <w:pPr>
        <w:pStyle w:val="ArticleScripture"/>
        <w:jc w:val="left"/>
      </w:pPr>
      <w:r>
        <w:rPr>
          <w:rFonts w:ascii="Times New Roman" w:hAnsi="Times New Roman" w:eastAsia="Times New Roman" w:cs="Times New Roman"/>
        </w:rPr>
        <w:t>Тэрээр, «Замдаа яв, Даниел аа; учир нь эдгээр үгс эцсийн цаг хүртэл хаагдаж, лацдан битүүмжлэгдсэн байна. Олон хүн ариусгагдаж, цайрч, шалгагдах болно; харин хорон хүмүүс хорон үйлдэх бөгөөд; хорон хүмүүсийн хэн нь ч ойлгохгүй; харин мэргэд ойлгоно» гэж айлдав. Даниел 12:9, 10.</w:t>
      </w:r>
    </w:p>
    <w:p>
      <w:pPr>
        <w:pStyle w:val="ArticleBody"/>
        <w:jc w:val="left"/>
      </w:pPr>
      <w:r>
        <w:rPr>
          <w:rFonts w:ascii="Times New Roman" w:hAnsi="Times New Roman" w:eastAsia="Times New Roman" w:cs="Times New Roman"/>
        </w:rPr>
        <w:t>Гурван үе шаттай шалгалтын үйл явц нь Еврей цагаан толгойн эхний, арван гурав дахь, эцсийн үсгүүдийг нэгтгэн бүтээсэн бөгөөд “үнэн” хэмээн орчуулагддаг еврей үгийн бүтцэд үндэслэдэг. Тэрхүү еврей үг нь Бурханы бүтээлч хүчийг илэрхийлж, мөн түүнийг агуулдаг. Бүх эш үзүүллэгийн үнэн тэр үгэн дээр бүтэцлэгдсэн байдаг бөгөөд Даниел номын арван хоёрдугаар бүлэг дэх гурван үе шаттай шалгалтын үйл явц ч мөн адил тийн бүтэцлэгдсэн байдаг. Тэр үг нь зөвхөн Бурханы бүтээлч хүчийг төдийгүй, мөн Үнэн мөн бөгөөд түүнчлэн Еврей цагаан толгойн эхний ба эцсийн үсгээр төлөөлөгддөг Эхлэл ба Эцэс болох Есүс Христийг ч илэрхийлдэг.</w:t>
      </w:r>
    </w:p>
    <w:p>
      <w:pPr>
        <w:pStyle w:val="ArticleBody"/>
        <w:jc w:val="left"/>
      </w:pPr>
      <w:r>
        <w:rPr>
          <w:rFonts w:ascii="Times New Roman" w:hAnsi="Times New Roman" w:eastAsia="Times New Roman" w:cs="Times New Roman"/>
        </w:rPr>
        <w:t>1798 онд төгсгөлийн цагт мөрдөн шалгах шүүлтийн ойртож буйг анхааруулсан мэдээ ирэх үед газрын араатны түүхийн эхлэл Илчлэлт арван дөрөвдүгээр бүлгийн эхний тэнгэрэлчээр дүрслэгдсэн байдаг. Илчлэлт арван дөрөвдүгээр бүлгийн эхний тэнгэрэлчийн мэдээ нь үнэн болох бөгөөд 1798 онд эхний тэнгэрэлч ирэхэд тухайн үеийн үеийнхэнд тулгарсан гурван шаттай сорилтын үйл явцыг төлөөлдөг тэрхүү гурван алхам бүрийг өөртөө агуулдаг.</w:t>
      </w:r>
    </w:p>
    <w:p>
      <w:pPr>
        <w:pStyle w:val="ArticleScripture"/>
        <w:jc w:val="left"/>
      </w:pPr>
      <w:r>
        <w:rPr>
          <w:rFonts w:ascii="Times New Roman" w:hAnsi="Times New Roman" w:eastAsia="Times New Roman" w:cs="Times New Roman"/>
        </w:rPr>
        <w:t>Тэгээд би өөр нэгэн тэнгэрэлч тэнгэрийн мандлын дундуур нисэж явахыг харсан бөгөөд тэрээр газар дээр оршин суугчдад, бүх үндэстэн, овог, хэл, ард түмэнд тунхаглах мөнхийн сайн мэдээг авч явж байв. Тэр чанга дуугаар ийн хэлэв: Бурханаас эмээгтүн, Түүнд алдрыг өргөгтүн; учир нь Түүний шүүлтийн цаг иржээ. Тэнгэр, газар, тэнгис, усны ундаргуудыг Бүтээгчийг мөргөгтүн. Илчлэл 14:6, 7.</w:t>
      </w:r>
    </w:p>
    <w:p>
      <w:pPr>
        <w:pStyle w:val="ArticleBody"/>
        <w:jc w:val="left"/>
      </w:pPr>
      <w:r>
        <w:rPr>
          <w:rFonts w:ascii="Times New Roman" w:hAnsi="Times New Roman" w:eastAsia="Times New Roman" w:cs="Times New Roman"/>
        </w:rPr>
        <w:t>1989 онд төгсгөлийн цагт гүйцэтгэх шүүлт ойртож буй тухай анхааруулга ирэх үед газрын араатны түүхийн төгсгөлийн үеийг Илчлэлт номын арван дөрөвдүгээр бүлгийн гурван тэнгэрэлчээр төлөөлүүлсэн байдаг. Илчлэлт 14-ийн гурван тэнгэрэлч нь үнэн болох гурван алхмыг төлөөлдөг бөгөөд мөн эдгээр гурван тэнгэрэлч нь 1989 онд гурав дахь тэнгэрэлч ирэх үед амьдарч байсан үеийнхэнд тулгарсан гурван үе шаттай сорилтын үйл явцыг төлөөлдөг.</w:t>
      </w:r>
    </w:p>
    <w:p>
      <w:pPr>
        <w:pStyle w:val="ArticleScripture"/>
        <w:jc w:val="left"/>
      </w:pPr>
      <w:r>
        <w:rPr>
          <w:rFonts w:ascii="Times New Roman" w:hAnsi="Times New Roman" w:eastAsia="Times New Roman" w:cs="Times New Roman"/>
        </w:rPr>
        <w:t>Тэгээд би өөр нэгэн тэнгэрэлчийг тэнгэрийн мандлын дунд нисэж явааг харав. Тэрээр газар дээр оршин суугчдад, мөн бүх үндэстэн, аймаг, хэл, ард түмэнд тунхаглах мөнхийн сайн мэдээг агуулж байсан бөгөөд чанга дуугаар ийн хэлэв: Бурханаас эмээгтүн, Түүнд алдрыг өргөгтүн; учир нь Түүний шүүлтийн цаг иржээ. Тэнгэр, газар, тэнгис, усны булгуудыг Бүтээгчид мөргөгтүн. Түүний араас өөр нэгэн тэнгэрэлч дагалдан ирж, Вавилон унав, тэр агуу хот унав; учир нь тэр өөрийн завхайрлын уур хилэнгийн дарсаар бүх үндэстнийг уулгасан хэмээн хэлэв. Тэдний араас гурав дахь тэнгэрэлч дагалдан ирж, чанга дуугаар ийн хэлэв: Хэрэв хэн нэгэн араатанд болон түүний дүрсэнд мөргөж, духан дээрээ эсвэл гар дээрээ түүний тэмдгийг хүлээн авбал, тэр мөн Бурханы уур хилэнгийн дарсыг уух болно. Тэрхүү дарс нь Түүний хилэнгийн аяганд хольцгүйгээр цутгагдсан байдаг. Мөн тэрээр ариун тэнгэрэлч нарын өмнө, Хурганы өмнө гал ба хүхрээр тарчилгагдах болно. Тэдний тарчлааны утаа мөнхөд мөнхөд дээш гарна; араатан болон түүний дүрсэнд мөргөдөг хүмүүс, мөн түүний нэрийн тэмдгийг хүлээн авагч хэн боловч өдөр шөнөгүй амралт үгүй байх болно. Энд ариун хүмүүсийн тэвчээр оршино; энд Бурханы тушаалуудыг сахидаг, Есүсийн итгэлийг хадгалдаг хүмүүс байна. Илчлэлт 14:6–12.</w:t>
      </w:r>
    </w:p>
    <w:p>
      <w:pPr>
        <w:pStyle w:val="ArticleBody"/>
        <w:jc w:val="left"/>
      </w:pPr>
      <w:r>
        <w:rPr>
          <w:rFonts w:ascii="Times New Roman" w:hAnsi="Times New Roman" w:eastAsia="Times New Roman" w:cs="Times New Roman"/>
        </w:rPr>
        <w:t>Даниелын ном нь гурван тэнгэрэлчийн мэдээн дээр бүтэцлэгдсэн байдаг. Тэрхүү бүтэц нь “үнэн” гэсэн еврей үгийн гурван алхам мөн, түүнд харгалзах гурван шатат шалгалтын үйл явц ч мөн адил юм; харин шалгалтын үйл явц нь Илчлэлт номын арван гуравдугаар бүлгийн газрын араатны (Америкийн Нэгдсэн Улс) түүхэн шугаман дээр, мөн газрын араатны хоёр эврийн (Бүгд найрамдах үзэл ба Протестантизм) түүхэн шугаман дээр өрнөдөг. 1798 оноос эхлэн удахгүй ирэх Ням гаргийн хууль хүртэл үргэлжлэх Америкийн Нэгдсэн Улсын түүх нь Долоо дахь өдрийн Адвентист сүм оршин байдаг түүхийн мөнөөх л үе мөн. Иймээс Даниелын номд мөн 1798 оноос эхлэн удахгүй ирэх Ням гаргийн хууль хүртэл үргэлжлэх Адвентизмын түүхийг дүрслэн үзүүлэх бүтэц багтдаг. Ингэснээр Даниелын ном нь Илчлэлт номд дүрслэгдсэн тэрхүү л эш үзүүллэгийн түүхүүдийг тодорхойлж, тийнхүү хоёр дахь гэрчийн мэдээг төгөлдөржүүлдэг анхны гэрчийг ханган өгдөг. Эдгээр хоёр номын төгөлдөржил нь Хуучин Гэрээ ба Шинэ Гэрээний харилцаанд оршиж байсан тэр л эш үзүүллэгийн үзэгдлээр хэрэгждэг.</w:t>
      </w:r>
    </w:p>
    <w:p>
      <w:pPr>
        <w:pStyle w:val="ArticleScripture"/>
        <w:jc w:val="left"/>
      </w:pPr>
      <w:r>
        <w:rPr>
          <w:rFonts w:ascii="Times New Roman" w:hAnsi="Times New Roman" w:eastAsia="Times New Roman" w:cs="Times New Roman"/>
        </w:rPr>
        <w:t>“Есүсийн амьдрал, үхэл, амилалтын түүхийг Бурханы Хүүгийнх нь хувьд Хуучин Гэрээнд агуулагдсан нотолгоогүйгээр бүрэн батлан харуулах боломжгүй. Христ Хуучин Гэрээнд Шинэ Гэрээнийхтэй адил тодорхой илчлэгддэг. Нэг нь ирэх Аврагчийн тухай гэрчилдэг бол нөгөө нь эш үзүүлэгчдийн урьдчилан хэлсэнчлэн аль хэдийн ирсэн Аврагчийн тухай гэрчилдэг. Авралын төлөвлөгөөг үнэлэн ойлгохын тулд Хуучин Гэрээний Судрыг гүнзгий, бүрэн ойлгосон байх ёстой. Шинэ Гэрээний сургаалууд болон Христийн амьдралыг тод, үзэсгэлэнтэйгээр ил гаргадаг зүйл нь эш үзүүллэгийн өнгөрсөн үеэс тусах алдаршуулсан гэрэл мөн. Есүсийн үйлдсэн гайхамшгууд Түүний бурханлаг чанарын нотолгоо мөн; харин Тэр дэлхийн Аврагч мөн гэдгийн хамгийн хүчтэй нотолгоо нь Хуучин Гэрээний эш үзүүллэгүүдийг Шинэ Гэрээний түүхтэй харьцуулан үзэхэд илэрдэг. Есүс иудейчүүдэд, ‘Судруудыг шинжлэгтүн; учир нь та нар тэдгээрийн дотор мөнх амьтай гэж боддог, мөн тэдгээр нь Миний тухай гэрчилдэг юм’ хэмээн айлджээ. Тэр үед Хуучин Гэрээнийхээс өөр Судар оршин байгаагүй тул Аврагчийн энэ тушаал тодорхой юм.” Зөгнөлийн Сүнс, 3-р боть, 211.</w:t>
      </w:r>
    </w:p>
    <w:p>
      <w:pPr>
        <w:pStyle w:val="ArticleBody"/>
        <w:jc w:val="left"/>
      </w:pPr>
      <w:r>
        <w:rPr>
          <w:rFonts w:ascii="Times New Roman" w:hAnsi="Times New Roman" w:eastAsia="Times New Roman" w:cs="Times New Roman"/>
        </w:rPr>
        <w:t>“Есүсийн амьдрал, үхэл, амилалтын түүх” нь Христийн хүн төрөлхтний төлөөх ажлыг хураангуйлж, мөн тэрхүү гурван алхмыг гэрчилдэг бөгөөд тэр гурван алхам нь “үнэн” юм. Еврей хэлний “үнэн” гэсэн үг нь эхлэл ба төгсгөл, анхдагч ба эцсийн Нэгэн, Альфа ба Омега болох Есүсийг төлөөлдөг; мөн уг үг өөрөө ч адил зүйлийг илэрхийлдэг эхний ба сүүлийн үсгүүдээс бүрддэг. Учир нь Альфа ба Омегагийн хувьд Есүс аливаа зүйлийн төгсгөлийг, тухайн зүйлийн эхлэлтэй хамтатган харуулдаг. Христийн амьдрал, үхэл, амилалт нь үнэн мөн. Яагаад гэвэл бусад зүйлсийн дотор тэдгээр нь гурван алхмаар дүрслэгддэг бөгөөд эхний ба сүүлийн алхам хоёулаа “амьдрал” юм. Учир нь “амьдрал” ба “амилалт” хоёулаа “амьдрал” билээ. Еврей хэлний уг үгийн дундах үсэг нь цагаан толгойн арван гурав дахь үсэг бөгөөд арван гурав нь тэрслүүгийн бэлгэдэл юм. Христийн үхэл нь Сатан болон түүний тэрслүүтэй нэгдсэн Адамын хөвгүүдийн тэрслүүгээс үүдэн бий болсон юм.</w:t>
      </w:r>
    </w:p>
    <w:p>
      <w:pPr>
        <w:pStyle w:val="ArticleBody"/>
        <w:jc w:val="left"/>
      </w:pPr>
      <w:r>
        <w:rPr>
          <w:rFonts w:ascii="Times New Roman" w:hAnsi="Times New Roman" w:eastAsia="Times New Roman" w:cs="Times New Roman"/>
        </w:rPr>
        <w:t>Илчлэлт ном дахь Есүс Христийн Илчлэлтийн ойлголт нь хүний сорилтын хугацаа хаагдахын яг өмнө лац нь тайлагддаг бөгөөд тэр үед тайлагддаг үнэний гол бүрэлдэхүүний нэг нь Христ бол Өөрийн Үгэнд оршин байхаар Түүний тогтоосон үнэнүүд дээр Альфа ба Омега хэмээн Өөрийн гарын үсгийг тавьдаг “үнэн,” Альфа ба Омега мөн гэдэг явдал юм. Цагаан эгч ийн бичихдээ: “Бурханы Хүүгийн хувьд Есүсийн амьдрал, үхэл, амилалтын түүхийг Хуучин Гэрээнд агуулагдсан нотолгоогүйгээр бүрэн нотлон харуулж үл болно. Христ Хуучин Гэрээнд Шинэ Гэрээний адил тодорхой илчлэгддэг” хэмээсэн нь, харах хүмүүсийн хувьд, Илчлэлт номын арван дөрөвдүгээр бүлгийн гурван тэнгэрэлчийн мэдээ (эдгээр нь мөн “амьдрал, үхэл ба амилалт” хэмээх тэрхүү гурван ижил алхам дээр бүтэцлэгдсэн байдаг) нь Даниел номд “агуулагдсан нотолгоогүйгээр бүрэн нотлон харуулж үл болно” гэдгийг батлан нотолж байгаа юм.</w:t>
      </w:r>
    </w:p>
    <w:p>
      <w:pPr>
        <w:pStyle w:val="ArticleBody"/>
        <w:jc w:val="left"/>
      </w:pPr>
      <w:r>
        <w:rPr>
          <w:rFonts w:ascii="Times New Roman" w:hAnsi="Times New Roman" w:eastAsia="Times New Roman" w:cs="Times New Roman"/>
        </w:rPr>
        <w:t>Тэрээр мөн Даниелын номд ирэх ёстой нэгэн “Вавилон”-ын тухай гэрчилдэг бол, Илчлэл ном нь Даниелын номоор урьдчилан хэлэгдсэн ёсоор “ирсэн” нэгэн Вавилоны тухай гэрчилдгийг тодорхойлж байна. Цаашлаад, Илчлэл номыг “үнэлэн ойлгохын тулд” Даниелын ном “гүнзгий бөгөөд бүрэн ойлгогдсон байх ёстой”-г энэхүү хэрэглээ зааж байна. Учир нь Даниелын номоос ирдэг “алдаршуулсан гэрэл” нь Илчлэл номын “Христийн амь ба сургаалуудыг” “тодорхой байдал ба гоо үзэсгэлэнгээр” илэрхийлэн гаргаж ирдэг юм.</w:t>
      </w:r>
    </w:p>
    <w:p>
      <w:pPr>
        <w:pStyle w:val="ArticleBody"/>
        <w:jc w:val="left"/>
      </w:pPr>
      <w:r>
        <w:rPr>
          <w:rFonts w:ascii="Times New Roman" w:hAnsi="Times New Roman" w:eastAsia="Times New Roman" w:cs="Times New Roman"/>
        </w:rPr>
        <w:t>Түүний үгсийг мөн Илчлэл номд дүрслэгдсэн “Есүсийн гайхамшгууд” нь “Түүний бурханлаг чанарын нотолгоо” болохыг заасан гэж ойлгож болно; харин Тэрээр дэлхийн Аврагч мөн гэдгийн “хамгийн хүчтэй нотолгоонууд” нь Даниелын номын эш үзүүллэгүүдийг Илчлэл номын “түүхтэй харьцуулах” үед олддог. Цаашлаад, “Есүс иудейчүүдэд, ‘Судруудыг шинжлэгтүн; учир нь та нар тэдгээрт мөнх амь байна гэж боддог, мөн тэдгээр нь Миний тухай гэрчилдэг’ гэж хэлэхдээ,” өнөөгийн сүнслэг иудейчүүдийн хувьд Даниелын ном нь Есүс Христийн Илчлэлийн тухай гэрчилдэг бөгөөд авралын боломж хаагдахын яг өмнө тайлагдах тэрхүү илчлэл дотор мөнх амь олддогийг мөн танин мэдэж болно.</w:t>
      </w:r>
    </w:p>
    <w:p>
      <w:pPr>
        <w:pStyle w:val="ArticleBody"/>
        <w:jc w:val="left"/>
      </w:pPr>
      <w:r>
        <w:rPr>
          <w:rFonts w:ascii="Times New Roman" w:hAnsi="Times New Roman" w:eastAsia="Times New Roman" w:cs="Times New Roman"/>
        </w:rPr>
        <w:t>Даниелын номд Илчлэлт номонд төгс биеллээ олдог эш үзүүллэгийн үнэнүүдийг дэвшүүлэн тавьдаг. Энэ нь еврей хэлний “үнэн” гэсэн үгийг илэрхийлдэг гурван алхам дээр бүтээгдсэн тул, эдгээр баримтууд лац нь тайлагдан илчлэгдэх үеийн үеийнхэнд уг ном өөрөө сорилтыг төлөөлдөг. Альфа ба Омега болох Есүс Өөрөө Илчлэлт номын хамгийн эхний үгс болон эхний бүлэгт шууд онцлон тэмдэглэгдсэн байдаг. Эдгээр өгүүллүүд мөн Даниелын номын нэгдүгээр бүлэг нь Илчлэлт номын арван дөрөвдүгээр бүлгийн эхний тэнгэрэлчийн мэдээний адил эш үзүүллэгийн бүтэц, шинж чанарыг агуулдгийг харуулсан.</w:t>
      </w:r>
    </w:p>
    <w:p>
      <w:pPr>
        <w:pStyle w:val="ArticleBody"/>
        <w:jc w:val="left"/>
      </w:pPr>
      <w:r>
        <w:rPr>
          <w:rFonts w:ascii="Times New Roman" w:hAnsi="Times New Roman" w:eastAsia="Times New Roman" w:cs="Times New Roman"/>
        </w:rPr>
        <w:t>Эхний тэнгэрэлчийн мэдээ болон Даниелын нэгдүгээр бүлэг хоёулаа Альфа ба Омегагийн онцгой шинж тэмдэг болох гурван шатат сорилтын үйл явцыг тодорхойлон харуулдаг. Тэрхүү бүлэг нь бодит Вавилон бодит Иудаг эзлэн авснаар эхэлдэг бөгөөд уг ном Даниелын арван нэгдүгээр бүлгийн сүүлчийн зургаан эшлэлд дүрслэгдсэн Вавилон ба Иудагийн хоорондох эцсийн тулаан руу хөтөлдөг. Тэдгээр эшлэлд, Михаил босож, хүний нигүүлслийн хугацаа хаагдах яг тэр үед сүнслэг Вавилон сүнслэг Иудад ялагддаг. Тэдгээр эшлэл нь Вавилон ба Иудагийн хоорондын дайны эш үзүүллэгийн түүхийн төгсгөлийг илэрхийлдэг. Тэдгээр эшлэлд үхлийн шархны эдгэрэл дүрслэгдсэн байдаг.</w:t>
      </w:r>
    </w:p>
    <w:p>
      <w:pPr>
        <w:pStyle w:val="ArticleBody"/>
        <w:jc w:val="left"/>
      </w:pPr>
      <w:r>
        <w:rPr>
          <w:rFonts w:ascii="Times New Roman" w:hAnsi="Times New Roman" w:eastAsia="Times New Roman" w:cs="Times New Roman"/>
        </w:rPr>
        <w:t>Үхлийн шарх эдгэрч буйг дүрсэлсэн эшлэлүүд Даниел 11-ийн дөчдүгээр ишлэлээс эхэлдэг бөгөөд тэр нь “Төгсгөлийн үед” гэсэн үгээр эхэлдэг. Энэ ишлэл дэх “төгсгөлийн үе” нь 1798 оныг төлөөлдөг бөгөөд тэр үед папын эрх мэдэлд үхлийн шарх учирсан юм. Дараах ишлэлүүдэд үхлийн шарх хэрхэн эдгэрснийг өгүүлдэг: папын эрх мэдэл эхлээд өөрийн дайсан болох өмнөдийн хааныг (Зөвлөлт Холбоот Улс), дараа нь өөрийн холбоотон болох алдарт газрыг (Америкийн Нэгдсэн Улс), гуравдугаарт өөрийн золиос болох Египетийг (Нэгдсэн Үндэстний Байгууллага) байлдан дагуулдаг. Дөчин тавдугаар ишлэлд папын эрх мэдэл (умардын хаан) түүнд туслах нэгэн ч үгүйгээр өөрийн төгсгөлд хүрдэг. Эдгээр ишлэл дэх папын эрх мэдлийн үхлийн шарх эдгэрч буй түүх нь 1798 онд папын эрх мэдэл унаснаар эхэлж, папын эрх мэдлийн эцсийн өргөлт ба уналтаар төгсөнө. Энэ хэсгийн эхлэл ба төгсгөлийн хооронд орших ишлэлүүд нь голын тэрхүү бослогыг тодорхойлон харуулдаг.</w:t>
      </w:r>
    </w:p>
    <w:p>
      <w:pPr>
        <w:pStyle w:val="ArticleBody"/>
        <w:jc w:val="left"/>
      </w:pPr>
      <w:r>
        <w:rPr>
          <w:rFonts w:ascii="Times New Roman" w:hAnsi="Times New Roman" w:eastAsia="Times New Roman" w:cs="Times New Roman"/>
        </w:rPr>
        <w:t>“Үнэн” гэсэн еврей үг нь еврей цагаан толгойн эхний үсэг, арван гурав дахь үсэг, мөн сүүлийн үсгийг нэгтгэснээр бүтээгдсэн юм. Арван гурав нь тэрслүү байдлыг бэлгэддэг тоо бөгөөд энэ нь эхний ба сүүлийн хоорондын түүхийг илэрхийлдэг. Даниелын ном дахь эш үзүүллэгийн төгсгөлийн хэсэгт, уг номын хамгийн эхний эшлэлүүдэд дүрслэгдсэн тэрхүү адил тэмцэл мөн дүрслэгдсэн байдаг. Тэр эшлэлүүд нь нэгдүгээр бүлгийг нээдэг бөгөөд тэнд бид үнэн болох гурван үе шаттай сорилтын үйл явцыг олж хардаг. Тэгээд төгсгөлийн хэсэгт бид мөн адил тэрхүү гурван үе шатыг олж харна: энэ нь папын эрх мэдлийн эхний уналтаар эхэлж, папын эрх мэдлийн сүүлчийн уналтаар төгсдөг бөгөөд тэдгээрийн дунд эцсийн өдрүүдийн тэрслүү байдал багтан байрласан байдаг.</w:t>
      </w:r>
    </w:p>
    <w:p>
      <w:pPr>
        <w:pStyle w:val="ArticleBody"/>
        <w:jc w:val="left"/>
      </w:pPr>
      <w:r>
        <w:rPr>
          <w:rFonts w:ascii="Times New Roman" w:hAnsi="Times New Roman" w:eastAsia="Times New Roman" w:cs="Times New Roman"/>
        </w:rPr>
        <w:t>Даниелын арван нэгдүгээр бүлгийн сүүлчийн зургаан эшлэлийн дотор үнэний хоёр дахь гэрчлэл бий. Учир нь папын засаглалын унагаах шаардлагатай байсан анхны газарзүйн хүч (өмнөдийн хаан) нь луугийн хүчний бэлгэдэл бөгөөд газарзүйн гурван хүчний сүүлчийнх нь (Египет) мөн адил тийм билээ. Үхлийн шарх эдгэрэхэд зайлшгүй шаардлагатай тэрхүү гурван үе шаттай байлдан дагуулалт нь атеизмын луугийн хүчийг бэлгэддэг өмнөдийн хаанаас эхэлдэг; мөн Египетээр төлөөлөгдсөн тэр гурван хүчний сүүлчийнх нь луутай холбогдох атеизмын библийн үндсэн бэлгэдэл мөн. Үнэндээ, тухайн эшлэлийн дөчдүгээр эшлэлд “өмнөд” гэж орчуулагдсан үг нь “негев” бөгөөд заримдаа Египет гэж орчуулагддаг. Эдгээр гурван саад бэрхшээл үнэний тамгыг агуулдаг, учир нь эхний саад нь сүүлчийн саад мөн. Дунд дахь хүч нь үзэсгэлэнт газар (Америкийн Нэгдсэн Улс) юм. Америкийн Нэгдсэн Улс бол Ням гаргийн хуулийн эсрэг бослого хэрэгждэг газар бөгөөд эхэн үедээ Америкийн Нэгдсэн Улсын бэлгэдэл нь арван гурван колони байсан юм.</w:t>
      </w:r>
    </w:p>
    <w:p>
      <w:pPr>
        <w:pStyle w:val="ArticleBody"/>
        <w:jc w:val="left"/>
      </w:pPr>
      <w:r>
        <w:rPr>
          <w:rFonts w:ascii="Times New Roman" w:hAnsi="Times New Roman" w:eastAsia="Times New Roman" w:cs="Times New Roman"/>
        </w:rPr>
        <w:t>Альфа ба Омегагийн дардас Даниелын номыг бүхэлд нь нэвчин шингэсэн байдаг бөгөөд Илчлэлийн номтой хамтатган авч үзэхэд Есүс Христийн бурханлаг чанарыг тогтоон батлах гэрчлэлийг өгдөг. Даниелын номын арван хоёрдугаар бүлэг болон уг номын тамга тайлагдах үеийн үед явагдах гурван шатт сорилтын үйл явцын үүднээс авч үзвэл, Даниелын номын бүтцийн талаарх илчлэлийг няцаах нь хорон муу хүмүүс хэмээн тодорхойлогдсон хүмүүсийн дунд байх явдал мөн. Илчлэлийн номын арван дөрөвдүгээр бүлгийн үүднээс авч үзвэл, Даниелын номын бүтцийн талаарх илчлэлийг няцаах нь араатан ба түүний дүрст мөргөдөг хүмүүс хэмээн тодорхойлогдсон хүмүүсийн дунд байх явдал мөн.</w:t>
      </w:r>
    </w:p>
    <w:p>
      <w:pPr>
        <w:pStyle w:val="ArticleBody"/>
        <w:jc w:val="left"/>
      </w:pPr>
      <w:r>
        <w:rPr>
          <w:rFonts w:ascii="Times New Roman" w:hAnsi="Times New Roman" w:eastAsia="Times New Roman" w:cs="Times New Roman"/>
        </w:rPr>
        <w:t>Илчлэл ном нь нигүүлслийн хугацаа хаагдахын яг өмнө Есүс Христийн Илчлэл тайлагдан нээгддэгийг заадаг бөгөөд Есүс Христийн Илчлэлд Даниел номын бүтцийн тайлагдан нээгдэхүй багтдаг.</w:t>
      </w:r>
    </w:p>
    <w:p>
      <w:pPr>
        <w:pStyle w:val="ArticleScripture"/>
        <w:jc w:val="left"/>
      </w:pPr>
      <w:r>
        <w:rPr>
          <w:rFonts w:ascii="Times New Roman" w:hAnsi="Times New Roman" w:eastAsia="Times New Roman" w:cs="Times New Roman"/>
        </w:rPr>
        <w:t>“Төрийн хариуцлагууд болон дэлхий даяар ноёрхох хаанчлалуудын нууцыг хүлээн авч, хүмүүсээр хүндлэгдсэн Даниел Бурханаар ч Өөрийн Элч болгон өргөмжлөгдөж, ирэх үе үеийн нууцуудын тухай олон илчлэлийг хүлээн авсан юм. Түүний нэрийг агуулсан номын 7-оос 12 дугаар бүлгүүдэд түүний өөрийнх нь тэмдэглэн үлдээсэн гайхамшигт эш үзүүллэгүүдийг эш үзүүлэгч өөрөө ч бүрэн ойлгоогүй байв; гэвч амьдралынх нь хөдөлмөр төгсөхөөс өмнө, “өдрүүдийн төгсгөлд”—энэ дэлхийн түүхийн төгсгөлийн үед—түүнд дахин өөрийн хувь, байр сууриндаа зогсох зөвшөөрөл олгогдоно гэсэн ерөөлт баталгааг түүнд өгсөн байлаа. Бурханы тэнгэрлэг зорилгын талаар илчилсэн бүхнийг ойлгох нь түүнд өгөгдөөгүй байв. Түүний эш үзүүллэгийн бичвэрүүдийн талаар түүнд “Эдгээр үгийг хааж, энэ номыг битүүмжил” хэмээн тушаасан; эдгээр нь “эцсийн цаг хүртэл” битүүмжлэгдсэн байх ёстой байв. “Өөрийн замаар яв, Даниел аа” хэмээн тэнгэрэлч ЭЗЭНий үнэнч элчид дахин тушаав; “учир нь эдгээр үгс эцсийн цаг хүртэл хаалттай бөгөөд битүүмжлэгдсэн…. Харин чи эцэс хүртэл өөрийн замаар яв; учир нь чи амарч, өдрүүдийн төгсгөлд өөрийн хувьдаа зогсох болно.” Даниел 12:4, 9, 13.</w:t>
      </w:r>
    </w:p>
    <w:p>
      <w:pPr>
        <w:pStyle w:val="ArticleScripture"/>
        <w:jc w:val="left"/>
      </w:pPr>
      <w:r>
        <w:rPr>
          <w:rFonts w:ascii="Times New Roman" w:hAnsi="Times New Roman" w:eastAsia="Times New Roman" w:cs="Times New Roman"/>
        </w:rPr>
        <w:t>“Бид энэ дэлхийн түүхийн төгсгөлд ойртон ирэх тусам, Даниелд тэмдэглэгдсэн эш үзүүллэгүүд бидний онцгой анхаарлыг шаардаж байна. Учир нь тэдгээр нь бидний амьдарч буй яг энэ цаг үетэй холбоотой юм. Тэдгээртэй хамт Шинэ Гэрээний Судрын сүүлчийн номын сургаалуудыг холбон үзэх ёстой. Сатан олон хүнд Даниелын болон илчлэгч Иоханы бичвэрүүдийн эш үзүүллэгийн хэсгүүдийг ойлгох боломжгүй гэж итгүүлсэн. Гэвч эдгээр эш үзүүллэгүүдийг судлахтай хамт онцгой ерөөл дагалдана гэсэн амлалт тодорхой байдаг. ‘Мэргэд ойлгоно’ (10-р зүйл) гэж хожмын өдрүүдэд лац нь тайлагдах ёстой байсан Даниелын үзэгдлүүдийн талаар хэлэгдсэн; мөн бүх зууны турш Бурханы ард түмнийг удирдуулахын тулд Христ Өөрийн зарц Иоханд өгсөн илчлэлийн тухайд, амлалт нь: ‘Энэ эш үзүүллэгийн үгсийг уншигч болон сонсогчид, мөн түүнд бичигдсэн зүйлсийг сахигчид ерөөлтэй еэ’ гэжээ. Илчлэл 1:3.” Эш Үзүүлэгчид ба Хаад, 547.</w:t>
      </w:r>
    </w:p>
    <w:p>
      <w:pPr>
        <w:pStyle w:val="ArticleBody"/>
        <w:jc w:val="left"/>
      </w:pPr>
      <w:r>
        <w:rPr>
          <w:rFonts w:ascii="Times New Roman" w:hAnsi="Times New Roman" w:eastAsia="Times New Roman" w:cs="Times New Roman"/>
        </w:rPr>
        <w:t>Өөрийн цаг үе ба үеийнхэндээ хандан ирээдүйн цаг дээр өгүүлэхдээ, Уайт эгч ийнхүү хэлсэн: “бид энэ дэлхийн түүхийн төгсгөлд ойртох тусам”, “‘ухаалаг хүмүүс ойлгоно’”, учир нь “Даниелын тэмдэглэн үлдээсэн эш үзүүлгүүд нь бидний амьдарч буй яг энэ цаг үетэй холбоотой тул онцгой анхаарал шаардаж байна.” “Ирэх үеүүдийн нууцуудын тухай олон илчлэлүүд, түүний нэрээр нэрлэгдсэн номын долоодугаар бүлгээс арван хоёрдугаар бүлэг хүртэлх хэсэгт түүний тэмдэглэн үлдээсэн гайхамшигт эш үзүүлгүүд” нь “эцсийн өдрүүдэд лац нь тайлагдах ёстой.”</w:t>
      </w:r>
    </w:p>
    <w:p>
      <w:pPr>
        <w:pStyle w:val="ArticleBody"/>
        <w:jc w:val="left"/>
      </w:pPr>
      <w:r>
        <w:rPr>
          <w:rFonts w:ascii="Times New Roman" w:hAnsi="Times New Roman" w:eastAsia="Times New Roman" w:cs="Times New Roman"/>
        </w:rPr>
        <w:t>Даниелын номын лац тайлагдах үед Иудагийн овгийн Арслан Даниелын номыг Өөрийн ард түмэнд өгөх тэр цагт амьдарч буй үеийг сорьдог, гурван үе шаттай ариусгалын үйл явц бий болдог. Илчлэл арван бүлэгт Уайт эгч бидэнд бууж ирсэн тэнгэрэлч нь “Есүс Христээс дутуугүй нэгэн Бие хүн” байсан гэж мэдэгддэг. Илчлэл арван бүлэгт тэр тэнгэрэлч гартаа нээлттэй жижигхэн номтой байсан бөгөөд Иоханд түүнийг авч идэхийг тушаасан. Тэр номыг Иудагийн овгийн Арслан, өөрөөр хэлбэл Есүс Христээс дутуугүй нэгэн Бие хүн, лацыг нь тайлсан тул Иоханы идэхээр тушаагдсан ном нь Даниелын жижигхэн ном байсан юм.</w:t>
      </w:r>
    </w:p>
    <w:p>
      <w:pPr>
        <w:pStyle w:val="ArticleScripture"/>
        <w:jc w:val="left"/>
      </w:pPr>
      <w:r>
        <w:rPr>
          <w:rFonts w:ascii="Times New Roman" w:hAnsi="Times New Roman" w:eastAsia="Times New Roman" w:cs="Times New Roman"/>
        </w:rPr>
        <w:t>“Иудагийн овгийн Арслан нь номын лацыг тайлж, эдгээр эцсийн өдрүүдэд юу болохын илчлэлийг Иоханд өгсөн билээ.</w:t>
      </w:r>
    </w:p>
    <w:p>
      <w:pPr>
        <w:pStyle w:val="ArticleScripture"/>
        <w:jc w:val="left"/>
      </w:pPr>
      <w:r>
        <w:rPr>
          <w:rFonts w:ascii="Times New Roman" w:hAnsi="Times New Roman" w:eastAsia="Times New Roman" w:cs="Times New Roman"/>
        </w:rPr>
        <w:t>“Анхны тэнгэрэлчийн мэдээ манай дэлхийд тунхаглагдах ёстой төгсгөлийн цаг хүртэл лацдан хадгалагдсан өөрийн гэрчлэлийг өргөхийн тулд Даниел өөрт оногдсон хувь тавилангийнхаа газарт зогссон юм. Эдгээр зүйлс энэ эцсийн өдрүүдэд хязгааргүй ач холбогдолтой; гэвч ‘олон хүн ариусгагдаж, цайруулагдан, шалгагдах’ боловч, ‘хорон муу хүмүүс хорон муугаа үйлдэх бөгөөд; хорон муу хүмүүсийн хэн нь ч ойлгохгүй.’ Энэ нь ямар үнэн билээ! Нүгэл бол Бурханы хуулийг зөрчих явдал мөн; харин Бурханы хуулийн талаархи гэрлийг хүлээн авахгүй хүмүүс анхны, хоёр дахь, гурав дахь тэнгэрэлчийн мэдээнүүдийн тунхаглалыг ойлгохгүй. Даниелын ном Иоханд өгөгдсөн илчлэлд лацаа тайлуулж, биднийг энэ дэлхийн түүхийн эцсийн үйл явдлууд уруу хөтөлдөг.”</w:t>
      </w:r>
    </w:p>
    <w:p>
      <w:pPr>
        <w:pStyle w:val="ArticleScripture"/>
        <w:jc w:val="left"/>
      </w:pPr>
      <w:r>
        <w:rPr>
          <w:rFonts w:ascii="Times New Roman" w:hAnsi="Times New Roman" w:eastAsia="Times New Roman" w:cs="Times New Roman"/>
        </w:rPr>
        <w:t>“Бид эцсийн өдрүүдийн аюулуудын дунд амьдарч байгаагаа ах дүүс маань санах уу? Илчлэлт номыг Даниелтай холбон унш. Эдгээр зүйлсийг заа.” Үйлчлэгчдэд өгсөн Гэрчлэлүүд, 115.</w:t>
      </w:r>
    </w:p>
    <w:p>
      <w:pPr>
        <w:pStyle w:val="ArticleBody"/>
        <w:jc w:val="left"/>
      </w:pPr>
      <w:r>
        <w:rPr>
          <w:rFonts w:ascii="Times New Roman" w:hAnsi="Times New Roman" w:eastAsia="Times New Roman" w:cs="Times New Roman"/>
        </w:rPr>
        <w:t>Одоо лац нь тайлагдаж буй Даниел номын бүтцийн талаарх илчлэлийг үгүйсгэнэ гэдэг нь хорон муу хүмүүсийн дунд тооцогдох явдал мөн. Даниелын эхний зургаан бүлэг нь Адвентизмийн эш үзүүллэгийн түүх, газрын араатан, Исаиа номын хорин гуравдугаар бүлэгт гардаг далан бэлгэдэлт жил, Протестантизм ба Бүгд Найрамдах үзлийн хоёр эвэр, эхний ба хоёр дахь тэнгэрэлчийн мэдээний эш үзүүллэгийн түүх, мөн гурван тэнгэрэлчийн мэдээний түүхийг төлөөлөх эш үзүүллэгийн бүтцийг тогтоодог. Даниелын сүүлийн зургаан бүлэг нь урьд өгүүлсэн эдгээр бүх түүхийн эхлэл ба төгсгөлд лац нь тайлагддаг эш үзүүллэгийн мэдээнүүдийг тодорхойлдог.</w:t>
      </w:r>
    </w:p>
    <w:p>
      <w:pPr>
        <w:pStyle w:val="ArticleBody"/>
        <w:jc w:val="left"/>
      </w:pPr>
      <w:r>
        <w:rPr>
          <w:rFonts w:ascii="Times New Roman" w:hAnsi="Times New Roman" w:eastAsia="Times New Roman" w:cs="Times New Roman"/>
        </w:rPr>
        <w:t>Даниелын нэгдүгээр бүлэг нь газрын араатны түүхийн эхэн үед явагдсан эхний тэнгэрэлчийн хөдөлгөөний түүх мөн. Нэгдүгээр бүлгээс гуравдугаар бүлэг хүртэл нь газрын араатны түүхийн төгсгөлийн үед явагдсан гурав дахь тэнгэрэлчийн хөдөлгөөний түүх мөн. Дөрөвдүгээр бүлгийг эхлэл хэмээн нэгдүгээр бүлэгтэй уялдуулан авч үзэх ёстой бөгөөд тавдугаар ба зургадугаар бүлгүүдийг төгсгөл хэмээн нэгдүгээрээс гуравдугаар бүлгүүдтэй уялдуулан авч үзэх ёстой. Долоо, найм, есдүгээр бүлгүүдэд дүрслэгдсэн мэдлэгийн өсөлтийг эхэн үеийн түүх хэмээн нэгдүгээр бүлэгтэй уялдуулан авч үзэх ёстой. Арав, арван нэг, арван хоёрдугаар бүлгүүдэд дүрслэгдсэн мэдлэгийн өсөлтийг төгсгөлийн үеийн түүх хэмээн нэгдүгээрээс гуравдугаар бүлгүүдтэй уялдуулан авч үзэх ёстой.</w:t>
      </w:r>
    </w:p>
    <w:p>
      <w:pPr>
        <w:pStyle w:val="ArticleBody"/>
        <w:jc w:val="left"/>
      </w:pPr>
      <w:r>
        <w:rPr>
          <w:rFonts w:ascii="Times New Roman" w:hAnsi="Times New Roman" w:eastAsia="Times New Roman" w:cs="Times New Roman"/>
        </w:rPr>
        <w:t>Мөр мөрөөр нь авч үзэхэд, энэхүү хэрэглээ нь газрын араатны түүхийн эхлэлийг нэг, дөрөв, долоо, найм, есдүгээр бүлгүүд хэмээн тодорхойлж байна. Мөн энэхүү хэрэглээ нь газрын араатны төгсгөлийн түүхийг нэгээс гуравдугаар бүлгүүд, тав, зургаа болон аравдаас арван хоёрдугаар бүлгүүд хэмээн тодорхойлж байна. Ийнхүү Даниелын ном нь газрын араатны аль алиных нь, эхлэл ба төгсгөлийнх нь, дүрслэл болгон тавигдаж байна.</w:t>
      </w:r>
    </w:p>
    <w:p>
      <w:pPr>
        <w:pStyle w:val="ArticleBody"/>
        <w:jc w:val="left"/>
      </w:pPr>
      <w:r>
        <w:rPr>
          <w:rFonts w:ascii="Times New Roman" w:hAnsi="Times New Roman" w:eastAsia="Times New Roman" w:cs="Times New Roman"/>
        </w:rPr>
        <w:t>Тэгвэл газрын араатны эхлэлийг Даниелын нэгдүгээр бүлгээр тодорхойлж болно. Учир нь дөрөвдүгээр бүлэг нь нэгдүгээр бүлгийн дээр давхарлан очих ёстой (мөр мөрийн дээр). Долоо, найм, есдүгээр бүлгүүд ч мөн нэгдүгээр бүлгийн дээр давхарлан очих ёстой. Иймээс газрын араатны түүхийн эхлэл Даниелын нэгдүгээр бүлгээр төлөөлөгдөнө.</w:t>
      </w:r>
    </w:p>
    <w:p>
      <w:pPr>
        <w:pStyle w:val="ArticleBody"/>
        <w:jc w:val="left"/>
      </w:pPr>
      <w:r>
        <w:rPr>
          <w:rFonts w:ascii="Times New Roman" w:hAnsi="Times New Roman" w:eastAsia="Times New Roman" w:cs="Times New Roman"/>
        </w:rPr>
        <w:t>Үүнтэй адил, газрын араатны төгсгөл ч мөн адил. Газрын араатны түүхийн төгсгөл нь нэгээс гуравдугаар бүлгүүдээр дүрслэгдсэн бөгөөд тав, зургаа, арав, арван нэг, арван хоёрдугаар бүлгүүд нь эхний гурван бүлгийн дээр давхарлан өгүүлэх ёстой (мөрийн дээр мөр), тийнхүү газрын араатны түүхийн төгсгөл нь Даниелын эхний гурван бүлгээр дүрслэгддэг.</w:t>
      </w:r>
    </w:p>
    <w:p>
      <w:pPr>
        <w:pStyle w:val="ArticleBody"/>
        <w:jc w:val="left"/>
      </w:pPr>
      <w:r>
        <w:rPr>
          <w:rFonts w:ascii="Times New Roman" w:hAnsi="Times New Roman" w:eastAsia="Times New Roman" w:cs="Times New Roman"/>
        </w:rPr>
        <w:t>Нэгдүгээр бүлэг эхлэлийг төлөөлдөг бөгөөд дараа нь нэгээс гуравдугаар бүлгүүд төгсгөлийг төлөөлдөг; харин нэг, дараа нь гурав гэсэн энэ бүтэц нь Даниел номын эш үзүүллэгийн бүтэц Илчлэлт арван дөрөв дэх бүлгийн гурван тэнгэрэлчийн эш үзүүллэгийн бүтэцтэй адил болохыг тодорхойлдог. Тэнд, Даниелд байдгийн адил, эхний тэнгэрэлч нь тусдаа нэгэн түүхийг төлөөлдөг боловч мөн гурван тэнгэрэлчийн түүхийн гуравны нэгийг бүрдүүлдэг. Үүний зэрэгцээ, энэхүү танин мэдэлт нь гурав ба нэгийн хослолыг тодорхойлж, онцлон тэмдэглэхийн хэрээр, энэ нь мөн еврей хэлний “үнэн” хэмээх үгийн бүтэц бөгөөд уг бүтэц нь зөвхөн Христийг болон Бурханы бүтээлч хүчийг төлөөлөөд зогсохгүй, мөн Даниелын нэгдүгээр бүлэгт, дараа нь дахин Даниелын нэгээс гуравдугаар бүлгүүдэд дүрслэгдсэн гурван үе шаттай шалгалт ба ариусгалын үйл явцыг ч төлөөлдөг.</w:t>
      </w:r>
    </w:p>
    <w:p>
      <w:pPr>
        <w:pStyle w:val="ArticleBody"/>
        <w:jc w:val="left"/>
      </w:pPr>
      <w:r>
        <w:rPr>
          <w:rFonts w:ascii="Times New Roman" w:hAnsi="Times New Roman" w:eastAsia="Times New Roman" w:cs="Times New Roman"/>
        </w:rPr>
        <w:t>Үнэн мөн чанар болох Есүс нь мөн Эхний бөгөөд Эцсийнх тул, энэ утгаараа нэгдүгээр тэнгэрэлчийн хөдөлгөөний түүх нь гурван тэнгэрэлчийн түүхэнд үсэг бүрээрээ давтагддаг; иймээс эхлэл нь үргэлж төгсгөлийг дүрслэн үзүүлдэг учраас Даниелын эхний гурван бүлгийг Даниелын нэгдүгээр бүлгийн дээр давхардуулан байрлуулах нь эш үзүүллэгийн хувьд зөвшөөрөгдөхүйц юм. Тэгвэл Даниелын ном нь тэнгэрэлчийн гарт буй “жижиг ном” болдог, учир нь Даниелын “жижиг ном” нь Даниелын нэгдүгээр бүлэгт бүрэн төлөөлөгдөн илэрхийлэгдэж чадна.</w:t>
      </w:r>
    </w:p>
    <w:p>
      <w:pPr>
        <w:pStyle w:val="ArticleBody"/>
        <w:jc w:val="left"/>
      </w:pPr>
      <w:r>
        <w:rPr>
          <w:rFonts w:ascii="Times New Roman" w:hAnsi="Times New Roman" w:eastAsia="Times New Roman" w:cs="Times New Roman"/>
        </w:rPr>
        <w:t>Бид Даниелын номын талаарх судлалаа дараагийн өгүүлэлд үргэлжлүүлэх болно.</w:t>
      </w:r>
    </w:p>
    <w:p>
      <w:pPr>
        <w:pStyle w:val="ArticleScripture"/>
        <w:jc w:val="left"/>
      </w:pPr>
      <w:r>
        <w:rPr>
          <w:rFonts w:ascii="Times New Roman" w:hAnsi="Times New Roman" w:eastAsia="Times New Roman" w:cs="Times New Roman"/>
        </w:rPr>
        <w:t>Хааны зарлигийн заалтуудыг хэрэгжүүлэхээр бэлтгэж байсан түшмэдийн эрэн хайж байсан хүмүүсийн дунд Даниел болон түүний нөхөд ч байв. Зарлигийн дагуу тэд ч мөн үхэх ёстойг мэдээд, Даниел “зөвлөгөө ба мэргэн ухаанаар” хааны бие хамгаалагчдын ахлагч Ариохоос, “Хааны энэ зарлиг яагаад ийм яаруу байна вэ?” хэмээн асуув. Ариох түүнд хааны онцгой зүүднээс болж төөрөгдөлд орсон тухай, мөн урьд нь хамгийн бүрэн итгэл найдвараа тавьж байсан хүмүүсээсээ тусламж авч чадаагүйгээ өгүүлэв. Үүнийг сонсоод Даниел, амиа дэнчин тавин, хааны өмнө зориглон орж, түүнд хугацаа соёрхохыг гуйв, ингэснээр өөрийн Бурханд зүүд болон түүний тайллыг өөрт нь илчлүүлэхээр залбирч болох байлаа.</w:t>
      </w:r>
    </w:p>
    <w:p>
      <w:pPr>
        <w:pStyle w:val="ArticleScripture"/>
        <w:jc w:val="left"/>
      </w:pPr>
      <w:r>
        <w:rPr>
          <w:rFonts w:ascii="Times New Roman" w:hAnsi="Times New Roman" w:eastAsia="Times New Roman" w:cs="Times New Roman"/>
        </w:rPr>
        <w:t>“Энэ хүсэлтийг хаан зөвшөөрөв. ‘Тэгээд Даниел өөрийн гэртээ очиж, энэ хэргийг нөхөд болох Хананиа, Мишаел, Азариа нарт мэдэгдэв.’ Тэд хамтдаа гэрэл ба мэдлэгийн Эх Булаг болсон Нэгнээс мэргэн ухааныг эрэн гуйв. Бурхан тэднийг байгаа газарт нь Өөрөө байрлуулсан, тэд Түүний ажлыг хийж, үүргийн шаардлагыг биелүүлж байгаа гэсэн ухамсарт тэдний итгэл бат байлаа. Төөрөгдөл ба аюулын цагт тэд үргэлж удирдамж, хамгааллыг Түүнээс эрж байсан бөгөөд Тэр үргэлж дэргэд байдаг Туслагч болохоо батлан харуулсан юм. Одоо тэд зүрхний гэмшлээр өөрсдийгөө газрын Шүүгчид дахин даатган, энэ онцгой хэрэгцээний үед нь аврал соёрхохыг Түүнээс гуйв. Мөн тэдний гуйлт талаар болсонгүй. Тэдний хүндэтгэн дээдэлж байсан Бурхан одоо тэднийг хүндэтгэв. Эзэний Сүнс тэдний дээр оршиж, Даниелд ‘шөнийн үзэгдлээр’ хааны зүүд болон түүний утга учир илчлэгдэв.”</w:t>
      </w:r>
    </w:p>
    <w:p>
      <w:pPr>
        <w:pStyle w:val="ArticleScripture"/>
        <w:jc w:val="left"/>
      </w:pPr>
      <w:r>
        <w:rPr>
          <w:rFonts w:ascii="Times New Roman" w:hAnsi="Times New Roman" w:eastAsia="Times New Roman" w:cs="Times New Roman"/>
        </w:rPr>
        <w:t>“Даниелын хамгийн анхны үйлдэл нь өөрт нь өгөгдсөн илчлэлтийн төлөө Бурханд талархах явдал байв. Тэрээр: ‘Бурханы нэр үүрд мөнхөд магтагдах болтугай’ хэмээн уулга алдан хэлэв; ‘учир нь мэргэн ухаан ба хүч чадал Түүнийх мөн: Тэрээр цаг үе ба улирлуудыг өөрчилдөг: Тэрээр хаадыг буулгаж, хаадыг өргөмжлөн тогтоодог: Тэрээр мэргэдэд мэргэн ухаан, ухаарлыг мэддэг хүмүүст мэдлэг өгдөг: Тэрээр гүн ба нууц зүйлсийг илчилдэг: Тэрээр харанхуйд юу байгааг мэддэг, мөн гэрэл Түүнтэй оршдог. Эцгүүдийн минь Бурхан аа, Та надад мэргэн ухаан ба хүч чадал өгч, бидний Танаас хүсэн хүссэн зүйлийг эдүгээ надад мэдүүлсэн тул би Танд талархаж, Таныг магтан алдаршуулж байна: учир нь Та хааны хэргийг одоо бидэнд мэдүүллээ.’” Эш Үзүүлэгчид ба Хаад,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Дөрөвдүгээр Хэсэг</dc:title>
  <dc:subject>Даниелын Нээлт: Дэлхийн түүх ба Бурханы шүүлтүүдээр дамжих эш үзүүллэгийн аялал</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