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тавдугаар хэсэг</w:t>
      </w:r>
    </w:p>
    <w:p>
      <w:pPr>
        <w:pStyle w:val="ArticleSubtitle"/>
        <w:jc w:val="left"/>
      </w:pPr>
      <w:r>
        <w:rPr>
          <w:rFonts w:ascii="Arial" w:hAnsi="Arial" w:eastAsia="Arial" w:cs="Arial"/>
        </w:rPr>
        <w:t>Зөгнөлийн хүрээний илчлэлт: Уильям Миллерийн ойлголт ба Армагеддон руу хөтлөх сүйрэлд хүргэгч гурван хүч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“эцсийн цагт,” 1798 онд Даниелын ном, илүү тодруулбал Улай мөрнөөр дүрслэгдсэн үзэгдэл, лацгүй болгогдов. Тэрхүү үзэгдэл 1844 оны аравдугаар сарын 22-нд мөрдөн шалгах шүүлт эхлэхийг тунхагласан. Тэр үнэний үндэс болсон эшлэл нь Даниел номын наймдугаар бүлгийн арван дөрөвдүгээр ишлэл юм. Мэдээний лац тайлагдсаныг таньж мэдэхээр сонгогдсон элч Уильям Миллер үзэгдэлтэй холбоотой бүх үнэнийг хэзээ ч бүрэн ойлгоогүй боловч өөрт нь өгөгдсөн ажлыг тэр гүйцэтгэсэн юм.</w:t>
      </w:r>
    </w:p>
    <w:p>
      <w:pPr>
        <w:pStyle w:val="ArticleBody"/>
        <w:jc w:val="left"/>
      </w:pPr>
      <w:r>
        <w:rPr>
          <w:rFonts w:ascii="Times New Roman" w:hAnsi="Times New Roman" w:eastAsia="Times New Roman" w:cs="Times New Roman"/>
        </w:rPr>
        <w:t>Миллер эш үзүүллэгийн үгийг судалж эхлэхдээ, Библи дотор тодорхойлогдож, тогтоогдсон эш үзүүллэгийг тайлбарлах зарим дүрмийг ойлгож мэдэв. Тэдгээр дүрэм нь хожим кодлогдон танигдаж, Уильям Миллерийн Тайлбарын дүрмүүд хэмээн нэрлэгдэх болсон. Эдгээр дүрмийг онгодоор батламжилсан бөгөөд Ням гаргийн хуулийн үед гүйцэтгэх шүүлтийн эхлэлийг тунхаглах хүмүүсийн хэрэглэх дүрмүүд мөн хэмээн тодорхойлсон байдаг. Миллер Библийн судалгаагаа Библийн эхнээс эхэлж, тухайн үед авч үзэж байсан зүйлээ ойлгосныхоо хэрээр л цааш ахисан хэмээн гэрчилсэн. Энэхүү арга барилаас үзэхэд, Миллерийн хамгийн анх таньж мэдсэн цаг хугацааны эш үзүүллэг нь—түүний 1844 онд биелж буйг тодорхойлох ёстой байсан мэдээнд хамааралтай байсан—Левит хорин зургаад буй “долоон удаа” байсан нь ойлгоход амархан юм.</w:t>
      </w:r>
    </w:p>
    <w:p>
      <w:pPr>
        <w:pStyle w:val="ArticleBody"/>
        <w:jc w:val="left"/>
      </w:pPr>
      <w:r>
        <w:rPr>
          <w:rFonts w:ascii="Times New Roman" w:hAnsi="Times New Roman" w:eastAsia="Times New Roman" w:cs="Times New Roman"/>
        </w:rPr>
        <w:t>Урам зориг өгөгч Эх сурвалж бидэнд Габриел тэнгэрэлч, мөн бусад ариун тэнгэрэлч нар Миллерийн оюун санааг чиглүүлсэн тухай мэдүүлдэг бөгөөд энэ нь Габриел Даниел, Илчлэлт хүлээн авагч Иохан, мөн Библийн бүх эш үзүүлэгчдийн оюун санааг чиглүүлж байсанчлан билээ. Учир нь Сатаны алдаж орхисон ажлыг Габриелд даалгасан байв. Габриелын ажил нь Сатаны анхны нэр болох “Люцифер”-т дүрслэгдсэн байдаг бөгөөд энэ нь “гэрэл тээгч” гэсэн утгатай. Габриел эш үзүүллэгийн гэрлийг Миллерт авчирсан бөгөөд тэрээр уг гэрэлд дуулгавартайгаар 1844 оны 10 дугаар сарын 22-нд мөрдөн шалгах шүүлт нээгдсэнийг зарласан мэдээг тунхагласан юм.</w:t>
      </w:r>
    </w:p>
    <w:p>
      <w:pPr>
        <w:pStyle w:val="ArticleBody"/>
        <w:jc w:val="left"/>
      </w:pPr>
      <w:r>
        <w:rPr>
          <w:rFonts w:ascii="Times New Roman" w:hAnsi="Times New Roman" w:eastAsia="Times New Roman" w:cs="Times New Roman"/>
        </w:rPr>
        <w:t>Эргээд харахад, Уильям Миллерийн ажлыг ойлгохыг хүсэгчид ойртон ирж буй шүүлтийн мэдээг нэгтгэн бүрдүүлэх түүний ажилд түлхүүр болсон эш үзүүллэгийн Үгэнд өгөгдсөн тодорхой ойлголтуудыг түүнд хүртээсэн байсныг танин мэдэх боломжтой болдог. Тэдгээр түлхүүрүүдийн нэг нь эш үзүүллэгийн хэрэглээнд нэг өдөр нэг жилийг төлөөлдөг хэмээх түүний ойлголт байв. Өөр нэг нь түүний нээн илрүүлсэн эш үзүүллэгийн шугамуудыг байршуулж, хооронд нь нийцүүлэн тааруулахад хэрэглэсэн эш үзүүллэгийн бүтэц байлаа. Тэрхүү бүтэц нь Бурханы ард түмэн болон Бурханы ариун газарт хоосрол авчирсан Сатаны хоёр хүч дээр үндэслэж байв. Миллерийн бүх нээлтүүд нь эртний Израилийн үеэс Христийн Хоёр дахь ирэлт хүртэл дараалан Бурханы ариун газар болон Бурханы ард түмнийг гишгэлэн доромжилсон, харь шүтлэгийн түүхийг папын ёс дагалдан үргэлжлүүлсэн хэмээн төлөөлүүлсэн эш үзүүллэгийн тэр бүтэц дээр байрлуулсан байв.</w:t>
      </w:r>
    </w:p>
    <w:p>
      <w:pPr>
        <w:pStyle w:val="ArticleBody"/>
        <w:jc w:val="left"/>
      </w:pPr>
      <w:r>
        <w:rPr>
          <w:rFonts w:ascii="Times New Roman" w:hAnsi="Times New Roman" w:eastAsia="Times New Roman" w:cs="Times New Roman"/>
        </w:rPr>
        <w:t>Тэрхүү эш үзүүллэгийн бүтэц нь түүнд 1844 оны 10 дугаар сарын 22-ны өдрийг шүүлт эхлэх цаг мөн хэмээн тогтоохын тулд хэрэгтэй байсан үнэн бүрийг үнэн зөвөөр таньж тогтоох боломжийг олгосон юм. Гэвч тэр үнэн хязгаарлагдмал байв. Учир нь тэрээр эш үзүүллэгийн түүхэнд харь шашин ба папизмын дараа гарч ирэх хавчигч гурав дахь хүчийг харж чадаагүй юм. Тэр үнэнг түүний харах шаардлага байгаагүй, учир нь түүний ажил нь 1844 оны 10 дугаар сарын 22-ны өдрийг тунхаглах явдал байсан бөгөөд хавчигч гурав дахь хүчний гэрэл тэр өдрөөс хойш тайлагдах ёстой байлаа.</w:t>
      </w:r>
    </w:p>
    <w:p>
      <w:pPr>
        <w:pStyle w:val="ArticleBody"/>
        <w:jc w:val="left"/>
      </w:pPr>
      <w:r>
        <w:rPr>
          <w:rFonts w:ascii="Times New Roman" w:hAnsi="Times New Roman" w:eastAsia="Times New Roman" w:cs="Times New Roman"/>
        </w:rPr>
        <w:t>Түүний эш үзүүллэгийн ойлголтуудыг эхлээд харийн Ром, түүний дараа папын Ром гэсэн хоёр хоосруулагч хүчний бүтцэд нийцүүлэн байршуулсантай холбоотойгоор, Даниелын номд “өдөр тутмын” хэмээн орчуулагдсан үг нь харийн шашин, эсвэл харийн Ромын бэлгэдэл гэж тэр ойлгож байв. “Өдөр тутмын” хэмээн орчуулагдсан “tamid” гэдэг үгийг Даниел таван удаа хэрэглэсэн байдаг. Энэ нь үргэлж Миллерийн зөвөөр папын засаглалыг төлөөлнө гэж ойлгосон нэгэн бэлгэдэлтэй хамт хэрэглэгддэг. “Өдөр тутмын”-тай үргэлж холбоотойгоор гарч ирдэг папын засаглалын бэлгэдэл нь хоёр бэлгэдлээр дүрслэгддэг. Аль ч тохиолдолд, папын эрх мэдлийн тэр хоёр бэлгэдэл хоёулаа папын засаглалыг заадаг хэдий ч, гэсэн хэдий боловч, Даниел “өдөр тутмын” хэмээн орчуулагдсан “tamid” гэдэг үгийг хэрэглэх бүрдээ үүнийг папын засаглалын бэлгэдэлтэй хамт бөгөөд түүнээс өмнө хэрэглэсэн байдаг. Даниелын ном дахь “өдөр тутмын”-ыг харийн шашин гэж үзсэн Миллерийн ойлголт нь харийн шашны дараа папын ёс ирдэг хоёр хоосруулагч хүч дээр суурилсан гэж түүний харсан бүтцийн үндэс болсон юм. Даниелын ном дахь “өдөр тутмын”-ыг харийн шашин хэмээн Миллер тодорхойлсон нь 1888 онд эхэлсэн Адвентизмийн хоёр дахь үеэс эхлэн Адвентизмийн дотор асар том маргаан болохоор тавилантай байв.</w:t>
      </w:r>
    </w:p>
    <w:p>
      <w:pPr>
        <w:pStyle w:val="ArticleBody"/>
        <w:jc w:val="left"/>
      </w:pPr>
      <w:r>
        <w:rPr>
          <w:rFonts w:ascii="Times New Roman" w:hAnsi="Times New Roman" w:eastAsia="Times New Roman" w:cs="Times New Roman"/>
        </w:rPr>
        <w:t>1844 оны аравдугаар сарын 22-ны талаарх ойлголтын нэг бүрэлдэхүүн болж Миллерийн нээн илрүүлсэн анхны эш үзүүллэгийн үнэн бол Левит хорин зургаад гардаг “долоон цаг” байсан бөгөөд энэ нь 1863 онд няцаагдсан Миллерийн тогтоогдсон үнэнүүдийн хамгийн эхнийх нь байв. Тэрхүү няцаалт нь Адвентизмын эхний үеийг эхлүүлсэн бөгөөд тэд Лаодикийн цөлийн дундуур хэрэн тэнэхээ тэр үед эхэлсэн юм. Хоёр дахь үе нь 1888 онд Миннеаполисын Ерөнхий Чуулган дээр эхэлсэн бөгөөд тэнд гарсан тэрсэлтийн дараахан Миллер “өдөр тутмын”-г харийн шашин шүтлэг хэмээн тодорхойлсныг няцаах сатаны ажил 1901 онд эхэлсэн юм. “Өдөр тутмын” тухай зөв ойлголтыг, эш үзүүлэгч эмэгтэй нас барсны дараа л бүрмөсөн хойш тавьсан бөгөөд тэрбээр Миллерийн “өдөр тутмын” тухай зөв үзлийн эсрэг дэмжигдэж байсан үзэл нь “тэнгэрээс хөөгдсөн тэнгэрэлчүүд”-ээс ирсэн хэмээн тодорхойлж байв. Бүрэн няцаалт нь гурав дахь үед, 1931 оны орчимд болсон юм. Гурав дахь үе нь 1919 оны Библийн Бага хурлын дараахан W. W. Prescott-ын The Doctrine of Christ нэртэй ном хэвлэгдсэнээр эхэлсэн байв. 1919 онд гурав дахь үе эхэлж, 1957 онд Questions on Doctrine ном хэвлэгдэх хүртэл үргэлжилсэн юм.</w:t>
      </w:r>
    </w:p>
    <w:p>
      <w:pPr>
        <w:pStyle w:val="ArticleBody"/>
        <w:jc w:val="left"/>
      </w:pPr>
      <w:r>
        <w:rPr>
          <w:rFonts w:ascii="Times New Roman" w:hAnsi="Times New Roman" w:eastAsia="Times New Roman" w:cs="Times New Roman"/>
        </w:rPr>
        <w:t>Миллерийн ажил Хабаккукийн хоёр самбар дээр (1843, 1850 оны анхдагч зургуудаар) баттай тогтоогдож, тодорхой болсон хойно Эзэн, бөө мөргөл ба папын ёсны дараа гарч ирэн Бурханы ардыг мөн адил хавчин мөшгөх, эзгүйрүүлэгч өөр нэгэн, гурав дахь хүч байдгийг нээж эхэлсэн.</w:t>
      </w:r>
    </w:p>
    <w:p>
      <w:pPr>
        <w:pStyle w:val="ArticleScripture"/>
        <w:jc w:val="left"/>
      </w:pPr>
      <w:r>
        <w:rPr>
          <w:rFonts w:ascii="Times New Roman" w:hAnsi="Times New Roman" w:eastAsia="Times New Roman" w:cs="Times New Roman"/>
        </w:rPr>
        <w:t>“Харь шашинтны үзлээр, дараа нь Папын засаглалаар дамжин, Сатан Бурханы үнэнч гэрч нарыг газраас арчин үгүй хийхийн тулд олон зууны турш хүч чадлаа хэрэгжүүлсэн. Харь шашинтнууд ба папистууд хоёул нэг л луугийн сүнсээр хөдөлгөгдөж байв. Тэдний ялгаа нь зөвхөн үүнд оршиж байлаа: Папын засаглал Бурханд үйлчилж буй дүр үзүүлдэг тул илүү аюултай, илүү харгис дайсан байсан юм. Ромын шашны тогтолцооны зуучлалаар Сатан ертөнцийг олзлон эзэмдсэн. Бурханы хэмээн нэрлэгддэг сүм энэ төөрөгдлийн эгнээнд автагдан орсон бөгөөд Бурханы ард түмэн мянга гаруй жилийн турш луугийн хилэнгийн дор зовж шаналсан. Харин Папын засаглал хүч чадлаасаа салж, хавчлага мөшгөлтөө зогсоохоос өөр аргагүй болоход, Иохан луугийн дуу хоолойг давтан цуурайтуулж, мөнхүү харгис бөгөөд доромжлолт ажлыг үргэлжлүүлэх шинэ хүч гарч ирж байгааг харсан. Сүм болон Бурханы хуультай дайн хийх хамгийн сүүлчийн энэ хүчийг хурганы эвэр мэт эвэртэй араатнаар бэлгэдсэн. Үүнээс өмнөх араатнууд тэнгисээс гарч ирсэн бол, энэ нь газар дэлхийгээс гарч ирсэн нь бэлгэдэгдэж буй үндэстний тайван өсөлт, мандлыг илэрхийлдэг. ‘Хурганы адил хоёр эвэр’ нь Америкийн Нэгдсэн Улсын Засгийн газрын мөн чанарыг, түүний хоёр үндсэн зарчим болох бүгд найрамдах ёс ба протестантизмаар илэрхийлэгдсэн байдлаар, зохистойгоор төлөөлдөг. Эдгээр зарчим нь үндэстэн болохын хувьд бидний хүч чадал ба хөгжин дэвжлийн нууц мөн. Америкийн эрэгт анх хоргодох орон олсон хүмүүс папын дарангуй шаардлага болон хаант засгийн харгис ноёрхлоос ангид нэгэн оронд хүрсэндээ баярласан. Тэд иргэний болон шашны эрх чөлөөний өргөн суурин дээр засгийн газар байгуулахаар шийдсэн.” Signs of the Times, 1899 оны 11 дүгээр сарын 1.</w:t>
      </w:r>
    </w:p>
    <w:p>
      <w:pPr>
        <w:pStyle w:val="ArticleBody"/>
        <w:jc w:val="left"/>
      </w:pPr>
      <w:r>
        <w:rPr>
          <w:rFonts w:ascii="Times New Roman" w:hAnsi="Times New Roman" w:eastAsia="Times New Roman" w:cs="Times New Roman"/>
        </w:rPr>
        <w:t>Миллер гурав дахь хавчигч хүчийг харж чадаагүй бөгөөд энэ шалтгааны улмаас түүний бүтэц бүрэн бус байсан хэдий ч өөрийн ажлыг гүйцэлдүүлэхэд төгс тохиромжтой байв. Эгч Уайт Миллерийг Бурханы сонгосон элч байсан гэж тодорхойлдог бөгөөд өөрийн ажлын хувьд тэрээр Елиа болон Баптист Иоханаар дүрслэгдсэн, ажилдаа дуудагдсан байдлаараа Елишагаар, үхлээрээ Мосегоор дүрслэгдсэн байв. Ариун түүхэнд тэднийг амилуулахаар тэнгэрэлчүүд булшны дэргэд хүлээж байна хэмээн тодорхойлсон тайлбарыг төрүүлсэн хүмүүс цөөн боловч Миллерийн тухай өгүүлсэн тайлбар нь ийм байдаг. Түүний ажил өргөгдөн гарч ирсэн түүхэн үеэрээ хязгаарлагдсан байсан нь Миллерийг гутаан доромжилсон мэдэгдэл бус, харин түүний ажлыг Бурханы эш үзүүллэгийн Үгийн жинхэнэ гэрэлд авч үзэх гэж байгаа бол зайлшгүй хүлээн зөвшөөрөх ёстой зүйл мөн.</w:t>
      </w:r>
    </w:p>
    <w:p>
      <w:pPr>
        <w:pStyle w:val="ArticleBody"/>
        <w:jc w:val="left"/>
      </w:pPr>
      <w:r>
        <w:rPr>
          <w:rFonts w:ascii="Times New Roman" w:hAnsi="Times New Roman" w:eastAsia="Times New Roman" w:cs="Times New Roman"/>
        </w:rPr>
        <w:t>Миллерт тэнгэрэлчийн тодорхой удирдамж өгөгдсөн бөгөөд энэ нь түүнд харь шашин, түүнээс хойш папын ёс гэсэн хоёр хоосруулагч хүч дээр үндэслэсэн эш үзүүллэгийн тогтолцоог байгуулах боломж олгосон юм. Ийм учраас эдгээр хоёр хүчний үйлдсэн хоосролоос цааших түүхийг заасан эш үзүүллэгүүдийг Миллер буруу ойлгосон. Гэсэн хэдий ч тэдгээр буруу ойлголтуудын нэг нь ч Хабакукийн хоёр ариун самбар дээр тусгагдаагүй бөгөөд тэнд Миллерийн ажлаар босгогдсон сууриудыг дүрслэлээр илэрхийлсэн байв. Иймээс 1843 оны хүснэгтийн талаар Эзэний мутраар удирдуулсан хэмээн онгод тэмдэглэж чадсан юм.</w:t>
      </w:r>
    </w:p>
    <w:p>
      <w:pPr>
        <w:pStyle w:val="ArticleScripture"/>
        <w:jc w:val="left"/>
      </w:pPr>
      <w:r>
        <w:rPr>
          <w:rFonts w:ascii="Times New Roman" w:hAnsi="Times New Roman" w:eastAsia="Times New Roman" w:cs="Times New Roman"/>
        </w:rPr>
        <w:t>“Эзэн надад 1843 оны хүснэгт Өөрийнх нь мутрын удирдлагаар бүтээгдсэн бөгөөд түүний нэг ч хэсгийг өөрчилж болохгүйг үзүүлсэн; тоонууд нь Түүний хүссэнчлэн байсныг ч үзүүлсэн. Зарим тоонд буй нэгэн алдааг хэн ч олж харахгүй байхаар Түүний мутар дээр нь байж, түүнийг халхалж байсан бөгөөд Тэр мутраа татан автал хэн ч үүнийг харж чадахгүй байсан.”</w:t>
      </w:r>
    </w:p>
    <w:p>
      <w:pPr>
        <w:pStyle w:val="ArticleScripture"/>
        <w:jc w:val="left"/>
      </w:pPr>
      <w:r>
        <w:rPr>
          <w:rFonts w:ascii="Times New Roman" w:hAnsi="Times New Roman" w:eastAsia="Times New Roman" w:cs="Times New Roman"/>
        </w:rPr>
        <w:t>“Тэгээд би ‘Өдөр тутмын’ тухайд, ‘тахил’ гэсэн үгийг хүний мэргэн ухаанаар нэмэн оруулсан бөгөөд энэ нь эх бичвэрт хамаарахгүй; мөн шүүлтийн цагийн тунхгийг зарласан хүмүүст Эзэн энэ тухай зөв ойлголтыг өгсөн болохыг харсан. 1844 оноос өмнө, нэгдэл байсаар байх үед, бараг бүгд ‘Өдөр тутмын’ тухай зөв үзэл дээр нэгдмэл байсан; харин 1844 оноос хойш, самуурал дунд, өөр үзлүүдийг хүлээн авсан бөгөөд харанхуй ба будлиан үүнийг дагалдсан.” Review and Herald, 1850 оны 11 дүгээр сарын 1.</w:t>
      </w:r>
    </w:p>
    <w:p>
      <w:pPr>
        <w:pStyle w:val="ArticleBody"/>
        <w:jc w:val="left"/>
      </w:pPr>
      <w:r>
        <w:rPr>
          <w:rFonts w:ascii="Times New Roman" w:hAnsi="Times New Roman" w:eastAsia="Times New Roman" w:cs="Times New Roman"/>
        </w:rPr>
        <w:t>Тэнгэрэлчүүдийн удирдамжийн дагуу Миллерийн нэгтгэн цуглуулсан үнэнүүд Эзэнээр удирдуулсан бөгөөд 1843 оны хүснэгтийг сайшаан баталсан хүрээнд, “өдөр тутмынх” хэмээх нь харийн шүтлэгийг төлөөлдөг гэсэн Миллерийн ойлголт зөв байсан гэдгийг онгод мөн багтаасан байв. “Өдөр тутмынх” хэмээн орчуулагдсан еврей үг “tamid” нь Даниелын номд тавантаа тохиолддог бөгөөд энэ нь үргэлж эхлээд харийн шүтлэг, түүний араас папын засаглал гэсэн хоосруулагч хоёр хүчний хоорондын хамаарлыг илэрхийлдэг.</w:t>
      </w:r>
    </w:p>
    <w:p>
      <w:pPr>
        <w:pStyle w:val="ArticleBody"/>
        <w:jc w:val="left"/>
      </w:pPr>
      <w:r>
        <w:rPr>
          <w:rFonts w:ascii="Times New Roman" w:hAnsi="Times New Roman" w:eastAsia="Times New Roman" w:cs="Times New Roman"/>
        </w:rPr>
        <w:t>Миллерийн хэрэглэсэн эш үзүүллэгийн хүрээнд “өдөр тутмын”-ыг харийн шүтлэгийн бэлгэдэл хэмээн ойлгосон нь туйлын чухал байсан. Учир нь харийн шүтлэгийн дараа папын тогтолцоо залган гарч ирэх энэхүү дараалсан хамаарал нь түүний ойлгохоор удирдуулсан бүх эш үзүүллэгийг хооронд нь нийцүүлэн тайлбарлахад баримжаа цэг нь болсон юм.</w:t>
      </w:r>
    </w:p>
    <w:p>
      <w:pPr>
        <w:pStyle w:val="ArticleBody"/>
        <w:jc w:val="left"/>
      </w:pPr>
      <w:r>
        <w:rPr>
          <w:rFonts w:ascii="Times New Roman" w:hAnsi="Times New Roman" w:eastAsia="Times New Roman" w:cs="Times New Roman"/>
        </w:rPr>
        <w:t>“Эцсийн цагт,” 1798 онд Даниелын номын лац тайлагдаж, Адвентист хөдөлгөөний “төв багана” бөгөөд “суурь” гэж Эгч Уайт тодорхойлсон гол эшлэл нь Даниелын номын наймдугаар бүлгийн арван дөрөвдүгээр ишлэл байв.</w:t>
      </w:r>
    </w:p>
    <w:p>
      <w:pPr>
        <w:pStyle w:val="ArticleScripture"/>
        <w:jc w:val="left"/>
      </w:pPr>
      <w:r>
        <w:rPr>
          <w:rFonts w:ascii="Times New Roman" w:hAnsi="Times New Roman" w:eastAsia="Times New Roman" w:cs="Times New Roman"/>
        </w:rPr>
        <w:t>“Бусдаас илүүтэйгээр Адвентийн итгэлийн суурь бөгөөд төв багана нь болж байсан Судрын эшлэл бол: ‘Хоёр мянга гурван зуун өдөр хүртэл; тэгээд ариун газар цэвэрлэгдэх болно.’ [Daniel 8:14.]” Агуу тэмцэл, 409.</w:t>
      </w:r>
    </w:p>
    <w:p>
      <w:pPr>
        <w:pStyle w:val="ArticleBody"/>
        <w:jc w:val="left"/>
      </w:pPr>
      <w:r>
        <w:rPr>
          <w:rFonts w:ascii="Times New Roman" w:hAnsi="Times New Roman" w:eastAsia="Times New Roman" w:cs="Times New Roman"/>
        </w:rPr>
        <w:t>Арван дөрөвдүгээр ишлэл нь арван гуравдугаар ишлэлийн хариу бөгөөд, асуултын утга агуулгын хүрээнээс ангид бол тэрхүү хариу нь утгагүй юм.</w:t>
      </w:r>
    </w:p>
    <w:p>
      <w:pPr>
        <w:pStyle w:val="ArticleScripture"/>
        <w:jc w:val="left"/>
      </w:pPr>
      <w:r>
        <w:rPr>
          <w:rFonts w:ascii="Times New Roman" w:hAnsi="Times New Roman" w:eastAsia="Times New Roman" w:cs="Times New Roman"/>
        </w:rPr>
        <w:t>Тэгээд би нэгэн ариун хүний ярьж байхыг сонсов. Тэгэхэд өөр нэгэн ариун хүн ярьж байсан тэрхүү ариун хүнд хандан, Өдөр тутмын тахилын тухай үзэгдэл болон хоосролын гэм нүгэл, ариун газрыг ч, цэргийг ч хөл дор гишгэгдүүлэхээр өгөх нь хэзээ хүртэл байх вэ? гэж хэлэв. Тэр надад, Хоёр мянга гурван зуун өдөр хүртэл; тэгээд ариун газар цэвэрлэгдэх болно, гэж хэлэв. Даниел 8:13, 14.</w:t>
      </w:r>
    </w:p>
    <w:p>
      <w:pPr>
        <w:pStyle w:val="ArticleBody"/>
        <w:jc w:val="left"/>
      </w:pPr>
      <w:r>
        <w:rPr>
          <w:rFonts w:ascii="Times New Roman" w:hAnsi="Times New Roman" w:eastAsia="Times New Roman" w:cs="Times New Roman"/>
        </w:rPr>
        <w:t>Эдгээр хоёр эшлэл нь 1798 онд, “эцсийн цагт,” Даниелын номын лац тайлагдах үед бий болсон мэдлэгийн өсөлтийн бэлгэдэл юм. Арван гуравдугаар эшлэл нь Миллер өөрийн эш үзүүллэгийн загварыг байгуулсан хоосруулагч хоёр эрх мэдлийг тодорхойлдог. Миллер арван гуравдугаар эшлэл дэх “өдөр тутмын”-ыг харь шашин, харин “хоосролын гэм нүгэл”-ийг папын ёс хэмээн тодорхойлсон. Тэнгэрэлчүүдийн Миллерт ухааруулсан эш үзүүллэгийн загвар нь 1798 онд түүхэнд ирсэн мэдлэгийн өсөлтийг төлөөлдөг эдгээр хоёр эшлэлд тодорхойлогдсон байдгийг танин мэдэх нь чухал юм. Гэвч Миллерт эш үзүүллэгийн тавцанд дараа нь гарч ирж, Бурханы ард түмнийг хавчин мөшгөх дараагийн эрх мэдлийг харах нь өгөгдөөгүй байв.</w:t>
      </w:r>
    </w:p>
    <w:p>
      <w:pPr>
        <w:pStyle w:val="ArticleScripture"/>
        <w:jc w:val="left"/>
      </w:pPr>
      <w:r>
        <w:rPr>
          <w:rFonts w:ascii="Times New Roman" w:hAnsi="Times New Roman" w:eastAsia="Times New Roman" w:cs="Times New Roman"/>
        </w:rPr>
        <w:t>“Би хоёр эвэртэй араатан луугийн амтай бөгөөд түүний хүч толгойд нь байгааг, мөн зарлиг амнаас нь гарахыг харлаа. Дараа нь би Янхануудын Эхийг харлаа; эх нь охид биш, харин тэднээс тусдаа бөгөөд тодорхой ялгаатай байв. Түүнд өөрийн өдөр байсан, харин тэр нь өнгөрсөн; түүний охид болох Протестант урсгалууд дараагийнх нь болж тайзан дээр гарч, эх нь ариун хүмүүсийг хавчин мөрдөх үедээ агуулж байсан тэрхүү адил санааг хэрэгжүүлэх ёстой байв. Эхийн эрх мэдэл доройтож байсанчлан, охид нь хүчирхэгжин өсөж байсныг би харлаа, удалгүй тэд нэгэн цагт эхийн хэрэгжүүлж байсан тэр эрх мэдлийг хэрэгжүүлэх болно.” Spalding and Magan, 1.</w:t>
      </w:r>
    </w:p>
    <w:p>
      <w:pPr>
        <w:pStyle w:val="ArticleBody"/>
        <w:jc w:val="left"/>
      </w:pPr>
      <w:r>
        <w:rPr>
          <w:rFonts w:ascii="Times New Roman" w:hAnsi="Times New Roman" w:eastAsia="Times New Roman" w:cs="Times New Roman"/>
        </w:rPr>
        <w:t>Миллер гурав дахь хүчийг олж харж чадаагүй нь түүнийг зүгээр л буруу дүгнэлтүүдэд хүргэсэн юм. Миллер Илчлэлт 13 дахь тэнгисээс гарч ирдэг араатныг харь Ром, харин газраас гарч ирдэг араатныг папын Ром хэмээн тодорхойлсон. Илчлэлт 17-р бүлгийг тайлбарласан нь мөн папизмын хоёр дахь эзгүйрүүлэгч хүчнээс цааш үргэлжлэх эш үзүүллэгийн түүхийг олж харж чадаагүйгээс нь болж алдаатай байв. Ийм учраас Миллер Даниелын эш үзүүллэг дэх Ромын хүчийг тодорхойлохдоо тэдгээрийг хоёр үе шаттайгаар гарч ирсэн нэг хүч мэт авч үзсэн. Энэ нь тухайн үед ч, одоо ч зөв хэрэглээ мөн боловч, Ромоор төлөөлөгдсөн дөрөв дэх хаанчлалаас цааш хүрэх Библийн эш үзүүллэгийн хаанчлалуудыг ойлгоход нь саад болсон юм. Тэрээр Ромын дөрөв дэх хаанчлал хоёр үе шаттай болохыг—харь Ром ба папын Ромоор төлөөлөгдсөнийг—харж, тодорхойлсон боловч папын Ром нь мөн тав дахь хаанчлал бөгөөд түүний араас зургаа дахь хаанчлал дагах ёстойг олж харж чадсангүй.</w:t>
      </w:r>
    </w:p>
    <w:p>
      <w:pPr>
        <w:pStyle w:val="ArticleBody"/>
        <w:jc w:val="left"/>
      </w:pPr>
      <w:r>
        <w:rPr>
          <w:rFonts w:ascii="Times New Roman" w:hAnsi="Times New Roman" w:eastAsia="Times New Roman" w:cs="Times New Roman"/>
        </w:rPr>
        <w:t>Даниелын хоёрдугаар бүлэгт Миллерчүүд Библийн эш үзүүллийн тав дахь хаанчлалын бүрэлдэхүүнүүдийг дөрөвдүгээр хаанчлалтай нэгтгэн авч үзсэн. Суурь түвшинд тэдний хэрэглээ зөв байсан боловч бүрэн бус байв. Учир нь Библийн эш үзүүллийн хаанчлалуудын эхний дурдалт нь Библийн эш үзүүллийн хаанчлалуудын сүүлчийн дурдалттай нийцэх ёстой; яагаад гэвэл Есүс Альфа ба Омега болохынхоо хувьд төгсгөлийг үргэлж эхлэлээр дүрслэн харуулдаг. Дараалсан хоёр хаанчлалын ялгааг олж харах чадваргүй байсан нь Илчлэлт арван хоёрдугаар бүлэгт харь шашныг (луу), Илчлэлт арван гуравдугаар бүлгийн далайн араатныг папализм (араатан), мөн Илчлэлт арван гуравдугаар бүлгийн газрын араатныг урвагч протестантизм (хуурамч эш үзүүлэгч) хэмээн тодорхойлж байгааг Миллер танин мэдэх боломжгүй болгосон.</w:t>
      </w:r>
    </w:p>
    <w:p>
      <w:pPr>
        <w:pStyle w:val="ArticleBody"/>
        <w:jc w:val="left"/>
      </w:pPr>
      <w:r>
        <w:rPr>
          <w:rFonts w:ascii="Times New Roman" w:hAnsi="Times New Roman" w:eastAsia="Times New Roman" w:cs="Times New Roman"/>
        </w:rPr>
        <w:t>Илчлэл номын арван хоёр, арван гуравдугаар бүлгүүдэд гардаг луу, араатан, хуурамч эш үзүүлэгчийг дараалсан гурван хаант улс хэмээн Миллер харж чадаагүй тул, өөрийн эш үзүүллэгийн логикийн дагуу тэрээр эдгээр хоёр бүлгийг ертөнцийг Армагеддон уруу хөтөлдөг гурван хүчний дараалсан дүрслэл биш гэж үзэхээс өөр аргагүй болсон юм. Миллерт өгөгдсөн гэрэл нь түүний үеийнхэнд зориулсан төгс гэрэл байсан бөгөөд түүний үеийнхэн тэрхүү гэрлээр соригдсон юм.</w:t>
      </w:r>
    </w:p>
    <w:p>
      <w:pPr>
        <w:pStyle w:val="ArticleBody"/>
        <w:jc w:val="left"/>
      </w:pPr>
      <w:r>
        <w:rPr>
          <w:rFonts w:ascii="Times New Roman" w:hAnsi="Times New Roman" w:eastAsia="Times New Roman" w:cs="Times New Roman"/>
        </w:rPr>
        <w:t>Эцсийн үеийн цагт буюу 1989 онд Америкийн Төлөө Ирээдүйд гурван хоосруулагч хүчний (луу, араатан, хуурамч эш үзүүлэгч) гэрэл өгөгдсөн. Даниел арван нэгэн бүлгийн дөчдүгээр эшлэлээр биеллээ олсон Зөвлөлт Холбоот Улсын нуран уналтаар лац нь тайлагдсан Даниелын хэсэг нь гурав дахь тэнгэрэлчийн гэрэл байсан бол, Миллерт эхний тэнгэрэлчийн гэрэл өгөгдсөн байв. Даниел арван нэгэн бүлгийн сүүлчийн зургаан эшлэл нь Америкийн Төлөө Ирээдүй хөдөлгөөний суурь, төв багана гэж үзэгдсэн бөгөөд Даниел арван нэгэн бүлгийн дөчдүгээр эшлэл тэрхүү гэрлийг нэгтгэн дүгнэсэн нь Даниел найман бүлгийн арван гурав, арван дөрөвдүгээр эшлэлүүд Миллерит хөдөлгөөнд лац нь тайлагдсан гэрлийг нэгтгэн дүгнэсэнтэй адил юм.</w:t>
      </w:r>
    </w:p>
    <w:p>
      <w:pPr>
        <w:pStyle w:val="ArticleScripture"/>
        <w:jc w:val="left"/>
      </w:pPr>
      <w:r>
        <w:rPr>
          <w:rFonts w:ascii="Times New Roman" w:hAnsi="Times New Roman" w:eastAsia="Times New Roman" w:cs="Times New Roman"/>
        </w:rPr>
        <w:t>Төгсгөлийн цагт өмнөдийн хаан түүн рүү түлхэн довтлох бөгөөд умардын хаан тэрэгнүүд, морьт цэргүүд, олон усан онгоцтойгоор хуй салхи мэт түүн дээр ирнэ; тэрээр улс орнуудын дотор нэвтэрч, халин давж өнгөрнө. Даниел 11:40.</w:t>
      </w:r>
    </w:p>
    <w:p>
      <w:pPr>
        <w:pStyle w:val="ArticleBody"/>
        <w:jc w:val="left"/>
      </w:pPr>
      <w:r>
        <w:rPr>
          <w:rFonts w:ascii="Times New Roman" w:hAnsi="Times New Roman" w:eastAsia="Times New Roman" w:cs="Times New Roman"/>
        </w:rPr>
        <w:t>Энэ эшлэл нь 1798 онд, “эцсийн цаг”-т эхэлсэн өмнөдийн хаан ба хойд зүгийн хааны хоорондох дайныг зааж байна. Өмнөдийн хаан нь яг тэр жил папын эрх мэдэлд үхлийн шарх учруулсан бурхангүй үзлийг баримтлагч Францыг төлөөлж байв. Энд папын эрх мэдлийг хойд зүгийн хаан хэмээн төлөөлүүлжээ. Зөгнөлийн дагуу 1798 онд Франц нь Даниелын долоодугаар бүлэгт гардаг арван хаант улсын аравны нэг нь байсан. Тэдгээр арван хаант улс нь шүтээнлэг Ромыг төлөөлдөг бөгөөд шүтээнлэг Ром нь лууг төлөөлдөг. Папын эрх мэдэл (хойд зүгийн хаан) нь араатныг төлөөлдөг. Эшлэл нь эхэндээ үхлийн шарх авсан хойд зүгийн хаан (папын эрх мэдэл) эцэст нь өмнөдийн хаан (бурхангүй үзлийн хаан)-ы эсрэг хариу цохилт хийхийг зааж байна. Папын эрх мэдэл үнэхээр хариу цохилт хийх үед бурхангүй үзлийн хаан нь Франц улсаас Зөвлөлт Холбоот Улсын холбоонд шилжин очсон байв. Франц бол нэг улс байсан, харин эшлэл дэх папын эрх мэдэл өмнөдийн хааны эсрэг хариу цохилт хийх үед өмнөдийн хааныг хуучин Зөвлөлт Холбоот Улсын адил “улсууд” хэмээн тодорхойлсон байна.</w:t>
      </w:r>
    </w:p>
    <w:p>
      <w:pPr>
        <w:pStyle w:val="ArticleBody"/>
        <w:jc w:val="left"/>
      </w:pPr>
      <w:r>
        <w:rPr>
          <w:rFonts w:ascii="Times New Roman" w:hAnsi="Times New Roman" w:eastAsia="Times New Roman" w:cs="Times New Roman"/>
        </w:rPr>
        <w:t>Хойд зүгийн хаан (папын эрхт засаг) хариу цохилт өгөхөд, тэр нь өөртэйгөө хамт “тэрэгнүүд”, “морьт цэргүүд”, мөн “олон хөлөг онгоц”-ыг авчирсан. Тэрэгнүүд ба морьт цэргүүд нь цэргийн хүч чадлын бэлгэдэл бөгөөд, хөлөг онгоцнууд нь эдийн засгийн хүч чадлын бэлгэдэл юм. Зөвлөлт Холбоот Улсыг мөхөөх зорилгоор папын эрхт засагтай ариун бус холбоо байгуулсан хүч бол АНУ байсан бөгөөд Илчлэл номын арван гуравдугаар бүлэгт АНУ-ын энэ хоёр хүчийг, папын эрх мэдлийн тэмдгийг дэлхий дахинд зэвсгийн хүч болон эдийн засгийн хүчээр албадан хүлээлгэх чадвар нь хэмээн тодорхойлсон байдаг. Тэмдэггүйгээр хүмүүсийг худалдаж авах, худалдахыг хориглоно, цаашлаад, тэмдэггүйгээр хүмүүсийг үхэлд хүргэх болно.</w:t>
      </w:r>
    </w:p>
    <w:p>
      <w:pPr>
        <w:pStyle w:val="ArticleBody"/>
        <w:jc w:val="left"/>
      </w:pPr>
      <w:r>
        <w:rPr>
          <w:rFonts w:ascii="Times New Roman" w:hAnsi="Times New Roman" w:eastAsia="Times New Roman" w:cs="Times New Roman"/>
        </w:rPr>
        <w:t>Дөчдүгээр ишлэл лууг (өмнөдийн хаан), араатныг (папство), мөн хуурамч эш үзүүлэгчийг (Америкийн Нэгдсэн Улс) шууд тодорхойлон заадаг. 1989 оны “эцсийн цаг”-ийн суурь ишлэл нь ертөнцийг Армагеддон руу хөтөлдөг эзгүйрүүлэгч гурван хүчийг тодорхойлдог бөгөөд үүний адил Миллерит хөдөлгөөний суурь ишлэлүүд эхлээд харь шашин, түүнээс хойш папизмыг дагалдсан эзгүйрүүлэгч хоёр хүчийг тодорхойлж байв.</w:t>
      </w:r>
    </w:p>
    <w:p>
      <w:pPr>
        <w:pStyle w:val="ArticleBody"/>
        <w:jc w:val="left"/>
      </w:pPr>
      <w:r>
        <w:rPr>
          <w:rFonts w:ascii="Times New Roman" w:hAnsi="Times New Roman" w:eastAsia="Times New Roman" w:cs="Times New Roman"/>
        </w:rPr>
        <w:t>Энэ эшлэл өмнөдийн хаан ба хойдийн хааны хоорондох тэмцлээр эхэлдэг. Эшлэлийн эхэнд (1798) өмнөдийн хаан ялдаг боловч, эшлэлийн явцад хойдийн хаан хариу довтолж, өмнөдийн хааныг дийлдэг. Эшлэлийн эхлэл нь хойдийн хаан ба өмнөдийн хааны хоорондох тэмцлийг тэмдэглэдэг бөгөөд, эшлэлд агуулагдсан мэдээний төгсгөлд мөн л хойд ба өмнөдийн хаадын хоорондох тэрхүү ижил тэмцэл дүрслэгдсэн байдаг, гэвч эсрэг үр дүнтэйгээр. Эхлэл нь 1798 онд “эцсийн цаг”-ийг тэмдэглэсэн бөгөөд, төгсгөлийн тэмцэл нь 1989 онд “эцсийн цаг”-ийг тэмдэглэдэг. Энэ эшлэл бичмэл гэрчлэлийнхээ дотор Альфа ба Омега хэмээх тэмдгийг, эхлэл ба төгсгөлийг агуулж байна.</w:t>
      </w:r>
    </w:p>
    <w:p>
      <w:pPr>
        <w:pStyle w:val="ArticleBody"/>
        <w:jc w:val="left"/>
      </w:pPr>
      <w:r>
        <w:rPr>
          <w:rFonts w:ascii="Times New Roman" w:hAnsi="Times New Roman" w:eastAsia="Times New Roman" w:cs="Times New Roman"/>
        </w:rPr>
        <w:t>Энэ эшлэлийн бодит түүх 1989 онд Зөвлөлт Холбоот Улс задран унаснаар зогсохгүй, дөчин нэгдүгээр эшлэлийн Ням гаргийн хууль хүртэл үргэлжилдэг. Ням гаргийн хуулийн үед орчин үеийн Вавилоны гурвалсан нэгдэл түргэн өрнөх хэд хэдэн үйл явдлын үр дүнд бий болдог. Иймээс дөчдүгээр эшлэл 1798 онд үхлийн шарх учруулагдаж, Тирийн янхан мартагдах үед эхэлдэг. Эшлэлээр дүрслэгдсэн түүх бүхэлдээ дөчин нэгдүгээр эшлэлийн Ням гаргийн хууль дээр төгсөнө; тэнд үхлийн шарх эдгэрч, Тирийн янхан дурсан санагдана. Эхлэл ба төгсгөлийн тамга нь зөвхөн эшлэлд буй үгсэд төдийгүй, мөн тухайн эшлэлээр дүрслэгдсэн бүхэл түүхийн дээр ч бичигдсэн байдаг. Энэ эшлэл нь зөвхөн паганизм (луу) ба папизм (араатан)-д тулгуурласан бус, харин ертөнцийг Армагеддон руу хөтөлдөг сүйрэл авчрах гурван хүчний бүтцийг тодорхойлсон эш үзүүллэгийн хүрээг илэрхийлдэг.</w:t>
      </w:r>
    </w:p>
    <w:p>
      <w:pPr>
        <w:pStyle w:val="ArticleBody"/>
        <w:jc w:val="left"/>
      </w:pPr>
      <w:r>
        <w:rPr>
          <w:rFonts w:ascii="Times New Roman" w:hAnsi="Times New Roman" w:eastAsia="Times New Roman" w:cs="Times New Roman"/>
        </w:rPr>
        <w:t>Миллерийн эш үзүүллэгийн хүрээ нь Бурханы мөрдөн шалгах шүүлт ирснийг тунхагласан бол, Future for America-гийн эш үзүүллэгийн хүрээ нь Бурханы гүйцэтгэх шүүлт ирснийг тунхагладаг. 1989 онд, “эцсийн цагт,” Зөвлөлт Холбоот Улс задран унах үед Даниел арван нэгдүгээр бүлгийн сүүлийн зургаан эшлэл тайлагдсанаар шалгалт ба ариусгалын гурван үе шаттай үйл явц эхэлсэн. Миллер зөвхөн харийн шүтлэг ба папын засгийг харж, тэрслүү протестантизмыг хараагүй байсан ялгааг, 1798 онд тайлагдсан Улай голын үзэгдлийг зөвөөр ойлгохын тулд заавал ойлгох ёстой.</w:t>
      </w:r>
    </w:p>
    <w:p>
      <w:pPr>
        <w:pStyle w:val="ArticleBody"/>
        <w:jc w:val="left"/>
      </w:pPr>
      <w:r>
        <w:rPr>
          <w:rFonts w:ascii="Times New Roman" w:hAnsi="Times New Roman" w:eastAsia="Times New Roman" w:cs="Times New Roman"/>
        </w:rPr>
        <w:t>Бид тэрхүү авч үзэлтийг дараагийн өгүүлэлд үргэлжлүүлэн авч үзнэ.</w:t>
      </w:r>
    </w:p>
    <w:p>
      <w:pPr>
        <w:pStyle w:val="ArticleScripture"/>
        <w:jc w:val="left"/>
      </w:pPr>
      <w:r>
        <w:rPr>
          <w:rFonts w:ascii="Times New Roman" w:hAnsi="Times New Roman" w:eastAsia="Times New Roman" w:cs="Times New Roman"/>
        </w:rPr>
        <w:t>“Бидэнд алдах цаг огт байхгүй. Зовлонт цаг үе бидний өмнө байна. Дэлхий дайнч сүнсээр хөдөлгөөнд оржээ. Удалгүй эш үзүүллэгүүдэд өгүүлсэн гай зовлонгийн үзэгдлүүд биелэн тохиолдох болно. Даниелын арван нэгдүгээр бүлэг дэх эш үзүүллэг бараг бүрэн биеллээ олжээ. Энэ эш үзүүллэгийн биелэл болгон тохиолдсон түүхийн ихэнх нь дахин давтагдах болно.</w:t>
      </w:r>
    </w:p>
    <w:p>
      <w:pPr>
        <w:pStyle w:val="ArticleScripture"/>
        <w:jc w:val="left"/>
      </w:pPr>
      <w:r>
        <w:rPr>
          <w:rFonts w:ascii="Times New Roman" w:hAnsi="Times New Roman" w:eastAsia="Times New Roman" w:cs="Times New Roman"/>
        </w:rPr>
        <w:t>“Гучдугаар эшлэлд, ‘30–36-р эшлэлүүдээс иш татав’ хэмээх нэгэн хүчний тухай өгүүлсэн байдаг.”</w:t>
      </w:r>
    </w:p>
    <w:p>
      <w:pPr>
        <w:pStyle w:val="ArticleScripture"/>
        <w:jc w:val="left"/>
      </w:pPr>
      <w:r>
        <w:rPr>
          <w:rFonts w:ascii="Times New Roman" w:hAnsi="Times New Roman" w:eastAsia="Times New Roman" w:cs="Times New Roman"/>
        </w:rPr>
        <w:t>“Эдгээр үгэнд дүрслэгдсэнтэй төстэй үйл явдлууд өрнөнө.”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тавдугаар хэсэг</dc:title>
  <dc:subject>Зөгнөлийн хүрээний илчлэлт: Уильям Миллерийн ойлголт ба Армагеддон руу хөтлөх сүйрэлд хүргэгч гурван хүч</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