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Долоо</w:t>
      </w:r>
    </w:p>
    <w:p>
      <w:pPr>
        <w:pStyle w:val="ArticleSubtitle"/>
        <w:jc w:val="left"/>
      </w:pPr>
      <w:r>
        <w:rPr>
          <w:rFonts w:ascii="Arial" w:hAnsi="Arial" w:eastAsia="Arial" w:cs="Arial"/>
        </w:rPr>
        <w:t>Анхны үнэнийг сэргээх нь: Уильям Миллерийн зүүд ба эцсийн өдрүүд дэх эш үзүүллэгийн дахин сэргэн мандалтыг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Уильям Миллерийн зүүд нь *Early Writings* номд багтсан бөгөөд иймээс үнэний Үгийг зөвөөр хуваан тайлбарлахыг эрмэлздэг сурагчийн гүйцэтгэх ёстой эш үзүүллэгийн шинжилгээ ба хэрэглээний адил шаардлагад захирагдана. Энэхүү зүүдийг *Future for America* олон жилийн турш олонтаа танилцуулж ирсэн боловч энд бид үүнийг 1798 онд “эцсийн цагт” нээгдсэн “мэдлэгийн өсөлт”-ийн судалгаанд оруулж байна. Энэ зүүд нь өссөн тэрхүү мэдлэгийг төлөөлж байсан мэдээний түүхийг авч үздэг. Энэ нь эхний болон гурав дахь тэнгэрэлчийн мэдээнүүдийн хөдөлгөөнүүдийн хоорондох холбоог дүрслэн үзүүлдэг.</w:t>
      </w:r>
    </w:p>
    <w:p>
      <w:pPr>
        <w:pStyle w:val="ArticleBody"/>
        <w:jc w:val="left"/>
      </w:pPr>
      <w:r>
        <w:rPr>
          <w:rFonts w:ascii="Times New Roman" w:hAnsi="Times New Roman" w:eastAsia="Times New Roman" w:cs="Times New Roman"/>
        </w:rPr>
        <w:t>Уильям Миллерийн зүүд түүний ажлыг тодорхойлон илтгэдэг бөгөөд түүний ажил нь эртний Израилийн эхэн үед Мосегийн гүйцэтгэсэн ажлаар бэлгэдэгдсэн байв. Эцсийн өдрүүдэд Миллерийн зүүд биелэх нь эртний Израилийн эцсийн өдрүүдэд Христийн хийсэн ажлаар бэлгэдэгдсэн байв. Эртний Израилийн төгсгөл үед Христийн гүйцэтгэсэн ажил нь сүнслэг Израилийн эцсийн өдрүүдэд Христийн гүйцэтгэх ажлыг төлөөлсөн юм. Миллерийн зүүдэнд эцсийн өдрүүдэд гүйцэтгэгдэх ажил нь “Шорооны сойзтой хүн”-ээр үйлдэгдэж буйгаар дүрслэгдсэн байдаг. Миллерийн зүүдийг эцсийн өдрүүдэд Шөнө дундын Хашхирааны биелэлтийн тухай зөгнөл хэмээн таних нь нэн чухал юм. Түүнчлэн эртний Израилийн эцсийн өдрүүдэд тэдний төлөө Христийн хийсэн ажил нь Миллерийн зүүдэн дэх “Шорооны сойзтой хүн”-ий ажлыг бэлгэдэж байсныг таних нь мөн адил нэн чухал юм.</w:t>
      </w:r>
    </w:p>
    <w:p>
      <w:pPr>
        <w:pStyle w:val="ArticleBody"/>
        <w:jc w:val="left"/>
      </w:pPr>
      <w:r>
        <w:rPr>
          <w:rFonts w:ascii="Times New Roman" w:hAnsi="Times New Roman" w:eastAsia="Times New Roman" w:cs="Times New Roman"/>
        </w:rPr>
        <w:t>Христийн ажлын анхаарал татахуйц нэгэн чухал тал нь Тэрээр зөвхөн Мосегийн үеэс хойш булшлагдан үлдсэн үнэнүүдийн лацыг тайлаад зогсохгүй, Христ тэдгээр анхдагч үнэнүүдийг нэгэн зэрэг өргөмжлөн тэлүүлсэн явдал юм. Үүгээрээ Тэрээр Бурханы ард түмэн эцсийн өдрүүдэд Миллерийн зүүдийг биелүүлэх үед, Миллерийн ажлаар тогтоогдсон үнэнүүд анхны ойлголтоосоо цааш өргөжин тэлэгдэх болно гэдгийн жишээг тогтоосон юм.</w:t>
      </w:r>
    </w:p>
    <w:p>
      <w:pPr>
        <w:pStyle w:val="ArticleScripture"/>
        <w:jc w:val="left"/>
      </w:pPr>
      <w:r>
        <w:rPr>
          <w:rFonts w:ascii="Times New Roman" w:hAnsi="Times New Roman" w:eastAsia="Times New Roman" w:cs="Times New Roman"/>
        </w:rPr>
        <w:t>“Аврагчийн үед иудейчүүд үнэний эрхэм нандин эрдэнэсүүдийг уламжлал ба үлгэр домгийн хог новшоор тийнхүү бүрхсэн тул үнэн худлыг ялган таних боломжгүй болсон байв. Аврагч мухар сүсэг болон удаан хугацаанд эрхэмлэн хадгалсан алдааны хог новшийг зайлуулж, Бурханы үгийн эрдэнэсүүдийг үнэний хүрээнд суулгахаар ирсэн юм. Хэрэв Аврагч өнөөдөр бидэнд иудейчүүдэд ирсэн шигээ ирвэл Тэр юу хийх байсан бол? Тэр уламжлал ба ёслолын хог новшийг арилгахын тулд үүнтэй адил ажлыг хийх хэрэгтэй болох байв. Түүнийг энэ ажлыг хийхэд иудейчүүд ихэд түгшсэн. Тэд Бурханы анхны үнэнийг хараанаасаа алдсан байсан боловч Христ түүнийг дахин ил болгосон юм. Бурханы эрхэм нандин үнэнүүдийг мухар сүсэг ба алдаанаас чөлөөлөх нь бидний ажил мөн. Сайн мэдээнд ямар агуу ажил бидэнд даалгасан байна вэ!” Review and Herald, 1889 оны 6 дугаар сарын 4.</w:t>
      </w:r>
    </w:p>
    <w:p>
      <w:pPr>
        <w:pStyle w:val="ArticleBody"/>
        <w:jc w:val="left"/>
      </w:pPr>
      <w:r>
        <w:rPr>
          <w:rFonts w:ascii="Times New Roman" w:hAnsi="Times New Roman" w:eastAsia="Times New Roman" w:cs="Times New Roman"/>
        </w:rPr>
        <w:t>Өнөөдөр шороо цэвэрлэгч хүн (Христ) Иуда овгийн Арслан (Христ) иудейчүүдийн үед гүйцэтгэсэнтэй адил “уламжлал ба ёслолын хог новшийг цэвэрлэн зайлуулах ижил төстэй ажлыг” гүйцэтгэж байна. Миллерийн зүүдэнд Бурханы үгийн авдарт төгс эмхлэн байрлуулсан үнэний үнэт эрдэнэсүүд хог новш болон хуурамч эрдэнэсээр бүрхэгдсэн байв. Эцсийн өдрүүдийн Шөнө дундын Хашхирааны үед тэрхүү эрдэнэсүүдийг хог новшноос гарган авч, Бурханы Үгийн илүү том авдарт буцаан байрлуулах ёстой байсан; учир нь Миллер сэргээн тавигдсан эрдэнэсүүдийг өнөөх илүү том авдарт харах үедээ “туйлын их баяраар хашхирсан бөгөөд тэр хашхираан” түүнийг сэрээсэн юм. Миллерийн зүүд 1847 онд, анхны тэнгэрэлчийн Шөнө дундын Хашхираанаас хойш гурван жилийн дараа тохиосон тул, зүүдэн дэх түүний сэрэлт нь эцсийн өдрүүдийн Шөнө дундын Хашхираан мөн. Тэрхүү Шөнө дундын Хашхирааныг ёроолгүй ангалнаас гарч ирсэн араатанд алагдаж, гудамжинд гурван хагас өдөр үхдэл мэт хэвтсэн, дараа нь үхсэн хуурай ясны хөндийд хоорондоо эвлүүлэн бүрэлдүүлэгдэж, амь оруулагдан, улмаар туг тэмдэг болгон өргөгдсөн хоёр гэрч тунхагладаг. Миллерийн зүүд түүний “өөрийн өрөө” хэмээн тодорхойлсон тэр гудамжинд, мөн тэрхүү ижил хөндийд биелдэг.</w:t>
      </w:r>
    </w:p>
    <w:p>
      <w:pPr>
        <w:pStyle w:val="ArticleBody"/>
        <w:jc w:val="left"/>
      </w:pPr>
      <w:r>
        <w:rPr>
          <w:rFonts w:ascii="Times New Roman" w:hAnsi="Times New Roman" w:eastAsia="Times New Roman" w:cs="Times New Roman"/>
        </w:rPr>
        <w:t>Миллерчүүдийн түүхэнд Эзэн Миллерийг ашиглан Адвентизмийн анхдагч үнэнийг тогтоосон боловч, түүний зүүд цаг хугацааны явцад тэдгээр үнэнийг булшлагдан дарагдахыг илтгэсэн юм. Уламжлал ба заншлын хог новшийг зайлуулан цэвэрлэх энэ үзэгдэл нь Христийн эртний Израилийн төгсгөлд гүйцэлдүүлсэн зүйл бөгөөд, тийн үйлдэхдээ тэрээр Уильям Миллерийн зүүдний эцсийн биеллийг хэв шинжээр урьдчилан дүрсэлсэн юм.</w:t>
      </w:r>
    </w:p>
    <w:p>
      <w:pPr>
        <w:pStyle w:val="ArticleBody"/>
        <w:jc w:val="left"/>
      </w:pPr>
      <w:r>
        <w:rPr>
          <w:rFonts w:ascii="Times New Roman" w:hAnsi="Times New Roman" w:eastAsia="Times New Roman" w:cs="Times New Roman"/>
        </w:rPr>
        <w:t>Иудейчүүд “Бурханы анхны үнэнийг” харах чадвараа алдсан байсан боловч “Христ үүнийг дахин хараанд оруулсан” бөгөөд Өөрийн ажлыг “бидний ажил” хэмээн тодорхойлсон юм. Бидний ажил бол “Бурханы үнэт үнэнийг мухар сүсэг ба төөрөгдлөөс чөлөөлөх” явдал мөн. Уильям Миллерийн зүүд анхны үнэнүүдийн илрүүлэлт, танилцуулалт ба няцаалт, мөн сэргээн тогтоолтыг тодорхойлдог. Сэргээн тогтоох ажлыг гүйцэлдүүлэхийн тулд Христ үнэнийг “үнэний хүрээ”-нд байрлуулсан. Уильям Миллерийн хувьд “үнэний хүрээ” нь харийн шүтлэг ба папизмын хоёр эзгүйрүүлэгч хүчний тухай түүний ойлголт байсан. Эцсийн өдрүүдэд “үнэний хүрээ” нь луу, араатан, хуурамч эш үзүүлэгчийн эзгүйрүүлэгч гурван хүч мөн.</w:t>
      </w:r>
    </w:p>
    <w:p>
      <w:pPr>
        <w:pStyle w:val="ArticleScripture"/>
        <w:jc w:val="left"/>
      </w:pPr>
      <w:r>
        <w:rPr>
          <w:rFonts w:ascii="Times New Roman" w:hAnsi="Times New Roman" w:eastAsia="Times New Roman" w:cs="Times New Roman"/>
        </w:rPr>
        <w:t>“Христ жинхэнэ шашныг биечлэн үлгэрлэн харуулахын тулд, мөн хүмүүсийн зүрх сэтгэл ба үйл хэргийг захирах ёстой зарчмуудыг өргөмжлөхөөр ертөнцөд ирэх үед, асар их гэрэл хүлээн авсан байсан хүмүүсийн дунд худал хуурмаг байдал тийнхүү гүн бат суусан тул тэд гэрлийг цаашид ойлгохоо больж, үнэний төлөө уламжлалаа орхих ямар ч хүсэлгүй болсон байв. Тэд өөрсдийн заншил, зохиомол ёсуудыг хадгалж үлдэхийн тулд тэнгэрлэг Багшийг няцааж, алдрын Эзэнийг цовдолсон юм. Яг тэрхүү адил сүнс өнөөдөр ч ертөнцөд илэрч байна. Хүмүүс уламжлал нь хөндөгдөж, юмсын шинэ дэг журам тогтох вий гэдгээс эмээн, үнэнийг шинжлэн судлахад дургүй байдаг. Хүн төрөлхтөнд алдах эндэх байнгын эмзэг байдал оршдог бөгөөд хүмүүс угаасаа хүний санаа бодол, мэдлэгийг хэт өргөмжлөх хандлагатай байдаг, харин бурханлаг бөгөөд мөнхийн зүйлийг ялган таньж, үнэлэн эрхэмлэдэггүй.” Counsels on Sabbath School Work, 47.</w:t>
      </w:r>
    </w:p>
    <w:p>
      <w:pPr>
        <w:pStyle w:val="ArticleBody"/>
        <w:jc w:val="left"/>
      </w:pPr>
      <w:r>
        <w:rPr>
          <w:rFonts w:ascii="Times New Roman" w:hAnsi="Times New Roman" w:eastAsia="Times New Roman" w:cs="Times New Roman"/>
        </w:rPr>
        <w:t>Хэрэв Христ өнөөдөр энэ дэлхийд ирсэн бол үнэний оронд уламжлалыг тавьсан, хүний үзэл санаа ба мэдлэгийг өргөмжилдөг “яг тэр л сүнсийг” Тэр олж харах байсан. Миллерийн зүүдэнд, эцсийн өдрүүдэд, Христ яг тэрхүү ажлыг гүйцэлдүүлэхийн тулд шороо арилгагч хүний дүрээр ирдэг. Шороо арилгагч хүний хувьд Түүний ажил гүйцэлдсэний дараа Миллерээр төлөөлүүлсэн хоёр гэрч агуу хашхирааны дуунд сэрэх үед анхны эрдэнэсүүд нарнаас арав дахин илүү хурцаар гялалзах болно.</w:t>
      </w:r>
    </w:p>
    <w:p>
      <w:pPr>
        <w:pStyle w:val="ArticleBody"/>
        <w:jc w:val="left"/>
      </w:pPr>
      <w:r>
        <w:rPr>
          <w:rFonts w:ascii="Times New Roman" w:hAnsi="Times New Roman" w:eastAsia="Times New Roman" w:cs="Times New Roman"/>
        </w:rPr>
        <w:t>Миллерт өгөгдсөн үнэний хүрээ нь сүйтгэгч хоёр хүчний эш үзүүллэгийн бүтэц байсан бөгөөд Future for America-д өгөгдсөн үнэний хүрээ нь сүйтгэгч гурван хүчний эш үзүүллэгийн бүтэц юм. Авсанд бэхлэгдсэн “түлхүүр” нь тайлагдан Миллерт, түүнээс хойш Future for America-д өгөгдсөн тэрхүү онцгой арга зүй байв.</w:t>
      </w:r>
    </w:p>
    <w:p>
      <w:pPr>
        <w:pStyle w:val="ArticleScripture"/>
        <w:jc w:val="left"/>
      </w:pPr>
      <w:r>
        <w:rPr>
          <w:rFonts w:ascii="Times New Roman" w:hAnsi="Times New Roman" w:eastAsia="Times New Roman" w:cs="Times New Roman"/>
        </w:rPr>
        <w:t>Христийн өдрүүдэд мэдлэгийн түлхүүрийг Хуучин Гэрээний Судрууд дахь мэргэн ухааны эрдэнийн санг нээхийн тулд барьж байх ёстой байсан хүмүүс булаан авчээ. Рабби нар болон багш нар тэнгэрийн хаанчлалыг ядуус ба зовогсдоос бараг хааж, тэднийг мөхөхөд нь орхисон байв. Христ Өөрийн айлдварууддаа тэдний өмнө олон зүйлийг нэгэн зэрэг гарган тавиагүй, эс тэгвээс Тэр тэдний оюун санааг төөрөгдүүлж болзошгүй байлаа. Тэрээр зүйл бүрийг тодорхой, ялгамжтай болгосон. Хэрэв зөгнөлүүд дэх хуучин бөгөөд танил үнэнүүд Түүний зорилгод, өөрөөр хэлбэл үзэл санааг суулгахад, үйлчлэх байсан бол Тэр тэдгээрийг давтан хэлэхийг үл жигшсэн юм.</w:t>
      </w:r>
    </w:p>
    <w:p>
      <w:pPr>
        <w:pStyle w:val="ArticleScripture"/>
        <w:jc w:val="left"/>
      </w:pPr>
      <w:r>
        <w:rPr>
          <w:rFonts w:ascii="Times New Roman" w:hAnsi="Times New Roman" w:eastAsia="Times New Roman" w:cs="Times New Roman"/>
        </w:rPr>
        <w:t>“Христ бол бүх эртний үнэний эрдэнийн анхдагч Эх сурвалж нь байсан. Дайсны үйл ажиллагааны улмаас эдгээр үнэнүүд байрнаасаа хөндийрүүлэгдсэн байв. Тэд жинхэнэ байр сууриасаа салгагдан, төөрөгдлийн хүрээнд байрлуулагдсан байлаа. Христийн ажил нь тэрхүү үнэт эрдэнийнүүдийг үнэний хүрээнд дахин зөв байрлуулж, бат тогтоох явдал байсан. Өөрийнх нь мутраар ертөнцийг ерөөхийн тулд өгөгдсөн үнэний зарчмууд Сатаны үйлчлэлээр булшлагдан, бараг мөхсөн мэт болсон байв. Христ тэдгээрийг төөрөгдлийн хог нурман дундаас аварч, тэдэнд шинэ, амь оруулагч хүч өгч, үнэт эрдэнэс мэт гэрэлтэн, үүрд бат зогсохыг тушаасан.”</w:t>
      </w:r>
    </w:p>
    <w:p>
      <w:pPr>
        <w:pStyle w:val="ArticleScripture"/>
        <w:jc w:val="left"/>
      </w:pPr>
      <w:r>
        <w:rPr>
          <w:rFonts w:ascii="Times New Roman" w:hAnsi="Times New Roman" w:eastAsia="Times New Roman" w:cs="Times New Roman"/>
        </w:rPr>
        <w:t>“Христ Өөрөө эдгээр эртний үнэнүүдийн алийг нь ч өчүүхэн төдий ч зээлдэн авахгүйгээр хэрэглэж чадна. Учир нь Тэр бүгдийг нь Өөрөө эхлүүлсэн билээ. Тэр эдгээрийг үе үеийнхний оюун ухаан, бодол санаанд суулгасан бөгөөд, манай дэлхийд ирэхдээ үхэгсэд мэт болсон тэр үнэнүүдийг дахин эмхэлж, амилуулан, ирээдүйн үеийнхний тусын тулд улам хүчтэй болгосон юм. Үнэнүүдийг нуранги хогноос аварч, тэдгээрийг анхныхаасаа ч илүү шинэлэг байдал, хүч чадалтайгаар дэлхийд дахин өгөх эрх мэдэл Есүс Христэд байсан юм.” Manuscript Releases, volume 13, 240, 241.</w:t>
      </w:r>
    </w:p>
    <w:p>
      <w:pPr>
        <w:pStyle w:val="ArticleBody"/>
        <w:jc w:val="left"/>
      </w:pPr>
      <w:r>
        <w:rPr>
          <w:rFonts w:ascii="Times New Roman" w:hAnsi="Times New Roman" w:eastAsia="Times New Roman" w:cs="Times New Roman"/>
        </w:rPr>
        <w:t>Сүүлчийн энэ хэсэгт эртний Израилийн төгсгөлд Христийн хэрэглэсэн түлхүүр нь Хуучин Гэрээг нээхэд зориулагдсан байсан нь анхаарал татам юм. Миллерийн аргачлалын түлхүүр нь Хуучин ба Шинэ Гэрээний авдрыг нээсэн; харин эцсийн өдрүүдэд, түүний зүүдний төгсгөлд, тэр авдар илүү том байдаг. Эцсийн өдрүүд дэх аргачлалын түлхүүр нь зөвхөн Хуучин ба Шинэ Гэрээг төдийгүй, мөн Зөгнөлийн Сүнсийг ч нээдэг. Нигүүлслийн хугацаа хаагдахын яг өмнөхөн Есүс Христийн Илчлэлтийн лац тайлагдах нь Иуда овгийн Арслангаар гүйцэлддэг бөгөөд Миллерийн зүүдэнд Тэр нь шороо арилгагч сойз барьсан хүнээр дүрслэгдсэн байдаг. Цагаан эгч шороо арилгагч сойз барьсан хүний ажил нь нигүүлслийн хугацаа хаагдахын яг өмнө болдог гэж тодорхойлсон.</w:t>
      </w:r>
    </w:p>
    <w:p>
      <w:pPr>
        <w:pStyle w:val="ArticleScripture"/>
        <w:jc w:val="left"/>
      </w:pPr>
      <w:r>
        <w:rPr>
          <w:rFonts w:ascii="Times New Roman" w:hAnsi="Times New Roman" w:eastAsia="Times New Roman" w:cs="Times New Roman"/>
        </w:rPr>
        <w:t>“Эзэн 1-р сарын 26-нд надад нэгэн үзэгдэл өгсөн бөгөөд үүнийг би өгүүлэх болно. Би Бурханы ард түмний зарим нь мохоо, нойрмог байдалд орсон; тэд дөнгөж хагас сэрсэн төдий бөгөөд бидний эдүгээ амьдарч буй цаг үеийг ухаарахгүй байгааг харсан; мөн ‘шороо цэвэрлэгч сойз’-той ‘хүн’ орж ирсэн бөгөөд зарим нь шүүрдэн зайлуулагдах аюулд байгааг харсан. Би Есүсээс тэднийг авраач, тэднийг жаахан хугацаагаар өршөөн үлдээгээч, тэгээд тэдэнд өөрсдийн аймшигт аюулыг харах боломж олгооч, ингэснээр үүрд хэтэрхий оройтохоос өмнө тэд бэлэн болж амжиг гэж гуйн залбирсан. Тэнгэр элч: ‘Сүйрэл хүчирхэг хуй салхи мэт ирж байна’ гэж хэлсэн. Би тэнгэр элчээс энэ ертөнцийг хайрлаж, өөрсдийн эд хөрөнгөндөө зууралдсан, тэднээсээ тасран салж, замдаа яваа элч нарыг түргэтгэн, сүнслэг хоол тэжээлийн дутагдлаас болж мөхөж байсан өлссөн хоньдыг тэжээхийн тулд тэдгээрийг золиослоход бэлэн бус байсан хүмүүсийг өрөвдөн, авраач хэмээн гуйсан.”</w:t>
      </w:r>
    </w:p>
    <w:p>
      <w:pPr>
        <w:pStyle w:val="ArticleScripture"/>
        <w:jc w:val="left"/>
      </w:pPr>
      <w:r>
        <w:rPr>
          <w:rFonts w:ascii="Times New Roman" w:hAnsi="Times New Roman" w:eastAsia="Times New Roman" w:cs="Times New Roman"/>
        </w:rPr>
        <w:t>“Одоогийн үнэний дутагдлаас болж хөөрхий сүнснүүд мөхөж байгааг, мөн үнэнийг итгэнэ хэмээн тунхаглагчдын зарим нь Бурханы ажлыг урагшлуулахад шаардлагатай хэрэгслийг түдгэлзүүлснээр тэднийг мөхөхөд хүргэж байгааг би харах үед, энэ үзэгдэл дэндүү шаналгаатай байсан тул түүнийг надаас зайлуулахыг би тэнгэрэлчээс гуйсан. Бурханы үйл хэрэг тэдний өмч хөрөнгөөс заримыг нь шаардах үед, Есүс уруу ирсэн залуу эртэй адил [Matthew 19:16–22.] тэд уй гунигтайгаар буцан одож байгааг би харсан; мөн удахгүй халин бялхах гамшиг тэдний дээгүүр өнгөрөн гарч, эд хөрөнгийг нь бүхэлд нь хаман авч одох бөгөөд, тэгэхэд газрын эд хөрөнгийг зольж, тэнгэрт эрдэнэс хуримтлуулахад хэтэрхий оройтсон байх болно гэдгийг би харсан.” Review and Herald, 1850 оны 4 дүгээр сарын 1.</w:t>
      </w:r>
    </w:p>
    <w:p>
      <w:pPr>
        <w:pStyle w:val="ArticleBody"/>
        <w:jc w:val="left"/>
      </w:pPr>
      <w:r>
        <w:rPr>
          <w:rFonts w:ascii="Times New Roman" w:hAnsi="Times New Roman" w:eastAsia="Times New Roman" w:cs="Times New Roman"/>
        </w:rPr>
        <w:t>“Хальж урсах ташуур” нь удахгүй ирэх Ням гаргийн хуулийн бэлгэдэл бөгөөд Миллерийн зүүдэнд гардаг шороо шүүрдэгч хүний ажил нь нигүүлслийн хугацаа хаагдахын яг өмнөхөн явагдана. Тэрээр өрөөг цэвэрлэж дууссаны дараа эрдэнэсүүдийг дахин том авдарт хийдэг бөгөөд тэд нарнаас арав дахин илүү гэрэлтдэг. Даниел болон тэр гурван шударга хүн бусдаасаа арав дахин дээр гэж олдсон билээ.</w:t>
      </w:r>
    </w:p>
    <w:p>
      <w:pPr>
        <w:pStyle w:val="ArticleScripture"/>
        <w:jc w:val="left"/>
      </w:pPr>
      <w:r>
        <w:rPr>
          <w:rFonts w:ascii="Times New Roman" w:hAnsi="Times New Roman" w:eastAsia="Times New Roman" w:cs="Times New Roman"/>
        </w:rPr>
        <w:t>Хааны тэднийг авч ир гэж тогтоосон өдрүүдийн эцэст тайган нарын ноён тэднийг Небухаднезарын өмнө авч ирэв. Хаан тэдэнтэй ярилцав; мөн тэдний дундаас Даниел, Хананиа, Мишаел, Азариа нартай адил хэн ч олдсонгүй. Тиймээс тэд хааны өмнө зогсдог болов. Хаан тэднээс асуусан мэргэн ухаан, ойлголтын бүх хэрэгт тэрээр тэднийг өөрийн бүх хаанчлал дахь бүх шидтэн, мэргэч нараас арав дахин илүү болохыг олж мэдэв. Даниел 1:18–20.</w:t>
      </w:r>
    </w:p>
    <w:p>
      <w:pPr>
        <w:pStyle w:val="ArticleBody"/>
        <w:jc w:val="left"/>
      </w:pPr>
      <w:r>
        <w:rPr>
          <w:rFonts w:ascii="Times New Roman" w:hAnsi="Times New Roman" w:eastAsia="Times New Roman" w:cs="Times New Roman"/>
        </w:rPr>
        <w:t>Даниелын хувьд “өдрүүдийн төгсгөл” нь Небухаднезарын шүүлт үйлдсэн шалгуур сорилтыг төлөөлж байсан бөгөөд тэрхүү сорилт нь эцсийн өдрүүд дэх ням гаргийн хуулийг бэлгэдэн илэрхийлдэг. Анхны бөгөөд суурь үнэнүүд эцсийн өдрүүдэд сэргээгдэн тогтоогдохдоо анх хүлээн зөвшөөрөгдөж байсан үеийнхээсээ арав дахин илүү тод гэрэлтэх болно. Үнэнүүд, мөн эцсийн өдрүүдэд тэдгээр үнэнийг ойлгодог мэргэн хүмүүс Шөнө дундын хашхирааны давталт болох хожмын борооны үед арав дахин илүү тод гэрэлтэх болно.</w:t>
      </w:r>
    </w:p>
    <w:p>
      <w:pPr>
        <w:pStyle w:val="ArticleScripture"/>
        <w:jc w:val="left"/>
      </w:pPr>
      <w:r>
        <w:rPr>
          <w:rFonts w:ascii="Times New Roman" w:hAnsi="Times New Roman" w:eastAsia="Times New Roman" w:cs="Times New Roman"/>
        </w:rPr>
        <w:t>“Та нар Эзэний ирэлтийг хэтэрхий хол болгож байна. Би хожмын бороо шөнө дундын хашхираантай адил [гэнэт] ирж, арав дахин их хүчтэй байхыг харсан.” Spalding and Magan, 5.</w:t>
      </w:r>
    </w:p>
    <w:p>
      <w:pPr>
        <w:pStyle w:val="ArticleBody"/>
        <w:jc w:val="left"/>
      </w:pPr>
      <w:r>
        <w:rPr>
          <w:rFonts w:ascii="Times New Roman" w:hAnsi="Times New Roman" w:eastAsia="Times New Roman" w:cs="Times New Roman"/>
        </w:rPr>
        <w:t>Анхдагч үнэний сэргэлт нь “мөр дээр мөр” хэмээх сүүлчийн борооны аргачлалыг хэрэгжүүлэх замаар биелэгддэг. Нэгэнт сэргээгдмэгц, анхдагч үнэнүүд Миллер тэднийг анх харж байсан үеийнхээсээ “арав дахин” илүү гэрэлтэн гялалздаг. Анхдагч үнэнүүдийг сэргээхийн тулд аргачлалын түлхүүрийг хэрэглэдэг мэргэн хүмүүс Вавилоны аргачлалыг идэгчдээс “арав дахин” дээр туршлага олж авдаг. Шороо шүүрдэгч хүнээр хамагдан одогсод бол анхдагч үнэнийг хучин халхалсан уламжлал, заншилд уягдан холбогдсон хүмүүс бөгөөд өөрсдийн зууралдсан уламжлал, заншлын алдаануудын хамт цэвэрлэгдэн зайлуулагддаг.</w:t>
      </w:r>
    </w:p>
    <w:p>
      <w:pPr>
        <w:pStyle w:val="ArticleBody"/>
        <w:jc w:val="left"/>
      </w:pPr>
      <w:r>
        <w:rPr>
          <w:rFonts w:ascii="Times New Roman" w:hAnsi="Times New Roman" w:eastAsia="Times New Roman" w:cs="Times New Roman"/>
        </w:rPr>
        <w:t>Хуурамч сургаал бол шүтээн мөн.</w:t>
      </w:r>
    </w:p>
    <w:p>
      <w:pPr>
        <w:pStyle w:val="ArticleScripture"/>
        <w:jc w:val="left"/>
      </w:pPr>
      <w:r>
        <w:rPr>
          <w:rFonts w:ascii="Times New Roman" w:hAnsi="Times New Roman" w:eastAsia="Times New Roman" w:cs="Times New Roman"/>
        </w:rPr>
        <w:t>“Үнэнийг няцаахдаа хүмүүс түүний Зохиогчийг няцаадаг. Бурханы хуулийг хөл дороо гишгэлэхдээ тэд Хууль Тогтоогчийн эрх мэдлийг үгүйсгэдэг. Худал сургаал ба онолуудаар шүтээн бүтээх нь мод эсвэл чулуугаар шүтээн урлахтай адилхан амархан юм.” Агуу Тэмцэл, 584.</w:t>
      </w:r>
    </w:p>
    <w:p>
      <w:pPr>
        <w:pStyle w:val="ArticleBody"/>
        <w:jc w:val="left"/>
      </w:pPr>
      <w:r>
        <w:rPr>
          <w:rFonts w:ascii="Times New Roman" w:hAnsi="Times New Roman" w:eastAsia="Times New Roman" w:cs="Times New Roman"/>
        </w:rPr>
        <w:t>Ефраимын нигүүлслийн хугацаа хаагдсаныг тэмдэглэсэн Ефраимд хандсан тэрхүү тунхаглал нь шалыг шүүрдэхдээ тоосны багст хүн юу гүйцэлдүүлдгийг харуулсан үнэнийг онцлон тэмдэглэдэг.</w:t>
      </w:r>
    </w:p>
    <w:p>
      <w:pPr>
        <w:pStyle w:val="ArticleScripture"/>
        <w:jc w:val="left"/>
      </w:pPr>
      <w:r>
        <w:rPr>
          <w:rFonts w:ascii="Times New Roman" w:hAnsi="Times New Roman" w:eastAsia="Times New Roman" w:cs="Times New Roman"/>
        </w:rPr>
        <w:t>Ефраим шүтээнүүдтэй нийлжээ; түүнийг орхи. Хосеа 4:17.</w:t>
      </w:r>
    </w:p>
    <w:p>
      <w:pPr>
        <w:pStyle w:val="ArticleBody"/>
        <w:jc w:val="left"/>
      </w:pPr>
      <w:r>
        <w:rPr>
          <w:rFonts w:ascii="Times New Roman" w:hAnsi="Times New Roman" w:eastAsia="Times New Roman" w:cs="Times New Roman"/>
        </w:rPr>
        <w:t>Чи юу иддэг тэр л юм байдаг нь Даниел болон гурван үнэнч хүний жишээгээр харагддаг. Уайт эгчийн “мохоо бөгөөд унтаа” байсан хүмүүсийн төлөөх түгшүүр нь тэдний бэлтгэлгүй байдал, мөн “одоогийн үнэн”-ий ач холбогдлыг ялган таних чадваргүй байсантай холбоотой байв. Түүний түгшүүр нь тухайн цаг үеийнхээ маргалдах дуртай иудейчүүдийн төлөөх Христийн санаа зовнилын илэрхийлэл байсан бөгөөд тэд анхны үнэнийг бүрмөсөн умартсан байлаа. Миллерийн зүүд эртний бодит Израилаар бэлгэдэгдсэн орчин үеийн сүнслэг Израилын төгсгөлийг тодорхойлдог.</w:t>
      </w:r>
    </w:p>
    <w:p>
      <w:pPr>
        <w:pStyle w:val="ArticleScripture"/>
        <w:jc w:val="left"/>
      </w:pPr>
      <w:r>
        <w:rPr>
          <w:rFonts w:ascii="Times New Roman" w:hAnsi="Times New Roman" w:eastAsia="Times New Roman" w:cs="Times New Roman"/>
        </w:rPr>
        <w:t>“Хуулийн багш нар ба фарисайчууд Судруудыг тайлбарлаж байна хэмээн тунхаглаж байсан боловч, тэд тэдгээрийг өөрсдийн үзэл санаа болон уламжлалынхаа дагуу тайлбарладаг байв. Тэдний заншил болон сургаал үгс улам бүр хатуу шаардлагатай болсоор байлаа. Сүнслэг утгаараа, ариун Үг ард олонд тэдний ойлголтод хаалттай, лацдан битүүмжилсэн ном мэт болсон байв.” Signs of the Times, 1905 оны 5 дугаар сарын 17.</w:t>
      </w:r>
    </w:p>
    <w:p>
      <w:pPr>
        <w:pStyle w:val="ArticleBody"/>
        <w:jc w:val="left"/>
      </w:pPr>
      <w:r>
        <w:rPr>
          <w:rFonts w:ascii="Times New Roman" w:hAnsi="Times New Roman" w:eastAsia="Times New Roman" w:cs="Times New Roman"/>
        </w:rPr>
        <w:t>1863 оноос хойш Лаодикейн Адвентизм дээр аажмаар гүн харанхуй бууж, Библи болон Зөгнөлийн Сүнс тэдний хувьд лацдан битүүмжилсэн ном мэт болсон. Хаалттай хугацаа дуусахын яг өмнөхөн Есүс Христийн Илчлэлт тайлагдан нээгддэг бөгөөд энэ нь гурван үе шаттай шалгалтын үйл явцыг төрүүлж, эцэст нь заншил ба уламжлалынхаа шүтээнүүдийг орхихоос татгалздаг хүмүүс удахгүй ирэх Ням гаргийн хуулийн үед хаман арчигдах төгсгөлд хүргэнэ.</w:t>
      </w:r>
    </w:p>
    <w:p>
      <w:pPr>
        <w:pStyle w:val="ArticleScripture"/>
        <w:jc w:val="left"/>
      </w:pPr>
      <w:r>
        <w:rPr>
          <w:rFonts w:ascii="Times New Roman" w:hAnsi="Times New Roman" w:eastAsia="Times New Roman" w:cs="Times New Roman"/>
        </w:rPr>
        <w:t>“Бидэнд хязгааргүй Аврагч бий. Бурханы үгэнд үүнийг гэрчилдэг үнэний эрдэнэсүүд хичнээн эрхэм нандин билээ. Гэвч эдгээр үнэт эрдэнэс уламжлал, тэрс үзэл хэмээх овоорсон хог новшийн дор булагдсан бөгөөд үүнийг Сатан өөрөө бий болгосон юм. Түүний заль мэх хүмүүсийн оюун санаанд хачирхалтай хүчээр нөлөөлөн, Христэд итгэдэг хүмүүст Христийн үнэ цэнийг бүдгэрүүлэхээр ажиллаж байна. Бурхан болон хүний дайсан өөрсдийгөө Христийн дагалдагч хэмээн тунхаглагчдын дээр шившлэг мэт зүйл буулгасан тул тэдний олны тухай, Тэд эргэж ирсэн цагийг мэдсэнгүй, гэж хэлж болохоор болжээ.” Review and Herald, 1898 оны 8 дугаар сарын 16.</w:t>
      </w:r>
    </w:p>
    <w:p>
      <w:pPr>
        <w:pStyle w:val="ArticleBody"/>
        <w:jc w:val="left"/>
      </w:pPr>
      <w:r>
        <w:rPr>
          <w:rFonts w:ascii="Times New Roman" w:hAnsi="Times New Roman" w:eastAsia="Times New Roman" w:cs="Times New Roman"/>
        </w:rPr>
        <w:t>Миллерийн зүүд нь “анхны үнэнүүд” тогтоогдсон түүх, тэдгээрийн дараах няцаагдал, улмаар эцсийн сэргээн тогтоолтыг дүрслэн үзүүлдэг. Шүүлтийн хугацаа хаагдахын яг өмнөхөн “Шороо шүүрдэгч хүн” энэ үйл явдалд орж ирэн, анхны үнэнүүдийг дахин сэргээн тогтоож, тэдгээрийг “арав дахин” илүү гэрэлтүүлдэг. Энэ нь Ням гаргийн хуулийн үед гурав дахь тэнгэрэлчийн Чанга Хашхираанаас өмнө явагддаг Шөнө дундын Хашхирааны түүхийн үед тохиолддог. Шөнө дундын Хашхираан нь Ням гаргийн хуулиас өмнө онгон охидыг сэрээж, салган тусгаарладаг бөгөөд Миллерчүүдийн түүхэнд Шөнө дундын Хашхираан мөрдөн шалгах шүүлт нээгдэхээс өмнө явсантай адил юм. Эрдэнэсүүдийг сэргээн засагдсан том авдарт буцаан хаях үед аль хэдийн оройтсон байдаг, учир нь тэр үйл явдал шал цэвэр шүүрдэгдсэний “дараа” болдог.</w:t>
      </w:r>
    </w:p>
    <w:p>
      <w:pPr>
        <w:pStyle w:val="ArticleScripture"/>
        <w:jc w:val="left"/>
      </w:pPr>
      <w:r>
        <w:rPr>
          <w:rFonts w:ascii="Times New Roman" w:hAnsi="Times New Roman" w:eastAsia="Times New Roman" w:cs="Times New Roman"/>
        </w:rPr>
        <w:t>“Алдааны тоос шороо, хог новш үнэн хэмээх эрхэм эрдэнийн чулууг булсан боловч, Эзэний ажилчид эдгээр эрдэнэсийг ил гаргаж чадна. Тэгвэл мянга мянган хүн тэдгээрийг баясал ба сүрдэн бишрэлтэйгээр харах болно. Бурханы тэнгэрэлчүүд даруу ажилчны хажууд байж, нигүүлсэл болон тэнгэрлэг гэгээрлийг өгнө. Тэгээд мянга мянган хүн Давидтай хамт, ‘Таны хуулиас гайхамшигт зүйлсийг үзэхийн тулд миний нүдийг нээгээч’ хэмээн залбирахад хөтлөгдөнө. Олон үеийн турш харагдалгүй, үл хайхрагдан ирсэн үнэнүүд Бурханы ариун үгийн гэрэлтүүлэгдсэн хуудсуудаас гал мэт дүрэлзэн гарч ирнэ. Үнэнийг сонссон атлаа түүнийг няцааж, хөл дороо гишгэсэн сүмүүд ерөнхийдөө улам их ёс бусыг үйлдэх болно. Харин ‘мэргэд’, өөрөөр хэлбэл шударга зүрхт хүмүүс, ойлгох болно. Ном нээгдсэн бөгөөд Бурханы үг Түүний хүслийг мэдэхийг хүсэгчдийн зүрх сэтгэлд хүрч байна. Гурав дахь тэнгэрэлчтэй нэгддэг тэнгэрээс ирэх тэнгэрэлчийн чанга хашхирааны үед, олон үеийн турш ертөнцийг барьж ирсэн мэлмэрсэн манан мэт мансуурлаас мянга мянган хүн сэрж, үнэний гоо үзэсгэлэн ба үнэ цэнийг харах болно.” Review and Herald, December 15, 1885.</w:t>
      </w:r>
    </w:p>
    <w:p>
      <w:pPr>
        <w:pStyle w:val="ArticleBody"/>
        <w:jc w:val="left"/>
      </w:pPr>
      <w:r>
        <w:rPr>
          <w:rFonts w:ascii="Times New Roman" w:hAnsi="Times New Roman" w:eastAsia="Times New Roman" w:cs="Times New Roman"/>
        </w:rPr>
        <w:t>Тэгээд сэрэх тэрхүү “мянгатууд” нь одоо хүртэл Вавилонд буй Бурханы өөр сүргийг төлөөлдөг. Учир нь “чанга хашхираан” Ням гаргийн хуулиас эхэлдэг. “Шороон сойзтой хүний” ажил 2001 оны 9 дүгээр сарын 11-нээс хойш явагдаж ирсэн бөгөөд 2023 оны 7 дугаар сараас хойш бүр ч илүү эрчимжсэн юм.</w:t>
      </w:r>
    </w:p>
    <w:p>
      <w:pPr>
        <w:pStyle w:val="ArticleScripture"/>
        <w:jc w:val="left"/>
      </w:pPr>
      <w:r>
        <w:rPr>
          <w:rFonts w:ascii="Times New Roman" w:hAnsi="Times New Roman" w:eastAsia="Times New Roman" w:cs="Times New Roman"/>
        </w:rPr>
        <w:t>Элч ийнхүү өгүүлдэг: “Бүх Судар нь Бурханы онгодоор өгөгдсөн бөгөөд сургаалын төлөө, зэмлэлийн төлөө, засралын төлөө, зөвт байдалд сургахын төлөө ашигтай; ингэснээр Бурханы хүн төгс болж, аливаа сайн үйл бүрт бүрэн бэлтгэгдсэн байг.” Библи өөрөө өөрийнхөө тайлбарлагч мөн. Нэг эшлэл нь бусад эшлэлийг нээх түлхүүр болох нь бий, бөгөөд ийм байдлаар үгийн далд утгад гэрэл тусах болно. Нэгэн ижил сэдвийг авч үздэг өөр өөр эшлэлүүдийг харьцуулан, тэдгээрийн хамрах хүрээ, хамаарлыг тал бүрээс нь ажигласнаар, Судрын жинхэнэ утга тодорхой болох болно.</w:t>
      </w:r>
    </w:p>
    <w:p>
      <w:pPr>
        <w:pStyle w:val="ArticleScripture"/>
        <w:jc w:val="left"/>
      </w:pPr>
      <w:r>
        <w:rPr>
          <w:rFonts w:ascii="Times New Roman" w:hAnsi="Times New Roman" w:eastAsia="Times New Roman" w:cs="Times New Roman"/>
        </w:rPr>
        <w:t>“Бурханы үгийн утгыг ойлгохын тулд Судрын тайлбар номуудтай заавал зөвлөлдөх ёстой гэж олон хүн боддог бөгөөд тайлбар номуудыг судлах ёсгүй гэсэн байр суурийг бид баримтлахгүй; гэвч хүмүүсийн үгийн их овоолгын дороос Бурханы үнэнийг олж танихад ихээхэн ялган таних чадвар хэрэгтэй болно. Библийг итгэдэг хэмээн тунхаглагч нэгэн бие махбод болох сүм Бурханы үгийн тархан бутарсан эрдэнийн чулуунуудыг үнэний нэгэн төгс гинж болгон цуглуулахын тулд хэчнээн өчүүхэн зүйлийг хийсэн билээ! Үнэний эрдэнийн чулуунууд олон хүний төсөөлдөг шиг өнгөн дээрээ байдаггүй. Хорон муугийн холбооны тэргүүлэх оюун ухаан үнэнийг нүднээс далд байлгаж, аугаа хүмүүсийн үзэл бодлыг бүрэн тодруулан харуулахын төлөө тасралтгүй ажиллаж байдаг. Дайсан тэнгэрийн гэрлийг боловсролын үйл явцаар бүдгэрүүлэхийн тулд өөрийн бүх хүчийг дайчилж байна; учир нь тэр хүмүүс Эзэний, ‘Энэ бол зам; үүгээр яв’ хэмээн айлдах дуу хоолойг сонсохыг хүсдэггүй.”</w:t>
      </w:r>
    </w:p>
    <w:p>
      <w:pPr>
        <w:pStyle w:val="ArticleScripture"/>
        <w:jc w:val="left"/>
      </w:pPr>
      <w:r>
        <w:rPr>
          <w:rFonts w:ascii="Times New Roman" w:hAnsi="Times New Roman" w:eastAsia="Times New Roman" w:cs="Times New Roman"/>
        </w:rPr>
        <w:t>“Үнэнгийн эрдэнэсүүд илчлэлтийн талбай даяар сарнин оршдог; гэвч тэдгээр нь хүний уламжлалын дор, хүмүүсийн үгс ба тушаалуудын дор булшлагдсан бөгөөд тэнгэрээс ирэх мэргэн ухааныг бодит байдал дээр үл хэрэгссэн байна; учир нь Сатан хүмүүсийн үгс болон ололт амжилтууд асар их ач холбогдолтой хэмээн дэлхийг итгүүлэхэд амжилт олсон юм. Ертөнцүүдийн Бүтээгч Эзэн Бурхан хязгааргүй үнээр сайн мэдээг дэлхийд өгсөн. Энэхүү тэнгэрлэг зуучаар дамжин, амийн булганд ирэх хүсэлтэй хүмүүст зориулан тэнгэрлэг тайтгарлын баясгалант, сэргэгжүүлэгч булаг шандууд болон мөнхийн тайвшралын ундаргууд нээгдсэн билээ. Одоогоор ч илрүүлэгдэх учиртай үнэнгийн судлууд бий; харин сүнслэг зүйлсийг сүнслэгээр ялган ойлгодог. Ёрын муугаар бүрхэгдсэн оюун ухаан үнэн Есүс дотор ямар байдгаар нь түүний үнэ цэнийг үнэлж чаддаггүй.” Review and Herald, December 1, 1891.</w:t>
      </w:r>
    </w:p>
    <w:p>
      <w:pPr>
        <w:pStyle w:val="ArticleBody"/>
        <w:jc w:val="left"/>
      </w:pPr>
      <w:r>
        <w:rPr>
          <w:rFonts w:ascii="Times New Roman" w:hAnsi="Times New Roman" w:eastAsia="Times New Roman" w:cs="Times New Roman"/>
        </w:rPr>
        <w:t>Миллерийн зүүдэнд тоос шүүрдэгч хүнээр дүрслэгдсэн Христийн ажил нь хоёр талтай. Нэг нь алдааг зайлуулах, нөгөө нь анхны үнэнүүдийг сэргээх явдал юм. Алдааг зайлуулах нь мөн хоёр талтай; учир нь алдааг цонхоор шүүрдэн гаргах үед, тэрхүү алдаа алдаануудад зууралдсан хэвээр үлдэхийг сонгосон хүмүүсийг өөртэйгөө хамт авч оддог. Тоос шүүрдэгч хүний гүйцэтгэдэг тусгаарлах ажлын талаар Иеремиа мөн өгүүлдэг бөгөөд “Эзэний ажилчид эдгээр эрдэнэсийг ил гаргаж чадна, тэгснээр мянга мянган хүн тэдгээрийг баясал, бишрэлийн дунд харна” хэмээн тэр өгүүлэхэд түүний гэрчлэл Эллен Уайтынхтай нийцдэг.</w:t>
      </w:r>
    </w:p>
    <w:p>
      <w:pPr>
        <w:pStyle w:val="ArticleScripture"/>
        <w:jc w:val="left"/>
      </w:pPr>
      <w:r>
        <w:rPr>
          <w:rFonts w:ascii="Times New Roman" w:hAnsi="Times New Roman" w:eastAsia="Times New Roman" w:cs="Times New Roman"/>
        </w:rPr>
        <w:t>Тиймийн тул ЭЗЭН ийнхүү айлдаж байна: Хэрэв чи эргэн ирвээс, Би чамайг дахин авчирч, чи Миний өмнө зогсох болно. Хэрэв чи үнэтэйг өөдгүйгээс ялган гаргавал, чи Миний ам мэт байх болно. Тэд чам уруу эргэн ирэг; харин чи тэдэн уруу бүү эргэн оч. Иеремиа 15:19.</w:t>
      </w:r>
    </w:p>
    <w:p>
      <w:pPr>
        <w:pStyle w:val="ArticleBody"/>
        <w:jc w:val="left"/>
      </w:pPr>
      <w:r>
        <w:rPr>
          <w:rFonts w:ascii="Times New Roman" w:hAnsi="Times New Roman" w:eastAsia="Times New Roman" w:cs="Times New Roman"/>
        </w:rPr>
        <w:t>Иеремиагийн энэ эшлэлийн агуулга нь 2020 оны 7 дугаар сарын 18-ны анхны урам хугаралтыг амсаж өнгөрүүлсэн хүмүүст хандаж байна. Үнэтэйг өөдгүйгээс салгаж буй нь зөвхөн шороо шүүрдэгч хүн биш, харин мөн Иеремиагаар төлөөлүүлэгдсэн, Эзэн уруу буцах уу эсвэл буцахгүй юу гэдгээ шийдэж буй хүмүүсийн ажил мөн. Тэд Эзэнтэй хамт байгаагүй нь илэрхий, учир нь хэрэв тэд Түүнтэй хамт алхаж байсан бол буцаж ирэх ямар ч шалтгаан байхгүй байх байсан. Тэд буцаж ирээд Эзэний өмнө зогсож, түүнээс хойш Түүний ам болно гэдэг нь үнэтэйг өөдгүйгээс салгах ажлыг гүйцэлдүүлсэн байх болно. “Шороо шүүрдэгч хүн”-ий ажил нь мэргэн хүмүүсийн оролцоог шаарддаг. Миллерийн зүүдэн дэх “Шороо шүүрдэгч хүн”-ий ажил нь мөн Христ цэвэршүүлэх үйл явцаар Өөрийн талбайг ариусган шүүдэг үед дүрслэгддэг.</w:t>
      </w:r>
    </w:p>
    <w:p>
      <w:pPr>
        <w:pStyle w:val="ArticleScripture"/>
        <w:jc w:val="left"/>
      </w:pPr>
      <w:r>
        <w:rPr>
          <w:rFonts w:ascii="Times New Roman" w:hAnsi="Times New Roman" w:eastAsia="Times New Roman" w:cs="Times New Roman"/>
        </w:rPr>
        <w:t>“Энэхүү цэвэршүүлэх үйл явц яг хэчнээн удалгүй эхлэхийг би хэлж үл чадна, гэвч энэ нь удаан хойшлогдохгүй. Гартаа шигшүүрээ барьсан Нэгэн Өөрийн сүмийг ёс суртахууны бузарлалаас цэвэрлэх болно. Тэрээр Өөрийн талбайг бүрэн гүйцэд цэвэрлэн ариусгана.” Testimonies to Ministers, 372, 373.</w:t>
      </w:r>
    </w:p>
    <w:p>
      <w:pPr>
        <w:pStyle w:val="ArticleBody"/>
        <w:jc w:val="left"/>
      </w:pPr>
      <w:r>
        <w:rPr>
          <w:rFonts w:ascii="Times New Roman" w:hAnsi="Times New Roman" w:eastAsia="Times New Roman" w:cs="Times New Roman"/>
        </w:rPr>
        <w:t>Сүүлийн “цэвэршүүлэх үйл явц” 2023 оны долоодугаар сард эхэлсэн бөгөөд энэ нь Малахи номын гуравдугаар бүлэгт гардаг цэвэршүүлэх үйл явц мөн.</w:t>
      </w:r>
    </w:p>
    <w:p>
      <w:pPr>
        <w:pStyle w:val="ArticleScripture"/>
        <w:jc w:val="left"/>
      </w:pPr>
      <w:r>
        <w:rPr>
          <w:rFonts w:ascii="Times New Roman" w:hAnsi="Times New Roman" w:eastAsia="Times New Roman" w:cs="Times New Roman"/>
        </w:rPr>
        <w:t>“Малахи 3:1–4-ийг эш татав.</w:t>
      </w:r>
    </w:p>
    <w:p>
      <w:pPr>
        <w:pStyle w:val="ArticleScripture"/>
        <w:jc w:val="left"/>
      </w:pPr>
      <w:r>
        <w:rPr>
          <w:rFonts w:ascii="Times New Roman" w:hAnsi="Times New Roman" w:eastAsia="Times New Roman" w:cs="Times New Roman"/>
        </w:rPr>
        <w:t>“Бурханы ард түмний дунд цэвэршүүлэн ариусгах үйл явц явагдаж байгаа бөгөөд түмэн цэргийн Эзэн энэ ажилд мутраа хүргэсэн билээ. Энэ үйл явц нь сэтгэлд нэн хүнд сорилт болдог, гэвч бузар бохирдол арилгахын тулд энэ нь зайлшгүй хэрэгтэй. Бид Түүний хүсэлд дуулгавартайгаар тэнгэрлэг Эцэгтэйгээ улам ойртуулагдаж, Эзэнд зөвт байдлын өргөл өргөхийн тулд сорилтууд зайлшгүй шаардлагатай. Сэтгэлийг цэвэршүүлж ариусгах Бурханы ажил нь Түүний зарц нар ийнхүү даруулагдаж, өөртөө үхсэн байж, идэвхтэй үйлчлэлд дуудагдах үедээ зөвхөн Бурханы алдрыг л харах нүдтэй болох хүртэл үргэлжлэх ёстой.” Review and Herald, April 10, 1894.</w:t>
      </w:r>
    </w:p>
    <w:p>
      <w:pPr>
        <w:pStyle w:val="ArticleBody"/>
        <w:jc w:val="left"/>
      </w:pPr>
      <w:r>
        <w:rPr>
          <w:rFonts w:ascii="Times New Roman" w:hAnsi="Times New Roman" w:eastAsia="Times New Roman" w:cs="Times New Roman"/>
        </w:rPr>
        <w:t>Миллерийн хоёр дахь зүүд нь анхны үнэнүүдийн сэргээгдлийг, мөн нэгэн зэрэг сарнисан ард түмний сэргээгдлийг тодорхойлдог. Небухаднезарын хоёр дахь зүүд нь түүний хаанчлалын сэргээгдлийг тодорхойлдог. Миллерийн зүүд нь анхны үнэнүүд булшлагдан далдлагдсан явдлыг тэдгээр үнэнүүд “сарнисан” хэмээх нэр томьёогоор илэрхийлдэг. “Сарнисан” гэдэг үг нь “долоон үе”-ийн бэлгэдэл мөн. Небухаднезарын зүүд нь “долоон үе”-ийн “сарнилтын” тухай юм. Небухаднезар 1798 онд төгсгөлийн цаг үед тавигдсан бөгөөд тэндээ өөрчлөгдөн эргэсэн хүнийг төлөөлж байна. Миллер бол 1798 онд “мэргэд”-ийн бэлгэдэл мөн.</w:t>
      </w:r>
    </w:p>
    <w:p>
      <w:pPr>
        <w:pStyle w:val="ArticleBody"/>
        <w:jc w:val="left"/>
      </w:pPr>
      <w:r>
        <w:rPr>
          <w:rFonts w:ascii="Times New Roman" w:hAnsi="Times New Roman" w:eastAsia="Times New Roman" w:cs="Times New Roman"/>
        </w:rPr>
        <w:t>Бид Миллерийн зүүдийг дараагийн өгүүлэлд үргэлжлүүлэн авч үзнэ.</w:t>
      </w:r>
    </w:p>
    <w:p>
      <w:pPr>
        <w:pStyle w:val="ArticleScripture"/>
        <w:jc w:val="left"/>
      </w:pPr>
      <w:r>
        <w:rPr>
          <w:rFonts w:ascii="Times New Roman" w:hAnsi="Times New Roman" w:eastAsia="Times New Roman" w:cs="Times New Roman"/>
        </w:rPr>
        <w:t>“Бид бусадтай санал зөрөх шаардлагатай болох үед, эсвэл бусад нь бидний үзэл бодлоос өөрсдийн зөрүүтэй байр сууриа илэрхийлэх үед, бид Христийн сүнсийг илэрхийлж, үнэнийг шалган судлуулж болох учраас нам тайван, шударга байж чадна гэсэн энэ баримтыг тодорхойгоор баримтлах ёстой. Үнэн хэдий чинээ судлагдана, төдий чинээ түүний гэрэл улам тодрон гялалзах болно. Эзэн догшин ширүүн, хатуу чанарыг агуулсан бүхнийг жигшин үздэг бөгөөд өөрсдөөс нь үзэл бодлоороо зөрдөг хүмүүсийг аль болох муу талаас нь харуулж, тэдний дээр үл тоомсорлол, зэмлэл асгагчдад Өөрийн зэмлэлийг оноодог. Тэнгэр бүхэлдээ ийм үйлдэл хийдэг хүмүүсийг Тэнгэр фарисайчуудыг хэрхэн харж байсан шиг тийнхүү харж, тэднийг Судруудыг ч, Бурханы хүчийг ч мэддэггүй гэж тунхагладаг. Үнэнгийн дайснууд үнэнийг алдаа болгож чадахгүй. Тэд үнэн дээр гишгэлэн, түүнийг унагаж, хог новшоор бүрхсэн учраас дийлсэн гэж бодож болох боловч, Бурхан Өөрийн үнэнч хүмүүсийн заримд нь Христ газар дээр байхдаа хийсэнчлэн — хог новшийг зайлуулж, үнэнийг үнэний бүтцэд зохистой байрлалд нь дахин сэргээхээр — үйлчлэх болно.</w:t>
      </w:r>
    </w:p>
    <w:p>
      <w:pPr>
        <w:pStyle w:val="ArticleScripture"/>
        <w:jc w:val="left"/>
      </w:pPr>
      <w:r>
        <w:rPr>
          <w:rFonts w:ascii="Times New Roman" w:hAnsi="Times New Roman" w:eastAsia="Times New Roman" w:cs="Times New Roman"/>
        </w:rPr>
        <w:t>“Үнэн нь хэлэлцүүлгийн сэдэв болж буй хамт олны дунд, өөрсдийн үнэн хэмээн баримталж ирээгүй бүхнийг эсэргүүцэх хүмүүс байх болно; мөн тэд өөрсдийгөө зөвхөн алдаатай тэмцэж байна хэмээн бодон өөрсдөдөө сайшаалтайгаар хандах зуур, тэд хэлэгдэж буй зүйлийг буруугаар төлөөлөн, ташаа тайлбарлах бус, харин юу нь үнэн болохыг ойлгохын тулд өрөөсгөл бус чихээр сонсох шаардлагатай байдаг. Тэд бүх үеийн туршид үнэнтэй тэмцэж, тийн үйлдэхдээ Бурханы зөвлөгөөг өөрсдийнхөө эсрэг няцаасан хүмүүсийн жишээг өмнөө харж байна. Их гэрэл, агуу боломжуудыг хүлээн авсан атлаа, бүрэн дүүрэн Эзэний талд зогсож чадаагүй хүмүүсийн дээр буух хариуцлага хүнд байх болно. Хэрэв тэд бүрэн дүүрэн Эзэний талд зогсохоор зоригловол, ганцаараа зогсохыг шаардах үед ч тэд шударга шулуун чанартаа хадгалагдах байсан. Тэр тэдэнд ариун байдал, үнэнч шударга байдлын дотор, зөвт байдлын завхраагүй зарчмуудын төлөө зоригтойгоор бат зогсох чадлыг өгөх байсан. Шударга ёс гудамжинд унаж, тэгш байдал нэвтрэн орж чадахгүй болсон байсан ч, зөв нь зөв учраас тэднийг зөвийн төлөө тэмцэхэд Тэр түшин дэмжих байсан. Тэд юу нь цэвэр бөгөөд бузарталгүй, мөн Христийн амьдралтай нийцтэй болохыг ойлгож, сүнсээрээ, үгээрээ, үйлдлээрээ Христийн шашны хамгийн цэвэр зарчмуудаас эргэж буцахгүй байх байсан. Тэд зөвхөн мунхаглалтай бус, харин боловсролтой, туршлагатай, өөрсдийг нь дуугүй болгохын тулд цэц булаалдах мэхийн зэвсгийг хэрэглэдэг хүмүүстэй ч эсрэгцэн зогсож байсан ч тийм байх байсан. Алдаа үнэнтэй тэмцэх энэ бүх тэмцлийн дундуур тэд хамгаалагдан, дайснууд нь тэдний эсрэг үг хэлж чадахгүй, эсэргүүцэж чадахгүй байхаар тийм зам мөрийг баримтлахад чадваржуулагдах байсан. Тэд зарчимд хад мэт бат зогсож, хэнтэй ч буулт хийхээс татгалзах атлаа, мөн л жинхэнэ Христчин хүн бүрийг тодорхойлох тэрхүү сүнсийг хадгалан үлдэх байсан.”</w:t>
      </w:r>
    </w:p>
    <w:p>
      <w:pPr>
        <w:pStyle w:val="ArticleScripture"/>
        <w:jc w:val="left"/>
      </w:pPr>
      <w:r>
        <w:rPr>
          <w:rFonts w:ascii="Times New Roman" w:hAnsi="Times New Roman" w:eastAsia="Times New Roman" w:cs="Times New Roman"/>
        </w:rPr>
        <w:t>“Христийн дагалдагч хүн ариун ба жирийн зүйлийн хооронд ялган таньж, хүний зан чанар ба үйл хэргийн жинхэнэ нотолгоонд бат наалдана. Учир нь Христ, ‘Тэднийг үр жимсээр нь танина’ хэмээн айлдсан билээ. Христэд итгэгч нь элдэв төрлийн эсэргүүцлийн дунд ч урагшлан явна. Зусардал нь Сатанаас төрдөг тул тэрээр түүнийг жигшинэ. Гүжирдлэг нь муу нэгний зэвсэг тул тэрээр түүнийг зэвүүцнэ. Тэд атаархлыг тэтгэн хадгалахгүй, өөрийгөө өргөмжлөхөд автахгүй. Учир нь эдгээр нь Бурхан болон хүний дайсны шинж чанарууд мөн. Тэд тагнуул мэт олдохгүй. Учир нь Сатан энэ ажлыг Есүсийн эсрэг үйлдэхдээ жигшигдсэн иудейчүүдийг ашигласан. Тэд ах дүүсээ үгээр нь урхидаж, олон зүйлийн талаар яриулах замаар нэг үгний төлөө гэмтэн болгохын тулд иудейчүүд Христийг дагасан шиг асуултын үерээр мөшгөн дагахгүй.” Home Missionary, 1894 оны 9 дүгээр сарын 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Долоо</dc:title>
  <dc:subject>Анхны үнэнийг сэргээх нь: Уильям Миллерийн зүүд ба эцсийн өдрүүд дэх эш үзүүллэгийн дахин сэргэн мандалтыг илчлэх нь</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