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Даниелын Ном — Дөчин Нэгдүгээр Дугаар</w:t>
      </w:r>
    </w:p>
    <w:p>
      <w:pPr>
        <w:pStyle w:val="ArticleSubtitle"/>
        <w:jc w:val="left"/>
      </w:pPr>
      <w:r>
        <w:rPr>
          <w:rFonts w:ascii="Arial" w:hAnsi="Arial" w:eastAsia="Arial" w:cs="Arial"/>
        </w:rPr>
        <w:t>Паулын эш үзүүллэгийн үйлчлэл: Эртний Израилийг Сүнслэг Израильтай холбох нь</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2024-01-05</w:t>
      </w:r>
    </w:p>
    <w:p>
      <w:pPr>
        <w:pStyle w:val="ArticleBody"/>
        <w:jc w:val="left"/>
      </w:pPr>
      <w:r>
        <w:rPr>
          <w:rFonts w:ascii="Times New Roman" w:hAnsi="Times New Roman" w:eastAsia="Times New Roman" w:cs="Times New Roman"/>
        </w:rPr>
        <w:t>Эртний Израиль ба сүнслэг Израилийг холбосон холбоос нь элч Паул байсан; учир нь түүний үйлчлэл, нэр, хувийн нөхцөл байдал, эш үзүүллэгийн ажил нь бүгд энэхүү үнэнийг гэрчилдэг. Тэрээр өөрийгөө элч нараас хамгийн өчүүхэн нь хэмээн тодорхойлсон, учир нь тэр Бурханы ард түмнийг хавчин мөшгөж байсан.</w:t>
      </w:r>
    </w:p>
    <w:p>
      <w:pPr>
        <w:pStyle w:val="ArticleScripture"/>
        <w:jc w:val="left"/>
      </w:pPr>
      <w:r>
        <w:rPr>
          <w:rFonts w:ascii="Times New Roman" w:hAnsi="Times New Roman" w:eastAsia="Times New Roman" w:cs="Times New Roman"/>
        </w:rPr>
        <w:t>Учир нь би элч нараас хамгийн өчүүхэн нь бөгөөд Бурханы чуулганыг хавчин мөшгөж байсан тул элч гэж дуудагдах зохистой ч биш юм. 1 Коринт 15:19.</w:t>
      </w:r>
    </w:p>
    <w:p>
      <w:pPr>
        <w:pStyle w:val="ArticleBody"/>
        <w:jc w:val="left"/>
      </w:pPr>
      <w:r>
        <w:rPr>
          <w:rFonts w:ascii="Times New Roman" w:hAnsi="Times New Roman" w:eastAsia="Times New Roman" w:cs="Times New Roman"/>
        </w:rPr>
        <w:t>Тэр хөрвөснийхөө үед Паул хэмээх нэрийг авсан бөгөөд энэ нь жижиг буюу бага гэсэн утгатай, учир нь тэр элч нараас хамгийн өчүүхэн нь байсан юм. Харин түүний анхны нэр нь Саул байсан бөгөөд энэ нь “сонгогдсон” гэсэн утгатай.</w:t>
      </w:r>
    </w:p>
    <w:p>
      <w:pPr>
        <w:pStyle w:val="ArticleScripture"/>
        <w:jc w:val="left"/>
      </w:pPr>
      <w:r>
        <w:rPr>
          <w:rFonts w:ascii="Times New Roman" w:hAnsi="Times New Roman" w:eastAsia="Times New Roman" w:cs="Times New Roman"/>
        </w:rPr>
        <w:t>Тэгэхэд Анани хариулж, Эзэн, энэ хүний тухай, Иерусалим дахь Таны ариун хүмүүст хичнээн их хор хүргэснийг нь би олноос сонссон. Мөн энд Таны нэрийг дуудагч бүгдийг хүлэх эрх мэдлийг тэргүүн тахилч нараас авсан байна гэв. Харин Эзэн түүнд, Яв; учир нь тэр бол Миний нэрийг харь үндэстнүүдийн, хаадын, мөн Израилийн хөвгүүдийн өмнө авч явахын тулд Миний сонгосон сав мөн гэж айлдав, Үйлс 9:13–15.</w:t>
      </w:r>
    </w:p>
    <w:p>
      <w:pPr>
        <w:pStyle w:val="ArticleBody"/>
        <w:jc w:val="left"/>
      </w:pPr>
      <w:r>
        <w:rPr>
          <w:rFonts w:ascii="Times New Roman" w:hAnsi="Times New Roman" w:eastAsia="Times New Roman" w:cs="Times New Roman"/>
        </w:rPr>
        <w:t>Саул нь харь үндэстнүүдэд сайн мэдээг авч явах “сонгогдсон сав” байсан боловч, хүчирхэг байх шаардлагатай тул эхлээд Паул (жижиг) болон өөрчлөгдөж, даруулагдах ёстой байв. Паул өөрийн хүч чадал нь өөрийн жижиг байдал, өөрөөр хэлбэл сул дорой байдал дотор оршдгийг ойлгосон юм.</w:t>
      </w:r>
    </w:p>
    <w:p>
      <w:pPr>
        <w:pStyle w:val="ArticleScripture"/>
        <w:jc w:val="left"/>
      </w:pPr>
      <w:r>
        <w:rPr>
          <w:rFonts w:ascii="Times New Roman" w:hAnsi="Times New Roman" w:eastAsia="Times New Roman" w:cs="Times New Roman"/>
        </w:rPr>
        <w:t>Илчлэлтүүдийн арвин байдлаас болж би хэт өргөмжлөгдөх вий гэсэндээ, намайг хэт өргөмжлөгдөхөөс сэргийлэн махбодод минь нэгэн өргөс, өөрөөр хэлбэл намайг балбах Сатаны элч надад өгөгдсөн юм. Энэ талаар тэр нь надаас салгагдаасай хэмээн би Эзэнд гурвантаа гуйсан. Харин Тэр надад, “Миний нигүүлсэл чамд хангалттай. Учир нь Миний хүч сул дорой байдал дотор төгс болдог” гэж айлдсан. Иймд Христийн хүч над дээр оршин тогтнохын тулд би өөрийн сул дорой байдлуудаараа бүр ч дуртайяа сайрхана. Тиймээс Христийн төлөөх сул дорой байдал, доромжлол, гачигдал, хавчлага, зовлон шаналал дотор би баярладаг. Учир нь би сул дорой байх үедээ л хүчтэй байдаг. 2 Коринт 12:7–10.</w:t>
      </w:r>
    </w:p>
    <w:p>
      <w:pPr>
        <w:pStyle w:val="ArticleBody"/>
        <w:jc w:val="left"/>
      </w:pPr>
      <w:r>
        <w:rPr>
          <w:rFonts w:ascii="Times New Roman" w:hAnsi="Times New Roman" w:eastAsia="Times New Roman" w:cs="Times New Roman"/>
        </w:rPr>
        <w:t>Саул “сонгогдсон” байсан боловч, түүнийг хүчтэй байлгахын тулд түүнийг жижиг болгосон (Паул). Тэрээр сайн мэдээг харь үндэстнүүдэд хүргэхээр сонгогдсон боловч, Хуучин Гэрээний талаарх мэдлэгийнх нь улмаас ч мөн хэсэгчлэн сонгогдсон байв.</w:t>
      </w:r>
    </w:p>
    <w:p>
      <w:pPr>
        <w:pStyle w:val="ArticleScripture"/>
        <w:jc w:val="left"/>
      </w:pPr>
      <w:r>
        <w:rPr>
          <w:rFonts w:ascii="Times New Roman" w:hAnsi="Times New Roman" w:eastAsia="Times New Roman" w:cs="Times New Roman"/>
        </w:rPr>
        <w:t>Ялангуяа та иудейчүүдийн дунд буй бүх ёс заншил, маргаантай асуудлуудад мэргэшсэн нэгэн гэдгийг би мэдэх тул, намайг тэвчээртэйгээр сонсохыг танаас гуйж байна. Миний бага наснаас эхэлсэн амьдралын хэв маяг, анхнаасаа өөрийн үндэстнийхний дунд, Иерусалимд өнгөрсөн тэр амьдралыг бүх иудейчүүд мэднэ. Хэрэв тэд гэрчлэхийг хүсвэл, тэд намайг эхнээс нь мэддэг байсан бөгөөд манай шашны хамгийн чанд урсгалын ёсоор би фарисай хүн болж амьдарсан юм. Үйлс 26:3–5.</w:t>
      </w:r>
    </w:p>
    <w:p>
      <w:pPr>
        <w:pStyle w:val="ArticleBody"/>
        <w:jc w:val="left"/>
      </w:pPr>
      <w:r>
        <w:rPr>
          <w:rFonts w:ascii="Times New Roman" w:hAnsi="Times New Roman" w:eastAsia="Times New Roman" w:cs="Times New Roman"/>
        </w:rPr>
        <w:t>Саул Хуучин Гэрээний Судруудын хамгийн агуу багш нарын нэг хэмээн тооцогддог Гамалиелын шавь болон боловсорсон байв.</w:t>
      </w:r>
    </w:p>
    <w:p>
      <w:pPr>
        <w:pStyle w:val="ArticleScripture"/>
        <w:jc w:val="left"/>
      </w:pPr>
      <w:r>
        <w:rPr>
          <w:rFonts w:ascii="Times New Roman" w:hAnsi="Times New Roman" w:eastAsia="Times New Roman" w:cs="Times New Roman"/>
        </w:rPr>
        <w:t>“Түүний хүсэлтийг зөвшөөрч, ‘Паул шат дээр зогсоод, ард олонд гараараа дохив.’ Тэр дохилт нь тэдний анхаарлыг татсан бөгөөд түүний байдал төрх нь хүндэтгэлийг төрүүлэв. ‘Тэгээд их нам гүм болж ирэхэд, тэр тэдэнд еврей хэлээр ийн айлдав: Ахан дүүс ээ, эцгүүд ээ, одоо та нарт өчих миний өмгөөллийг сонсогтун.’ Танил еврей үгсийн авиа сонсогдоход, ‘тэд бүр ч нам болов’; бүхнийг хамарсан нам гүм дунд тэр цааш нь үргэлжлүүлэн: “‘Би үнэхээр иудей хүн мөн, Киликийн нэгэн хот болох Тарст төрсөн, гэвч энэ хотод Гамалиелын хөлд өсөж хүмүүжсэн, эцэг өвгөдийн хуулийн төгс ёсоор сургагдсан, мөн та бүгдийн өнөөдөр байгаачлан Бурханы төлөө хичээнгүй зүтгэгч байсан билээ.’ Элчийн хэлсэн эдгээрийг хэн ч няцааж үл чадсан, учир нь түүний дурдсан баримтууд Иерусалимд амьд сэрүүн хэвээр байсан олон хүнд сайн мэдэгдэж байв.” Элч нарын үйлс, 408.</w:t>
      </w:r>
    </w:p>
    <w:p>
      <w:pPr>
        <w:pStyle w:val="ArticleBody"/>
        <w:jc w:val="left"/>
      </w:pPr>
      <w:r>
        <w:rPr>
          <w:rFonts w:ascii="Times New Roman" w:hAnsi="Times New Roman" w:eastAsia="Times New Roman" w:cs="Times New Roman"/>
        </w:rPr>
        <w:t>Саул санамсаргүйгээр сонгогдоогүй бөгөөд Паулын үйлчлэлийн тодорхой зорилгуудын нэг нь махбодын Израилийн ариун түүхийг сүнслэг Израилийн ариун түүхтэй холбон гүүр болгох явдал байв. Энэ баримттай уялдан тэрээр Шинэ Гэрээний дийлэнх хэсгийг бичсэн. Түүний бичвэрүүдийн нэг бүлэгт эхний тэнгэрэлчийн мэдээний хүрээний, мөн гурав дахь тэнгэрэлчийн мэдээний хүрээний үндэслэлийг тодорхойлдог. Тэрхүү эшлэл нь Адвентизмийн эхлэл ба төгсгөл дэх мэргэн ба мунхгийг ялган таниулдаг түүхэн дурсгал мөн.</w:t>
      </w:r>
    </w:p>
    <w:p>
      <w:pPr>
        <w:pStyle w:val="ArticleScripture"/>
        <w:jc w:val="left"/>
      </w:pPr>
      <w:r>
        <w:rPr>
          <w:rFonts w:ascii="Times New Roman" w:hAnsi="Times New Roman" w:eastAsia="Times New Roman" w:cs="Times New Roman"/>
        </w:rPr>
        <w:t>Ах дүү нар аа, бидний Эзэн Есүс Христийн ирэлтээр болон Түүн уруу хамтдаа цуглагдах маань талаар та нараас гуйж байна: Христийн өдөр айсуй хэмээн, сүнсээр ч бай, үгээр ч бай, эсвэл биднээс ирсэн мэт захидлаар ч бай, та нар оюун санаагаараа түргэн донсолгож, эсвэл түгшиж бүү байгтун. Хэн ч та нарыг ямар ч аргаар бүү мэхлэг; учир нь эхлээд урвалт ирж, нүглийн хүн, мөхлийн хүү илчлэгдэхээс нааш тэр өдөр ирэхгүй. Тэр нь Бурхан хэмээн нэрлэгддэг бүхэн болон шүтэгддэг бүхний эсрэг босож, өөрийгөө тэдгээрээс дээгүүр өргөмжилдөг; тийнхүү Бурханы сүмд Бурхан мэт залран сууж, өөрийгөө Бурхан мөн хэмээн харуулдаг. Намайг та нартай хамт байхад эдгээрийг би та нарт хэлж байсныг та нар санахгүй байна уу? Тэгээд тэр өөрийн цагт илчлэгдэхийн тулд юун түүнийг саатуулж байгааг одоо та нар мэднэ. Учир нь хууль бусын нууц үйлчлэл хэдийнээ ажиллаж байна; зөвхөн эдүгээ саатуулж буй нэгэн замаас зайлуулагдтал саатуулсаар байх болно. Тэгээд тэр Хууль бус нэгэн илчлэгдэх бөгөөд Эзэн түүнийг амныхаа сүнсээр устгаж, Өөрийн ирэлтийн цог жавхлангаар үгүй хийнэ. Тэрхүү нэгэний ирэлт нь Сатаны үйлчлэлийн дагуу, бүх хүч, тэмдэг, худал гайхамшгуудын хамт, мөн мөхөгсдийн доторх зөвт бусын бүх мэхлэлтийн хамт байна; учир нь тэд аврагдахын тулд үнэний хайрыг хүлээн аваагүй. Иймийн тул Бурхан тэдэнд худалд итгүүлэх хүчтэй төөрөгдлийг илгээнэ; ингэснээр үнэнд итгээгүй, харин зөвт бусад таашаал авсан бүгд яллагдах болно. 2 Тесалоник 2:1–12.</w:t>
      </w:r>
    </w:p>
    <w:p>
      <w:pPr>
        <w:pStyle w:val="ArticleBody"/>
        <w:jc w:val="left"/>
      </w:pPr>
      <w:r>
        <w:rPr>
          <w:rFonts w:ascii="Times New Roman" w:hAnsi="Times New Roman" w:eastAsia="Times New Roman" w:cs="Times New Roman"/>
        </w:rPr>
        <w:t>Энэ хэсгийн утга агуулга нь Христ хоёр дахь удаагаа хэзээ эргэн ирэх тухай авч үзэж буйд оршино. Паул Тесалоникчуудынханд, “Би та нартай хамт байхдаа эдгээр зүйлсийг та нарт хэлж байсныг санахгүй байна уу?” хэмээн өгүүлснээр, уг санаа зовнилын талаар өөрөө өмнө нь аль хэдийн хариулсан гэдгээ сануулж байна. Паул ах дүүсийг “бидний Эзэн Есүс Христийн ирэлт болон бид Түүн уруу хамтдаа цуглагдах” тухай асуудал дээр мэхлэгдэхээс сэргийлэхийг зорьж байв.</w:t>
      </w:r>
    </w:p>
    <w:p>
      <w:pPr>
        <w:pStyle w:val="ArticleBody"/>
        <w:jc w:val="left"/>
      </w:pPr>
      <w:r>
        <w:rPr>
          <w:rFonts w:ascii="Times New Roman" w:hAnsi="Times New Roman" w:eastAsia="Times New Roman" w:cs="Times New Roman"/>
        </w:rPr>
        <w:t>Түүхчид Уильям Миллерийн мэдээний тэн хагас нь Даниелын номын наймдугаар бүлгийн арван дөрөвдүгээр эшлэл дэх хоёр мянга гурван зуун жилийн тухай түүний тодорхойлолтод тулгуурлаж байсныг тогтоодог. Түүний мэдээний нөгөө тэн хагас нь, заримдаа төдийлөн хүлээн зөвшөөрөгддөггүй боловч, Христийн Хоёр дахь ирэлтийн талаархи хуурамч сургаалуудыг няцаасан түүний үйл хэрэг юм.</w:t>
      </w:r>
    </w:p>
    <w:p>
      <w:pPr>
        <w:pStyle w:val="ArticleBody"/>
        <w:jc w:val="left"/>
      </w:pPr>
      <w:r>
        <w:rPr>
          <w:rFonts w:ascii="Times New Roman" w:hAnsi="Times New Roman" w:eastAsia="Times New Roman" w:cs="Times New Roman"/>
        </w:rPr>
        <w:t>Иезуитуудын хуурамч аргачлалд үндэслэн Уильям Миллерийн тууштайгаар эсэргүүцэж байсан (мөн одоо ч байсаар буй) нэгэн түгээмэл хуурамч сургаал байсан. Тэр нь Эзэний хоёр дахь ирэлтийн өмнө “түр зуурын мянган жил” хэмээн нэрлэгдэх мянган жилийн энх тайван тохионо гэсэн хуурамч сургаал бөгөөд Үүнийг мөн Систер Уайт эсэргүүцэж байв.</w:t>
      </w:r>
    </w:p>
    <w:p>
      <w:pPr>
        <w:pStyle w:val="ArticleBody"/>
        <w:jc w:val="left"/>
      </w:pPr>
      <w:r>
        <w:rPr>
          <w:rFonts w:ascii="Times New Roman" w:hAnsi="Times New Roman" w:eastAsia="Times New Roman" w:cs="Times New Roman"/>
        </w:rPr>
        <w:t>Миллерийн үйл хэрэг нь мөн өөрийн цаг үед өргөн дэлгэрсэн мянган жилийн хаанчлалын тухай элдэв хуурамч үзлүүдийн эсрэгээр Христийн бодит, үгчлэн эргэн ирэлтийн үнэнийг тогтоон баталж байв. Паул 2 Тесалоник номд Хоёр дахь Ирэлтийн тухай өгүүлж байгаа тул уг хэсэг нь Миллерийн хувьд Хоёр дахь Ирэлт бодитоор, үгчлэн биелэх тухай ойлголтын нэг хэсэг байсан. Энэ бүлэг Миллерийн хувьд “Одоогийн Үнэн” байв.</w:t>
      </w:r>
    </w:p>
    <w:p>
      <w:pPr>
        <w:pStyle w:val="ArticleBody"/>
        <w:jc w:val="left"/>
      </w:pPr>
      <w:r>
        <w:rPr>
          <w:rFonts w:ascii="Times New Roman" w:hAnsi="Times New Roman" w:eastAsia="Times New Roman" w:cs="Times New Roman"/>
        </w:rPr>
        <w:t>Паул Хоёр дахь Ирэлттэй холбоотой үйл явдлуудын нэгэн чухал дарааллыг тодорхойлж, мөн түүнчлэн Тесалоникчууд яагаад Эзэний эргэн ирэлтийг өөрсдийн амьд ахуй үедээ хүлээх ёсгүйг тайлбарлах логикийг өгдөг. Паул, “Ах дүү нар аа, бидний Эзэн Есүс Христийн ирэлтээр болон Түүн уруу бидний хамт цуглагдах явдлаар та нараас гуйж байна” гэж хэлдэг. “Гуйж байна” гэх үг нь байцаан асуух гэсэн утгатай. Паул Хоёр дахь Ирэлттэй холбоотой бүрэлдэхүүн хэсгүүдийг учирлан тайлбарлаж, сонсогчид нь түүний логикийг шинжилж тунгаахад хүргэхээр зориулагдсан нэгэн төрлийн байцаан асуултаар тэднийг удирдан хөтөлж байна.</w:t>
      </w:r>
    </w:p>
    <w:p>
      <w:pPr>
        <w:pStyle w:val="ArticleBody"/>
        <w:jc w:val="left"/>
      </w:pPr>
      <w:r>
        <w:rPr>
          <w:rFonts w:ascii="Times New Roman" w:hAnsi="Times New Roman" w:eastAsia="Times New Roman" w:cs="Times New Roman"/>
        </w:rPr>
        <w:t>Түүний логикийн бүтэц нь Христ хоёр дахь удаагаа эргэн ирэхээс өмнө папын засаг танигдаж, ноёрхох ёстой бөгөөд папын засаг түүхэнд гарч ирэхээс өмнө урвалт гарах ёстой гэсэнд оршино. Урвалт нь хараахан ирээдүйд байсан тул папын засгийн гарч ирэлт түүнээс ч цаана байв. Тийм байхад хэн нэгэн Христийн эргэн ирэлт удахгүй гэж эндүүрэн мэхлэгдэх нь яаж боломжтой байх билээ? Тэрээр урвалтын дараа илчлэгдэх тэрхүү хүч хэн болохыг тогтоохын тулд папын засгийг илэрхийлэх хэд хэдэн бэлгэдлийг ашигладаг. Тэрээр папын засгийг “нүглийн хүн,” тэрхүү “ёс бус нэгэн,” “мөхлийн хүү,” мөн “ёс бусын нууц” гэж нэрлэдэг. Уайт эгч эдгээр нь бүгд папын засгийг тодорхойлон заасан бэлгэдлүүд мөн гэдгийг тодорхой хэлдэг.</w:t>
      </w:r>
    </w:p>
    <w:p>
      <w:pPr>
        <w:pStyle w:val="ArticleScripture"/>
        <w:jc w:val="left"/>
      </w:pPr>
      <w:r>
        <w:rPr>
          <w:rFonts w:ascii="Times New Roman" w:hAnsi="Times New Roman" w:eastAsia="Times New Roman" w:cs="Times New Roman"/>
        </w:rPr>
        <w:t>“Харин Христийн ирэлтээс өмнө эш үзүүллэгт зөгнөгдсөнөөр шашны ертөнцөд чухал үйл явдлууд өрнөх ёстой байв. Элч ийнхүү тунхагласан байдаг: ‘Та нар ухаан санаагаараа түргэн донсолгож, эсвэл сүнсээр ч, үгээр ч, биднээс ирсэн мэт захидлаар ч бүү түгшигтүн; Христийн өдөр хэдийн ирчихсэн мэтээр бүү бодогтун. Хэн ч та нарыг ямар ч аргаар бүү мэхлэг. Учир нь эхлээд няцалт ирж, нүглийн хүн, мөхлийн хүү илчлэгдээгүй бол тэр өдөр ирэхгүй. Тэр нь Бурхан гэж нэрлэгддэг бүхний эсрэг сөрж, шүтэгддэг бүхнээс өөрийгөө дээгүүр өргөмжлөнө; ингэснээр тэр өөрийгөө Бурхан мөн гэдгийг харуулахын тулд Бурханы сүмд Бурхан мэт суудал эзэлдэг.’</w:t>
      </w:r>
    </w:p>
    <w:p>
      <w:pPr>
        <w:pStyle w:val="ArticleScripture"/>
        <w:jc w:val="left"/>
      </w:pPr>
      <w:r>
        <w:rPr>
          <w:rFonts w:ascii="Times New Roman" w:hAnsi="Times New Roman" w:eastAsia="Times New Roman" w:cs="Times New Roman"/>
        </w:rPr>
        <w:t>“Паулын үгсийг буруугаар тайлбарлаж болохгүй байв. Тэрээр онцгой илчлэлтээр Христ нэн даруй ирнэ хэмээн Тесалоникчуудыг анхааруулсан гэж сургах ёсгүй байлаа. Ийм байр суурь нь итгэлийг будилуулах байв; учир нь урам хугарах нь олонтаа үл итгэлд хүргэдэг. Тиймээс элч ах дүүст өөрөөс нь ирсэн мэт ийм мэдээг бүү хүлээн ав хэмээн сануулж, эш үзүүлэгч Даниелын маш тодорхой дүрслэн өгүүлсэн папын эрх мэдэл хараахан мандан гарч, Бурханы ард түмний эсрэг дайн хийх ёстойг онцлон тэмдэглэв. Энэ хүч үхэлд хүргэгч бөгөөд Бурханыг доромжилсон ажлаа үйлдэж дуусахаас нааш, сүм Эзэнийхээ ирэлтийг хүлээн харах нь дэмий хэрэг байх байв. “‘Би та нартай хамт байхдаа эдгээрийг та нарт хэлж байсныг та нар санадаггүй юм уу?’ хэмээн Паул асуув.”</w:t>
      </w:r>
    </w:p>
    <w:p>
      <w:pPr>
        <w:pStyle w:val="ArticleScripture"/>
        <w:jc w:val="left"/>
      </w:pPr>
      <w:r>
        <w:rPr>
          <w:rFonts w:ascii="Times New Roman" w:hAnsi="Times New Roman" w:eastAsia="Times New Roman" w:cs="Times New Roman"/>
        </w:rPr>
        <w:t>“Жинхэнэ чуулганд тохиолдохоор байсан сорилтууд аймшигтай байв. Элчийг бичиж байх тэр үед ч ‘хууль бусын нууц’ аль хэдийн үйлчилж эхэлсэн байлаа. Ирээдүйд гарах хөгжил нь ‘Сатаны ажиллагааны дагуу, бүх хүч, тэмдгүүд, худал гайхамшгуудын хамт, мөн мөхөгчдийн доторх зөвт бусын бүх мэхлэлтийн хамт’ байх ёстой байв.”</w:t>
      </w:r>
    </w:p>
    <w:p>
      <w:pPr>
        <w:pStyle w:val="ArticleScripture"/>
        <w:jc w:val="left"/>
      </w:pPr>
      <w:r>
        <w:rPr>
          <w:rFonts w:ascii="Times New Roman" w:hAnsi="Times New Roman" w:eastAsia="Times New Roman" w:cs="Times New Roman"/>
        </w:rPr>
        <w:t>“Ялангуяа, ‘үнэний хайрыг’ хүлээн авахаас татгалзах хүмүүсийн тухай элчийн хэлсэн үг онцгой сүр жавхлантай юм. Үнэний мэдээг санаатайгаар няцаах бүхний талаар тэрээр ийнхүү тунхагласан: ‘Иймийн тулд Бурхан тэдэнд худал зүйлд итгүүлэхийн тулд хүчтэй төөрөгдлийг илгээнэ: ингэснээр үнэнд итгээгүй, харин зөвт бус байдалд таашаал авсан тэд бүгд яллагдагдах болно.’ Бурхан өршөөлөөрөө илгээдэг сэрэмжлүүлгүүдийг хүмүүс шийтгэлгүйгээр няцааж үл чадна. Эдгээр сэрэмжлүүлгээс нүүр буруулсаар байдаг хүмүүсээс Бурхан Өөрийн Сүнсийг татан авч, тэдний дурладаг мэхлэлд тэднийг орхидог.” Үйлс of the Apostles, 265, 266.</w:t>
      </w:r>
    </w:p>
    <w:p>
      <w:pPr>
        <w:pStyle w:val="ArticleBody"/>
        <w:jc w:val="left"/>
      </w:pPr>
      <w:r>
        <w:rPr>
          <w:rFonts w:ascii="Times New Roman" w:hAnsi="Times New Roman" w:eastAsia="Times New Roman" w:cs="Times New Roman"/>
        </w:rPr>
        <w:t>Хэдийгээр Уайт эгч Паулын тухайн эшлэл дэх “нүглийн хүн”, “тэр хорон муу нэгэн”, “мөхлийн хүү”, мөн “ёс бусын нууц”-ыг шууд тодорхойлон, үүнийг “папын эрх мэдэл” хэмээн нэрлэдэг боловч, тэр үүнээс ч илүүг хэлдэг. Тэрээр Паул Ромын папыг тодорхойлоход хэрэглэсэн эдгээр бэлгэдэл нь Даниелын номоос үндэслэн тогтоогдсоныг дараах байдлаар илэрхийлдэг: “Иймээс элч ах дүүсийг түүнээс ирсэн мэт ямар ч ийм мэдээг хүлээн авахгүй байхыг анхааруулж, эш үзүүлэгч Даниелын маш тодорхой дүрслэн өгүүлсэн папын эрх мэдэл хараахан босож, Бурханы ард түмний эсрэг дайн хийх ёстой байгааг онцлон өгүүлэв. Энэ эрх мэдэл өөрийн үхэл дагуулсан, Бурханыг доромжилсон ажлаа үйлдэж дуустал, Эзэнийхээ ирэлтийг сүм чуулган хүлээнэ гэж найдах нь дэмий хэрэг байх байв.” Паул папын засгийг тодорхойлсон Тесалоникчуудад хандсан захидлынхаа энэ хэсгийг Даниел 11-р бүлэг, 36-р зүйлд үндэслэж байв.</w:t>
      </w:r>
    </w:p>
    <w:p>
      <w:pPr>
        <w:pStyle w:val="ArticleScripture"/>
        <w:jc w:val="left"/>
      </w:pPr>
      <w:r>
        <w:rPr>
          <w:rFonts w:ascii="Times New Roman" w:hAnsi="Times New Roman" w:eastAsia="Times New Roman" w:cs="Times New Roman"/>
        </w:rPr>
        <w:t>Тэр хаан өөрийн хүслийн дагуу үйлдэх бөгөөд өөрийгөө өргөмжлөн, өөрийгөө бүх бурхнаас дээгүүр агуу болгоно; тэрээр бурхдын Бурханы эсрэг гайхамшигт үгсийг хэлж, уур хилэн гүйцэлдэх хүртэл амжилт олно. Учир нь тогтоогдсон зүйл заавал биелэх болно. Даниел 11:36.</w:t>
      </w:r>
    </w:p>
    <w:p>
      <w:pPr>
        <w:pStyle w:val="ArticleBody"/>
        <w:jc w:val="left"/>
      </w:pPr>
      <w:r>
        <w:rPr>
          <w:rFonts w:ascii="Times New Roman" w:hAnsi="Times New Roman" w:eastAsia="Times New Roman" w:cs="Times New Roman"/>
        </w:rPr>
        <w:t>Паул папыг “эсэргүүцэж, Бурхан гэж нэрлэгддэг бүхнээс, эсвэл мөргөгддөг бүхнээс өөрийгөө дээгүүр өргөмжилдөг; тийнхүү өөрийгөө Бурхан мэтээр Бурханы сүмд сууж, өөрийгөө Бурхан мөн хэмээн харуулдаг” нэгэн хэмээн тодорхойлохдоо, тэрээр эш үзүүлэгч Даниелын “өөрийн хүслийн дагуу” үйлдэж, “өөрийгөө өргөмжлөн” “өөрийгөө бүх бурхдаас дээгүүр” агуу болгосон “хаан”-ы тухай дүрслэлийг өөр үгээр илэрхийлж байсан юм. Пап бол “бурхдын Бурханы эсрэг гайхамшигт үгсийг” хэлдэг тэр хаан мөн бөгөөд, пап бол 1798 онд анхны “уур хилэн” “гүйцэлдтэл” “цэцэглэн мандана” хэмээгдсэн тэр хүч мөн.</w:t>
      </w:r>
    </w:p>
    <w:p>
      <w:pPr>
        <w:pStyle w:val="ArticleBody"/>
        <w:jc w:val="left"/>
      </w:pPr>
      <w:r>
        <w:rPr>
          <w:rFonts w:ascii="Times New Roman" w:hAnsi="Times New Roman" w:eastAsia="Times New Roman" w:cs="Times New Roman"/>
        </w:rPr>
        <w:t>Даниел арван нэгдүгээр бүлгийн гучин зургаадугаар эшлэлийг зөв ойлгох нь 1989 онд мэдлэгийн өсөлтийг зөв ойлгоход туйлын чухал юм. Ийм учраас, энэ эшлэл дэх хаан нь Франц байсан гэсэн, Урайя Смитийн оруулж ирсэн хуурамч сургаал Адвентизмын эхний үед (1863–1888) нэвтрүүлэгдсэн юм. Смит гучин зургаадугаар эшлэлийн “тэр” хааныг (өмнөх эшлэлүүдэд дүрслэгдэж байсан папын засаглалыг) “нэг” хаан (ямар ч хаан) болгон өөрчилж, ингэснээр Ромын шүтлэгийн хэв маягийн шинж чанаруудыг бурхангүй Францад хамааруулахыг оролдсон боловч энэ нь ердөө л дөчдүгээр эшлэл болон түүнээс цаашх хэсэгт Туркийг умардын хаан хэмээн үздэг өөрийн эрхэмлэдэг онолоо дэвшүүлэх эхлэл цэг төдий байв.</w:t>
      </w:r>
    </w:p>
    <w:p>
      <w:pPr>
        <w:pStyle w:val="ArticleBody"/>
        <w:jc w:val="left"/>
      </w:pPr>
      <w:r>
        <w:rPr>
          <w:rFonts w:ascii="Times New Roman" w:hAnsi="Times New Roman" w:eastAsia="Times New Roman" w:cs="Times New Roman"/>
        </w:rPr>
        <w:t>Сатан уг эшлэл дэх хаан нь папын засаг мөн гэсэн баримтыг бүдгэрүүлэх ажлаа эртнээс эхлүүлсэн бөгөөд энэ баримтад Даниелын гэрчлэлд хоёр дахь гэрчийг элч Паул өгдөг. Уайт эгч гурав дахь гэрчийг өгсөн.</w:t>
      </w:r>
    </w:p>
    <w:p>
      <w:pPr>
        <w:pStyle w:val="ArticleBody"/>
        <w:jc w:val="left"/>
      </w:pPr>
      <w:r>
        <w:rPr>
          <w:rFonts w:ascii="Times New Roman" w:hAnsi="Times New Roman" w:eastAsia="Times New Roman" w:cs="Times New Roman"/>
        </w:rPr>
        <w:t>Сатан зөвхөн тухайн эшлэл дэх хаан нь пап болох тухай үнэнийг бүрхэгдүүлэн далдлахыг эрэлхийлсэн төдийгүй, эшлэлд агуулагдсан үнэнийг буруу тийш нь чиглүүлснээр, мөн тухайн эшлэл дэх “зэвүүцэл” юуг төлөөлж байсны ач холбогдлыг ч бүрхэг болгосон юм. Тэрхүү эшлэл дэх папын засаглал 1798 онд үхлийн шархаа автал цэцэглэн хүчирхэгжих ёстой байсан. 1798 он бол МЭӨ 723 оноос эхлэн Израилийн хойд хаанчлалын эсрэг хэрэгжүүлэгдсэн Бурханы зэвүүцлийн хоёр мянга таван зуун хорин жилийн төгсгөл мөн.</w:t>
      </w:r>
    </w:p>
    <w:p>
      <w:pPr>
        <w:pStyle w:val="ArticleBody"/>
        <w:jc w:val="left"/>
      </w:pPr>
      <w:r>
        <w:rPr>
          <w:rFonts w:ascii="Times New Roman" w:hAnsi="Times New Roman" w:eastAsia="Times New Roman" w:cs="Times New Roman"/>
        </w:rPr>
        <w:t>Хэрэв Адвентизм 1863 онд “долоон үе”-ийг хамгаалж, баттай баримталсансан бол Уриа Смит гучин зургаадугаар эшлэлийн талаар тийм мунхаг зүйл дэвшүүлээд өнгөрөх нь бараг боломжгүй байх байсан; учир нь “уур хилэн” нь Бурханы “долоон үе”-ийн анхны уур хилэнг төлөөлдөг гэж ойлгогдох байсан бөгөөд тиймээс Францтай огтхон ч холбоогүй байх байв. 1989 онд мэдлэгийн нэмэгдэл гарсныг уг эшлэлд Паул дэмждэг бөгөөд энэ шалтгааны улмаас, үнэний хайрыг хүлээн авдаггүй атлаа хүчтэй төөрөгдлийг хүлээн авдаг хүмүүсийн тухай уг эшлэл дэх Паулын анхааруулга нь, Паул уг эшлэлд толилуулсан үнэнүүдийг тэд үгүйсгэснээр биелдэг. Тэдгээр үнэнүүдийн нэг нь Даниелын арван нэгдүгээр бүлгийн дөчөөс дөчин тавдугаар эшлэл дэх хойд зүгийн хааны зөв тодорхойлолт мөн.</w:t>
      </w:r>
    </w:p>
    <w:p>
      <w:pPr>
        <w:pStyle w:val="ArticleBody"/>
        <w:jc w:val="left"/>
      </w:pPr>
      <w:r>
        <w:rPr>
          <w:rFonts w:ascii="Times New Roman" w:hAnsi="Times New Roman" w:eastAsia="Times New Roman" w:cs="Times New Roman"/>
        </w:rPr>
        <w:t>Тухайн хэсэгт Паул Ромын папыг тодорхойлсныхоо дараа, уг хэсгийн сэдэв болох Христийн Хоёр дахь ирэлтэд хүргэх дэлхийн төгсгөлийн үеийн үйл явдлуудын дарааллыг тодорхойлдог. Тэрээр, “тэгээд тэр хорон нэгэн илчлэгдэх болно” хэмээн өгүүлдэг. Тэрхүү “хорон нэгэн” нь пап мөн бөгөөд, “Эзэн түүнийг амныхаа сүнсээр үгүй хийж, Өөрийн ирэлтийн гэрлэн сүрээр устгана.” Дараа нь Паул, “Сатаны үйлчлэлийн дагуу, бүх хүч, тэмдэг, худал гайхамшгуудтайгаар ирэх түүнийг мөн” гэж хэлдэг. Есүс бол “ирэлт нь Сатаны үйлчлэлийн дагуу” байдаг Нэгэн мөн.</w:t>
      </w:r>
    </w:p>
    <w:p>
      <w:pPr>
        <w:pStyle w:val="ArticleBody"/>
        <w:jc w:val="left"/>
      </w:pPr>
      <w:r>
        <w:rPr>
          <w:rFonts w:ascii="Times New Roman" w:hAnsi="Times New Roman" w:eastAsia="Times New Roman" w:cs="Times New Roman"/>
        </w:rPr>
        <w:t>Сатаны гайхамшигт үйл ажиллагаа нь тун удахгүй гарах Ням гаргийн хуулиас эхлэн, Михаил босож хүний сорилтын хугацаа хаагдах хүртэлх цаг үе юм. Сатана, сорилтын хугацаа хаагдсанаас Христ эргэн ирэх хүртэл асгаруулагдах Сүүлчийн Долоон Гамшгийн үеэр ямар ч гайхамшиг үйлддэггүй.</w:t>
      </w:r>
    </w:p>
    <w:p>
      <w:pPr>
        <w:pStyle w:val="ArticleScripture"/>
        <w:jc w:val="left"/>
      </w:pPr>
      <w:r>
        <w:rPr>
          <w:rFonts w:ascii="Times New Roman" w:hAnsi="Times New Roman" w:eastAsia="Times New Roman" w:cs="Times New Roman"/>
        </w:rPr>
        <w:t>Христ ийнхүү айлдсан: “Тэдний үр жимсээр та нар тэднийг танина.” Хэрэв эдгэрүүлэлтүүд үйлдэгдэж буй хүмүүс эдгээр илрэлүүдийн улмаас Бурханы хуулийг үл ойшоосноо зөвтгөх хандлагатай байж, дуулгаваргүй байдалдаа үргэлжлэн үлдвэл, тэдэнд ямар ч хэмжээнд, бүр бүх талаар хүч чадал байсан ч, үүнээс тэд Бурханы агуу хүчийг эзэмшдэг гэж дүгнэх ёсгүй. Харин ч эсрэгээрээ, энэ нь агуу мэхлэгчийн гайхамшиг үйлдэгч хүч мөн. Тэр бол ёс суртахууны хуулийг зөрчигч бөгөөд хүмүүсийг түүний жинхэнэ мөн чанарт сохруулахын тулд өөрийн эзэмшиж чадах бүх аргыг хэрэглэдэг. Эцсийн өдрүүдэд тэр тэмдгүүд болон худал гайхамшгуудаар үйлдэх болно хэмээн бидэнд анхааруулсан байдаг. Тэрээр өөрийгөө харанхуйн бус, гэрлийн тэнгэрэлч мөн гэдгийг нотлох баримт болгон тэдгээрийг заан харуулахын тулд шалгалтын хугацаа дуусах хүртэл эдгээр гайхамшгуудыг үргэлжлүүлэн үйлдэх болно.” The Seventh-day Adventist Bible Commentary, volume 7, 911.</w:t>
      </w:r>
    </w:p>
    <w:p>
      <w:pPr>
        <w:pStyle w:val="ArticleBody"/>
        <w:jc w:val="left"/>
      </w:pPr>
      <w:r>
        <w:rPr>
          <w:rFonts w:ascii="Times New Roman" w:hAnsi="Times New Roman" w:eastAsia="Times New Roman" w:cs="Times New Roman"/>
        </w:rPr>
        <w:t>Паул папын засаглал илчлэгдэхээс өмнө урвалт, завхрал гарах болно гэдгийг зааж, мөн Христийн Хоёр дахь ирэлт нь Сатаны гайхамшигт үйл ажиллагааны “дараа” болохыг тодорхойлсон. Сатаны гайхамшигт үйл ажиллагаа АНУ-д Ням гаргийн хуулиар эхэлж, шалгалтын хугацаа хаагдах үе болон эцсийн долоон гамшиг ирэхэд төгсөнө. Сатаны гайхамшигт үйл ажиллагаа АНУ-д Ням гаргийн хуулиар эхэлдэг.</w:t>
      </w:r>
    </w:p>
    <w:p>
      <w:pPr>
        <w:pStyle w:val="ArticleScripture"/>
        <w:jc w:val="left"/>
      </w:pPr>
      <w:r>
        <w:rPr>
          <w:rFonts w:ascii="Times New Roman" w:hAnsi="Times New Roman" w:eastAsia="Times New Roman" w:cs="Times New Roman"/>
        </w:rPr>
        <w:t>“Бурханы хуулийг зөрчин Папын засаглалыг тогтоохыг албадан хэрэгжүүлэх зарлигаар манай үндэстэн зөвт байдлаас өөрийгөө бүрмөсөн таслах болно. Протестантизм ангалын цаана гар сунган Ромын эрх мэдлийн гарыг атгах үед, тэрээр ёроолгүй ангал дээгүүр хүрч Спиритизмтэй гар барих үед, энэ гурвалсан нэгдлийн нөлөөн дор манай улс Протестант бөгөөд бүгд найрамдах засаглалынхаа хувьд Үндсэн хуулийнхаа зарчим бүрийг няцааж, папын худал сургаал ба мэхлэлтийг түгээн дэлгэрүүлэхэд нөхцөл бүрдүүлэх үед, тэгвэл Сатаны гайхамшигт үйлчлэл эхлэх цаг ирснийг, мөн төгсгөл ойрхон байгааг бид мэдэж болно.” Testimonies, volume 5, 451.</w:t>
      </w:r>
    </w:p>
    <w:p>
      <w:pPr>
        <w:pStyle w:val="ArticleBody"/>
        <w:jc w:val="left"/>
      </w:pPr>
      <w:r>
        <w:rPr>
          <w:rFonts w:ascii="Times New Roman" w:hAnsi="Times New Roman" w:eastAsia="Times New Roman" w:cs="Times New Roman"/>
        </w:rPr>
        <w:t>Ням гаргийн хууль бол Даниелын арван гуравдугаар бүлгийн газрын араатнаар дүрслэгдсэн зургаа дахь хаанчлалын төгсгөл мөн. Газрын араатан нь папын ноёрхлын нэг мянга хоёр зуун жаран жилийн төгсгөлд, 1798 онд ноёрхож эхэлсэн. Иймээс папын засаглал 538 онд илчлэгдсэн бөгөөд гэвч дэлхийг эрхшээлдээ авах түүний үйл ажиллагаа Паул үгээ бичиж байх үед аль хэдийн идэвхтэй байсан. 538 оноос өмнө Бурханы сүмд суун буй нүглийн хүний илчлэгдэхээс өмнө явагдах нэгэн урвалт байх ёстой байв.</w:t>
      </w:r>
    </w:p>
    <w:p>
      <w:pPr>
        <w:pStyle w:val="ArticleBody"/>
        <w:jc w:val="left"/>
      </w:pPr>
      <w:r>
        <w:rPr>
          <w:rFonts w:ascii="Times New Roman" w:hAnsi="Times New Roman" w:eastAsia="Times New Roman" w:cs="Times New Roman"/>
        </w:rPr>
        <w:t>Уналт нь Пергамын чуулганаар дүрслэгдсэн бөгөөд энэ нь Христийн чуулган харь шашны шүтлэгтэй эвлэрэн нийцсэн үеийг, эзэн хаан Константины бэлгэдлээр илэрхийлсэн юм. Паул Христийн Хоёр дахь ирэлтийн өмнө зайлшгүй тохиолдох ёстой эш үзүүллэгийн тэмдэглэсэн үе шатуудыг тодорхойлон өгч байв. Тэрээр өмнө нь Тесалоникчуудад заасан зүйлээ дахин дурдсаны дараа, эдгээр үнэнийг урьд нь тэдэнд зааж байсан гэдгийг санахгүй байна гэж үү хэмээн асуудаг. Дараа нь тэрээр мөн, папын эрх мэдлийг “түүний цагт илчлэгдэхийн” тулд “тогтоон барьж байдаг” нэгэн хүч байх болно гэж өөрөө тэдэнд зааж байсан гэдгээ санах ёстойг нь тэдэнд сануулдаг. “Withholdeth” гэдэг үг нь хязгаарлан барих, тогтоон барих гэсэн утгатай. “Withholdeth” гэдэг үгийг мөн тэрхүү ижил хэсэгт хожим “now letteth” гэж орчуулсан байдаг.</w:t>
      </w:r>
    </w:p>
    <w:p>
      <w:pPr>
        <w:pStyle w:val="ArticleBody"/>
        <w:jc w:val="left"/>
      </w:pPr>
      <w:r>
        <w:rPr>
          <w:rFonts w:ascii="Times New Roman" w:hAnsi="Times New Roman" w:eastAsia="Times New Roman" w:cs="Times New Roman"/>
        </w:rPr>
        <w:t>Иймээс уг эшлэлийг зөвөөр дараах байдлаар илэрхийлж болно: “Мөн эдүгээ та нар паплыг юу тогтоон барьж байгааг мэднэ, ингэснээр паплал өөрийн цагтаа илчлэгдэх юм. Учир нь ёс бусын нууц (паплал) хэдийнээ ажиллаж байна: зөвхөн эдүгээ паплалыг тогтоон барьж буй тэрхүү хүч замаасаа зайлуулагдах хүртлээ паплалыг тогтоон барьсаар байх болно.” Уильям Миллер Тесалоник дахь энэ эшлэлийг ойлгосон үедээ, 538 онд паплалыг дэлхийн хаан ширээнд гарч ирэхээс сэргийлж байсан хүч нь харь Ром байсан бөгөөд харь Ром нь “замаасаа зайлуулагдах” хүртлээ папын эрх мэдлийн өсөлтийг тогтоон барих болно гэдгийг ухаарсан юм.</w:t>
      </w:r>
    </w:p>
    <w:p>
      <w:pPr>
        <w:pStyle w:val="ArticleScripture"/>
        <w:jc w:val="left"/>
      </w:pPr>
      <w:r>
        <w:rPr>
          <w:rFonts w:ascii="Times New Roman" w:hAnsi="Times New Roman" w:eastAsia="Times New Roman" w:cs="Times New Roman"/>
        </w:rPr>
        <w:t>“Би деист байсан арван хоёр жилийн хугацаанд олж чадсан бүх түүхийн номыг уншсан; харин одоо би Библийг хайрладаг болсон байв. Энэ нь Есүсийн тухай заадаг байлаа! Гэвч Библийн нэлээд их хэсэг нь надад харанхуй хэвээр байв. 1818 эсвэл 1819 онд, надтай уулзахаар очсон бөгөөд намайг деист байх үед таньж, ярьж байхыг минь сонсож байсан нэг найзтайгаа ярилцаж байхдаа, тэр нэлээд учиртай байдлаар, ‘Энэ эшлэл, тэр эшлэлийн талаар чи юу гэж бодож байна?’ хэмээн асуув; деист байхдаа миний эсэргүүцдэг байсан хуучин эшлэлүүдийг хэлж байлаа. Тэр юуг зорьж байгааг нь би ойлгоод, —Хэрэв чи надад хугацаа өгвөл, тэдгээр нь ямар утгатайг би чамд хэлнэ, гэж хариуллаа. ‘Чи хэр их хугацаа хүсэж байна?’ ‘Мэдэхгүй, гэхдээ би хэлнэ’ гэж би хариулав. Учир нь Бурхан ойлгож үл болох илчлэлийг өгсөн гэдэгт би итгэж чадахгүй байсан юм. Тэр үед би Ариун Сүнс юуг хэлснийг олж мэдэж чадна гэдэгт итгэн, Библиэ судлахаар шийдэв. Гэвч энэ шийдвэрийг гаргамагц надад —‘Хэрэв чи ойлгож чадахгүй нэг хэсгийг олбол, яах вэ?’ гэсэн бодол төрөв. Тэгэхэд Библийг судлах энэ арга надад санаанд орж ирлээ: —Би тийм хэсгүүдийн үгсийг авч, тэдгээрийг Библи даяар мөрдөн, ийм маягаар утгыг нь олж мэднэ. Надад Крудений Конкорданс байсан бөгөөд миний бодлоор энэ нь дэлхий дээрх хамгийн шилдэг нь юм; тиймээс би түүнийг болон Библиэ авч, ширээнийхээ ард суун, сонингоос жаахныг эс тооцвол өөр юу ч уншсангүй, учир нь би Библи минь юу гэсэн утгатайг заавал мэдэхээр шийдсэн байлаа.</w:t>
      </w:r>
    </w:p>
    <w:p>
      <w:pPr>
        <w:pStyle w:val="ArticleScripture"/>
        <w:jc w:val="left"/>
      </w:pPr>
      <w:r>
        <w:rPr>
          <w:rFonts w:ascii="Times New Roman" w:hAnsi="Times New Roman" w:eastAsia="Times New Roman" w:cs="Times New Roman"/>
        </w:rPr>
        <w:t>“Би Эхлэлээс эхэлж, аажмаар цааш уншсан; тэгээд ойлгож чадахгүй нэгэн эшлэл дээр хүрэхэд, тэр нь юу гэсэн утгатайг мэдэхийн тулд Би¬блиэс эрж хайсан. Би ингэж Библиийг бүхэлд нь үзэж дууссаны дараа, өө, үнэн ямар гэрэлт, ямар алдартайгаар үзэгдсэн гэж санана! Би та нарт номлож ирсэн зүйлээ олсон. Долоон цаг үе 1843 онд төгссөнийг би мэдэж, сэтгэл хангалуун болсон. Дараа нь би 2300 өдрүүдэд хүрсэн; тэд намайг мөн адил дүгнэлтэд хүргэсэн; гэвч Аврагч хэзээ ирэхийг тогтоон олох тухай надад огт бодол байгаагүй, мөн үүнд би итгэж ч чадахгүй байсан; харин тэр гэрэл намайг тийнхүү хүчтэй цохисон тул би яахаа мэдэхгүй байлаа. Одоо би, морин дөрөөгөө зүүж, хазаар тоноглох ёстой гэж бодсон; Би¬блиэс илүү хурдан явахгүй, бас түүнээс хоцрохгүй. Библи юу заана, түүнээс би бат зуурна. Гэвч одоо ч гэсэн миний ойлгож чадахгүй зарим эшлэлүүд байсаар байсан.”</w:t>
      </w:r>
    </w:p>
    <w:p>
      <w:pPr>
        <w:pStyle w:val="ArticleScripture"/>
        <w:jc w:val="left"/>
      </w:pPr>
      <w:r>
        <w:rPr>
          <w:rFonts w:ascii="Times New Roman" w:hAnsi="Times New Roman" w:eastAsia="Times New Roman" w:cs="Times New Roman"/>
        </w:rPr>
        <w:t>“Түүний Библийг судлах ерөнхий арга барилын тухайд ийм байна. Өөр нэгэн тохиолдолд тэрээр бидний өмнөх энэ эшлэлийн утгыг—‘өдөр тутмын’ хэмээх үгийн утгыг—тогтоох өөрийн аргаа тайлбарлан өгүүлсэн юм. ‘Би цааш уншсаар,’ хэмээн тэр өгүүлэв, ‘энэ нь Даниелын номоос өөр хаана ч гарч ирснийг олж чадсангүй. Дараа нь би түүнтэй холбоотой байсан “зайлуулна” гэсэн үгсийг авч үзсэн. Тэрээр өдөр тутмыг зайлуулна, “өдөр тутмыг зайлуулснаас хойших цаг үеэс,” гэх мэт. Би цааш уншсаар байсан бөгөөд энэ эшлэл дээр ямар ч гэрэл олж харахгүй болов уу гэж бодож байлаа; эцэст нь би 2 Тесалоник 2:7–8-д хүрч ирсэн. “Учир нь хууль бусын нууц аль хэдийн ажиллаж байна; зөвхөн эдүгээ саатуулж буй нэгэн нь замаас зайлуулагдах хүртэл саатуулсаар байх болно, тэгээд тэр ёс бус нь илчлэгдэнэ,” гэх мэт. Тэр эшлэлд хүрч ирэхэд, өө, үнэн ямар тодорхой бөгөөд сүр жавхлантайгаар харагдсан гээч! Тэнд байна! тэр нь л “өдөр тутмын” юм! За тэгвэл, Паулын “эдүгээ саатуулж буй нэгэн,” эсвэл саад болж буй хэмээсний утга юу вэ? “Нүглийн хүн,” мөн “ёс бус” гэдгээр Папын шашныг хэлж байна. За тэгвэл, Папын шашин илчлэгдэхэд саад болдог зүйл нь юу вэ? Энэ нь Язгуур шүтлэг мөн; тэгэхээр “өдөр тутмын” гэдэг нь Язгуур шүтлэгийг заавал илэрхийлэх ёстой.’ William Miller, Apollos Hale, The Second Advent Manual, 65, 66.”</w:t>
      </w:r>
    </w:p>
    <w:p>
      <w:pPr>
        <w:pStyle w:val="ArticleBody"/>
        <w:jc w:val="left"/>
      </w:pPr>
      <w:r>
        <w:rPr>
          <w:rFonts w:ascii="Times New Roman" w:hAnsi="Times New Roman" w:eastAsia="Times New Roman" w:cs="Times New Roman"/>
        </w:rPr>
        <w:t>Даниелын ном дахь “өдөр тутмын” гэдэг нь харь шашны бэлгэдэл байсан гэдгийг ойлгоогүйсэн бол Миллер өөрийн байгуулсан эш үзүүллэгийн бүтцээ тулгуурлан босгох хүрээг боловсруулахад туйлын бэрхшээлтэй байх байв. “Өдөр тутмын” гэдэг нь Даниелын номд таван удаа гардаг бөгөөд тэр нь үргэлж папизмын бэлгэдлийн дарааллаар дагалдан гардаг. Даниелын ном дахь “өдөр тутмын” нь харь шашин мөн болохын нотолгоо Паулын Тесалоникчуудад илгээсэн захидалд байдаг. Бурханы Үг дэх хамгийн ноцтой сэрэмжлүүлгүүдийн нэг нь тэнд оршдог; учир нь Паул тэнд үнэнийг хайрладаггүй хүмүүст хүчтэй төөрөгдөл илгээгдэх болно хэмээн тодорхой хэлсэн байдаг. Тесалоникчуудын захидалд зориуд байрлуулсан үнэн нь харь шашин папизмтай хэрхэн холбогддогийг танин тодорхойлох явдал байсан бөгөөд тэр үнэнийг үгүйсгэх нь, тэрхүү үгүйсгэлийн үр дагавар нь гарцаагүй хүчтэй төөрөгдөл байх болно гэдгийг баталгаажуулдаг.</w:t>
      </w:r>
    </w:p>
    <w:p>
      <w:pPr>
        <w:pStyle w:val="ArticleBody"/>
        <w:jc w:val="left"/>
      </w:pPr>
      <w:r>
        <w:rPr>
          <w:rFonts w:ascii="Times New Roman" w:hAnsi="Times New Roman" w:eastAsia="Times New Roman" w:cs="Times New Roman"/>
        </w:rPr>
        <w:t>Бид энэ сэдвийг дараагийн өгүүлэлд үргэлжлүүлэн авч үзнэ.</w:t>
      </w:r>
    </w:p>
    <w:p>
      <w:pPr>
        <w:pStyle w:val="ArticleScripture"/>
        <w:jc w:val="left"/>
      </w:pPr>
      <w:r>
        <w:rPr>
          <w:rFonts w:ascii="Times New Roman" w:hAnsi="Times New Roman" w:eastAsia="Times New Roman" w:cs="Times New Roman"/>
        </w:rPr>
        <w:t>Гайхан зогсогтун, мөн биширтүгэй; хашхирцгаа, тийнхүү хашхирцгаа: тэд дарснаас болж согтоогүй атлаа согтсон мэт, хүчтэй ундаанаас бус атлаа гуйвж байна. Учир нь ЭЗЭН та нарын дээр гүн нойрсох сүнсийг асган, та нарын нүдийг анив; эш үзүүлэгчид болон та нарын удирдагчид, үзмэрчдийг Тэр халхалжээ. Бүх үзэгдэл та нарт лацадсан номын үгс мэт болсон бөгөөд түүнийг хүмүүс боловсролтой нэгэнд өгч, «Үүнийг уншаач» гэхэд, тэрээр «Би чаднагүй, учир нь лацадсан байна» гэдэг. Харин номыг боловсролгүй нэгэнд өгч, «Үүнийг уншаач» гэхэд, тэрээр «Би боловсролгүй» гэдэг. Тиймийн тул ЭЗЭН айлдсан нь: Энэ ард түмэн амаараа Надад ойртож, уруулаараа Намайг хүндэтгэвч, зүрх сэтгэлээ Надаас холдуулсан; мөн Надаас эмээх нь хүний тушаалаар заалгасан зүйл болсон тул, тиймийн учир, болгоогтун, Би энэ ард түмний дунд гайхамшигт үйлс үйлдэх болно, үнэхээр гайхамшигт үйлс ба гайхал төрүүлэм зүйл үйлдэх болно; учир нь тэдний мэргэн хүмүүсийн мэргэн ухаан мөхөж, тэдний хэрсүү хүмүүсийн ойлголт далдлагдах болно. Өөрсдийн зөвлөгөөг ЭЗЭНээс далд нуухын тулд гүнзгий эрэлхийлэгчдэд гаслан; тэдний үйлс харанхуйд байдаг бөгөөд тэд, «Хэн биднийг харна вэ? Хэн биднийг мэднэ вэ?» гэдэг. Та нарын юмсыг урвуугаар эргүүлэх нь үнэхээр ваарчны шавартай адилхан гэж тооцогдох бус уу? Бүтээл нь өөрийг нь бүтээсэн хүний тухай, «Тэр намайг бүтээгээгүй» гэж хэлж болох уу? Эсвэл бүтээгдсэн зүйл өөрийг нь хэлбэржүүлсэн хүний тухай, «Тэр ойлголтгүй байсан» гэж хэлж болох уу? Исаиа 29:9–16.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Даниелын Ном — Дөчин Нэгдүгээр Дугаар</dc:title>
  <dc:subject>Паулын эш үзүүллэгийн үйлчлэл: Эртний Израилийг Сүнслэг Израильтай холбох нь</dc:subject>
  <dc:creator>Jeff Pippenger</dc:creator>
  <cp:keywords/>
  <dc:description>Generated by ArticleDigger from daniel\41_daniel.json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