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Дөчин Есдүгээр Дугаар</w:t>
      </w:r>
    </w:p>
    <w:p>
      <w:pPr>
        <w:pStyle w:val="ArticleSubtitle"/>
        <w:jc w:val="left"/>
      </w:pPr>
      <w:r>
        <w:rPr>
          <w:rFonts w:ascii="Arial" w:hAnsi="Arial" w:eastAsia="Arial" w:cs="Arial"/>
        </w:rPr>
        <w:t>Үнэнийг Илчлэх нь: Шөнийн Дундах Дуу Хашхираан, Исламын Үүрэг, ба Эцсийн Өдрүүд дэх Сүүлчийн Шалгалтын Үйл Явц</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2024-01-13</w:t>
      </w:r>
    </w:p>
    <w:p>
      <w:pPr>
        <w:pStyle w:val="ArticleBody"/>
        <w:jc w:val="left"/>
      </w:pPr>
      <w:r>
        <w:rPr>
          <w:rFonts w:ascii="Times New Roman" w:hAnsi="Times New Roman" w:eastAsia="Times New Roman" w:cs="Times New Roman"/>
        </w:rPr>
        <w:t>1798 онд Улай мөрний үзэгдэл тайлагдан нээгдсэнээр бий болсон мэдлэгийн өсөлт нь 1844 оны Шөнийн дунд хашхирааны хөдөлгөөнөөр оргилдоо хүрсэн шалгалтын үйл явцыг бий болгосон. Эцсийн өдрүүдийн одоо тайлагдан нээгдэж буй Шөнийн дунд хашхираа нь тэрхүү түүхээр төлөөлөгдөн ирсэн бөгөөд уг түүхийн яг тэр л шалгагч үнэнүүдийг өөртөө агуулдаг. Учир нь одоо тайлагдан нээгдэж буй Шөнийн дунд хашхирааны мэдээ нь Миллерийн эрдэнийн зүйлсийн сэргээн босголт мөн.</w:t>
      </w:r>
    </w:p>
    <w:p>
      <w:pPr>
        <w:pStyle w:val="ArticleScripture"/>
        <w:jc w:val="left"/>
      </w:pPr>
      <w:r>
        <w:rPr>
          <w:rFonts w:ascii="Times New Roman" w:hAnsi="Times New Roman" w:eastAsia="Times New Roman" w:cs="Times New Roman"/>
        </w:rPr>
        <w:t>“1841, ‘42, ‘43, ‘44 онуудад бидний хүлээн авсан үнэнүүдийг эдүгээ судалж, тунхаглах ёстой. Нэгдүгээр, хоёрдугаар, гуравдугаар тэнгэрэлчийн мэдээнүүд ирээдүйд хүчтэй дуугаар тунхаглагдах болно. Тэдгээр нь чин үнэнч шийдэмгий байдалтайгаар, мөн Сүнсний хүчээр өгөгдөх болно.” Manuscript Releases, volume 15, 371.</w:t>
      </w:r>
    </w:p>
    <w:p>
      <w:pPr>
        <w:pStyle w:val="ArticleBody"/>
        <w:jc w:val="left"/>
      </w:pPr>
      <w:r>
        <w:rPr>
          <w:rFonts w:ascii="Times New Roman" w:hAnsi="Times New Roman" w:eastAsia="Times New Roman" w:cs="Times New Roman"/>
        </w:rPr>
        <w:t>Бидний цаг үеийн Шөнө дундын Хашхирааны эш үзүүллэгийн мэдээний үндсэн сэдэв нь гурав дахь гайгийн Исламын үүрэг мөн. Исламын гурван гай нь бүгд Хабакукийн хоёр хавтан дээр дүрслэгдсэн байдаг. Эцсийн өдрүүдийн Шөнө дундын Хашхирааны мэдээ нь 2020 оны 7-р сарын 18-ны урам хугарал дээр, эцсийн өдрүүдийн саатлын хугацаа ирэхэд, лац нь тайлагдаж эхэлсэн. Миллеритийн түүхэн дэх Шөнө дундын Хашхирааны мэдээний адил, эцсийн өдрүүдийн мэдээ нь Эксетерийн хээрийн цуглаанаар төлөөлөгдсөн цэгт хүрэх хүртлээ аажмаар улам дэлгэгддэг. Тэр үед онгон бүсгүйчүүд тосоо эсвэл авчирсан байдаг, эсвэл авчираагүй байдаг.</w:t>
      </w:r>
    </w:p>
    <w:p>
      <w:pPr>
        <w:pStyle w:val="ArticleBody"/>
        <w:jc w:val="left"/>
      </w:pPr>
      <w:r>
        <w:rPr>
          <w:rFonts w:ascii="Times New Roman" w:hAnsi="Times New Roman" w:eastAsia="Times New Roman" w:cs="Times New Roman"/>
        </w:rPr>
        <w:t>Иерусалимын ард түмнийг захирч буй басамжлагч эрчүүдэд хандан Исаиагийн тунхагласан гай зовлон нь, үзэгдэл Ефраимын согтуу хүмүүст лацадсан ном мэт болсон гэдгийг илтгэн харуулдаг. Исаиагийн энэ эшлэлд, Адвентизмийн түүхэнд хэрэгжсэнчлэн сатанлаг бэлгэдлийг бурханлаг бэлгэдэл болгон өөрчлөх ажил нь ваарчны шавартай адил үнэлэгдэх ёстой. Тэр ажил нь “өдөр тутмын” хэмээх ойлголтыг Христийн бэлгэдэл болгон тогтоосон явдал байсан бөгөөд уг нь энэ нь Сатаны бэлгэдэл юм. Даниел “tamid” хэмээх үгийг харийн шашны бэлгэдэл болгон хэрэглэхдээ, тэр үгийг бэлгэдлийн зорилгоор сонгосон, учир нь тэр үг “тасралтгүй” гэсэн утгатай.</w:t>
      </w:r>
    </w:p>
    <w:p>
      <w:pPr>
        <w:pStyle w:val="ArticleBody"/>
        <w:jc w:val="left"/>
      </w:pPr>
      <w:r>
        <w:rPr>
          <w:rFonts w:ascii="Times New Roman" w:hAnsi="Times New Roman" w:eastAsia="Times New Roman" w:cs="Times New Roman"/>
        </w:rPr>
        <w:t>Дэлхийг Армагеддон уруу хөтлөн аваачдаг гурван хүч байдаг бөгөөд тэдгээр гурван хүчний эхнийх нь луу (харь шашинт үзэл) юм. Луу Бурханы эсрэг дайнаа тэнгэрт эхлүүлсэн. Луу эцэст нь бүрмөсөн устгагдах мянган жилийн мянгант үеийн төгсгөл хүртэл тэр дайнаа үргэлжлүүлэн явуулдаг.</w:t>
      </w:r>
    </w:p>
    <w:p>
      <w:pPr>
        <w:pStyle w:val="ArticleScripture"/>
        <w:jc w:val="left"/>
      </w:pPr>
      <w:r>
        <w:rPr>
          <w:rFonts w:ascii="Times New Roman" w:hAnsi="Times New Roman" w:eastAsia="Times New Roman" w:cs="Times New Roman"/>
        </w:rPr>
        <w:t>Мянган жил дуусмагц Сатан шоронгоосоо суллагдан гарч, газрын дөрвөн зүгт орших үндэстнүүдийг, Гог ба Магогийг, тулалдаанд цуглуулахын тулд мэхлэхээр гарна. Тэдний тоо нь далайн элстэй адил ажээ. Тэд газрын уудам талаар өгсөн гарч, ариун хүмүүсийн хуаранг болон хайрлагдсан хотыг бүслэн хүрээлэв. Тэгтэл тэнгэрээс Бурханаас гал буун ирж, тэднийг залгин устгав. Тэднийг мэхэлсэн диавол нь араатан болон хуурамч эш үзүүлэгчийн байгаа гал ба хүхрийн нуурт хаягдаж, тэнд тэд үүрд мөнхөд өдөр шөнөгүй тарчилгагдах болно. Илчлэл 20:7–10.</w:t>
      </w:r>
    </w:p>
    <w:p>
      <w:pPr>
        <w:pStyle w:val="ArticleBody"/>
        <w:jc w:val="left"/>
      </w:pPr>
      <w:r>
        <w:rPr>
          <w:rFonts w:ascii="Times New Roman" w:hAnsi="Times New Roman" w:eastAsia="Times New Roman" w:cs="Times New Roman"/>
        </w:rPr>
        <w:t>Дэлхийг Армагеддонд хүргэдэг гурван хүчний хоёр дахь нь болох араатан (папын засаглал), мөн тэр гурван хүчний гурав дахь нь болох хуурамч эш үзүүлэгч (Америкийн Нэгдсэн Улс) хоёул загалмайн түүхийн дараа түүхэнд гарч ирсэн бөгөөд хоёул Христийн Хоёр дахь ирэлтээр устгагдана.</w:t>
      </w:r>
    </w:p>
    <w:p>
      <w:pPr>
        <w:pStyle w:val="ArticleScripture"/>
        <w:jc w:val="left"/>
      </w:pPr>
      <w:r>
        <w:rPr>
          <w:rFonts w:ascii="Times New Roman" w:hAnsi="Times New Roman" w:eastAsia="Times New Roman" w:cs="Times New Roman"/>
        </w:rPr>
        <w:t>Араатан баригдаж, түүнтэй хамт түүний өмнө гайхамшгууд үйлдэж, түүгээрээ араатны тэмдгийг хүлээн авсан хүмүүс болон түүний дүрийг шүтэгчдийг мэхэлсэн хуурамч эш үзүүлэгч ч баригдав. Энэ хоёр амьдаараа хүхэр дүрэлзэн шатаж буй галан нууранд хаягдсан. Илчлэлт 19:20.</w:t>
      </w:r>
    </w:p>
    <w:p>
      <w:pPr>
        <w:pStyle w:val="ArticleBody"/>
        <w:jc w:val="left"/>
      </w:pPr>
      <w:r>
        <w:rPr>
          <w:rFonts w:ascii="Times New Roman" w:hAnsi="Times New Roman" w:eastAsia="Times New Roman" w:cs="Times New Roman"/>
        </w:rPr>
        <w:t>Даниел харь шашныг (Сатан) бэлгэдэх тэмдэг болгон еврей хэлний “үргэлжид” гэсэн үгийг сонгохдоо, Бурханы эсрэг тасралтгүй тэмцсээр ирсэн нь Сатан мөн болохыг тодотгон заасан үгийг сонгосон юм. Нөгөө хоёр хүч нь Бурханы эсрэг дайсагналдаа зөвхөн тодорхой тогтоосон хугацаануудад л идэвхтэй байдаг. Даниел “tamid” (үргэлжид) гэдэг үгийг сонгосон нь зорилготой бөгөөд үнэн зөв байв.</w:t>
      </w:r>
    </w:p>
    <w:p>
      <w:pPr>
        <w:pStyle w:val="ArticleBody"/>
        <w:jc w:val="left"/>
      </w:pPr>
      <w:r>
        <w:rPr>
          <w:rFonts w:ascii="Times New Roman" w:hAnsi="Times New Roman" w:eastAsia="Times New Roman" w:cs="Times New Roman"/>
        </w:rPr>
        <w:t>ЭЗЭН гүн нойрсох сүнсийг асган, тэдний нүдийг аньсан хүмүүсийн дээрх гай зовлонгийн тухай Исаиагийн өгүүлэмж хорин наймдугаар бүлгээс гучдугаар бүлэг хүртэл үргэлжлэхдээ, тэрээр ийн тэмдэглэн үлдээжээ:</w:t>
      </w:r>
    </w:p>
    <w:p>
      <w:pPr>
        <w:pStyle w:val="ArticleScripture"/>
        <w:jc w:val="left"/>
      </w:pPr>
      <w:r>
        <w:rPr>
          <w:rFonts w:ascii="Times New Roman" w:hAnsi="Times New Roman" w:eastAsia="Times New Roman" w:cs="Times New Roman"/>
        </w:rPr>
        <w:t>Одоо явж, үүнийг тэдний өмнө самбарт бич, мөн номд тэмдэглэ; ингэснээр энэ нь ирэх цагийн төлөө үүрд мөнхөд байг. Учир нь энэ бол тэрслүү ард түмэн, худалч хүүхдүүд, ЭЗЭНий хуулийг сонсохыг хүсдэггүй хүүхдүүд юм. Тэд үзмэрчдэд, “Бүү үз”; эш үзүүлэгчдэд, “Бидэнд зөвийг бүү эш үзүүл; бидэнд аятайхан үгсийг хэл, мэхлэлт эш үзүүл. Замнаас гар, жимээс хазай, Израилийн Ариун Нэгнийг бидний өмнөөс зайлуул” гэж хэлдэг. Тиймээс Израилийн Ариун Нэгэн ийнхүү айлдаж байна: “Та нар энэ үгийг жигшин, дарлал ба гажуудалд найдан, түүнд тулгуурласан тул; энэ гэм нүгэл чинь та нарт нурахад бэлэн ан цав мэт, өндөр хананд овойн товойсон мэт байх болно, түүний нуралт нь гэнэтхэн, агшин зуур ирнэ. Тэр түүнийг ваарчны савыг үйрч бутартал хагалдаг шиг хагална; тэр өршөөхгүй. Тийнхүү түүний бутрал дундаас голомтоос гал авах нэгээхэн хэлтэрхий ч, нүхнээс ус хутгах нэгээхэн өөдөс ч олдохгүй болно.” Учир нь Эзэн БУРХАН, Израилийн Ариун Нэгэн ийнхүү айлдаж байна: “Эргэн ирэлт ба амгалан дотор та нар аврагдана; нам гүм байдал ба итгэл дотор та нарын хүч байх болно.” Гэвч та нар хүссэнгүй. Исаиа 30:8–15.</w:t>
      </w:r>
    </w:p>
    <w:p>
      <w:pPr>
        <w:pStyle w:val="ArticleBody"/>
        <w:jc w:val="left"/>
      </w:pPr>
      <w:r>
        <w:rPr>
          <w:rFonts w:ascii="Times New Roman" w:hAnsi="Times New Roman" w:eastAsia="Times New Roman" w:cs="Times New Roman"/>
        </w:rPr>
        <w:t>Бичигдсэн “хүснэгт” нь Хабаккукын хоёрдугаар бүлгийн, түүнийг уншигчид “гүйж” мэдээг түгээж болохоор зориулан бүтээгдсэн хүснэгтүүд мөн. “Хүснэгт”-ийн тухай “тэмдэглэл” хийсэн “ном” нь Хабаккук юм. Хабаккукийн “ном”-оос авсан “хүснэгт” нь “тэрслүү ард түмэн, худалч хүүхдүүд, ЭЗЭНий хуулийг сонсохгүй хүүхдүүд”-ийг илчлэн гаргадаг нэгэн шалгалтын үйл явцыг төлөөлдөг. “Сонсох”-оос татгалздаг тэрхүү “тэрслүү ард түмэн” нь Иеремиад харуулын бүрээний дууг сонсохоос татгалздаг хүмүүс мөн.</w:t>
      </w:r>
    </w:p>
    <w:p>
      <w:pPr>
        <w:pStyle w:val="ArticleScripture"/>
        <w:jc w:val="left"/>
      </w:pPr>
      <w:r>
        <w:rPr>
          <w:rFonts w:ascii="Times New Roman" w:hAnsi="Times New Roman" w:eastAsia="Times New Roman" w:cs="Times New Roman"/>
        </w:rPr>
        <w:t>“Мөн Би та нарын дээр харуулуудыг тавьж, ‘Бүрээний дууг сонсогтун’ хэмээсэн. Харин тэд, ‘Бид сонсохгүй’ гэцгээв.” Иеремиа 6:17.</w:t>
      </w:r>
    </w:p>
    <w:p>
      <w:pPr>
        <w:pStyle w:val="ArticleBody"/>
        <w:jc w:val="left"/>
      </w:pPr>
      <w:r>
        <w:rPr>
          <w:rFonts w:ascii="Times New Roman" w:hAnsi="Times New Roman" w:eastAsia="Times New Roman" w:cs="Times New Roman"/>
        </w:rPr>
        <w:t>Эсэргүүцэгчид гэдэг нь Исаиагийн түүхэнд ч, мөн Христийн түүхэнд ч сонсохыг хүсээгүй хүмүүс юм.</w:t>
      </w:r>
    </w:p>
    <w:p>
      <w:pPr>
        <w:pStyle w:val="ArticleScripture"/>
        <w:jc w:val="left"/>
      </w:pPr>
      <w:r>
        <w:rPr>
          <w:rFonts w:ascii="Times New Roman" w:hAnsi="Times New Roman" w:eastAsia="Times New Roman" w:cs="Times New Roman"/>
        </w:rPr>
        <w:t>Тэгэхэд Тэрээр айлдахдаа: Явж, энэ ард түмэнд хэлэгтүн: Та нар үнэхээр сонсовч ойлгохгүй; үнэхээр харваас ухаарахгүй. Энэ ард түмний зүрхийг мохоогтун, чихийг нь бөглөрүүлэгтүн, нүдийг нь аниул; эс тэгвээс тэд нүдээрээ харж, чихээрээ сонсож, зүрхээрээ ойлгон, эргэж, эдгэх вий. Исаиа 6:9, 10.</w:t>
      </w:r>
    </w:p>
    <w:p>
      <w:pPr>
        <w:pStyle w:val="ArticleBody"/>
        <w:jc w:val="left"/>
      </w:pPr>
      <w:r>
        <w:rPr>
          <w:rFonts w:ascii="Times New Roman" w:hAnsi="Times New Roman" w:eastAsia="Times New Roman" w:cs="Times New Roman"/>
        </w:rPr>
        <w:t>Исаиагийн дүлий тэрслэгчид «сонсож» чадна, гэвч тэд «сонсдоггүй» бөгөөд тэдний «сонсохоос» татгалздаг байдал нь тэднийг «ойлгодоггүй» болохыг илчилдэг. Муу хүмүүс болох Даниелын хүмүүс, мөн Матайн мунхаг онгон охидтой адилхан тэд, Хабакукийн «ном»-д тэмдэглэгдсэн «ширээ» дээр дүрслэгдсэн мэдлэгийн нэмэгдлийг ойлгодоггүй. Хэрэв Исаиагийн дүлий тэрслэгчид сонсохсон бол тэд эргэж, эдгээгдэх боломжтой байлаа, харин тэдний зүрх таргалсан тул тэд Шөнө дундын Хашхирааны мэдээг ойлгож чаддаггүй. Есүс дүлий тэрслэгчдийн тухай хоёр дахь гэрчлэлийг өгсөн.</w:t>
      </w:r>
    </w:p>
    <w:p>
      <w:pPr>
        <w:pStyle w:val="ArticleScripture"/>
        <w:jc w:val="left"/>
      </w:pPr>
      <w:r>
        <w:rPr>
          <w:rFonts w:ascii="Times New Roman" w:hAnsi="Times New Roman" w:eastAsia="Times New Roman" w:cs="Times New Roman"/>
        </w:rPr>
        <w:t>Шавь нар нь ирээд Түүнд: Та яагаад тэдэнд сургаалт зүйрлэлээр айлдана вэ? хэмээн асуув. Тэр хариулан тэдэнд айлдахдаа: Тэнгэрийн хаанчлалын нууцуудыг мэдэх нь та нарт өгөгдсөн, харин тэдэнд өгөгдөөгүй. Учир нь хэнд буй, түүнд өгөгдөж, тэрбээр улам арвинтай болно; харин хэнд үгүй, түүнээс байгаа нь хүртэл булаагдана. Иймээс Би тэдэнд сургаалт зүйрлэлээр айлддаг. Яагаад гэвэл тэд харсаар байвч үздэггүй, сонссоор байвч сонсдоггүй, мөн ойлгодоггүй. Ийнхүү Исаиагийн эш үзүүллэг тэдний дотор биелж байна. Тэнд: Та нар сонссоор байх боловч үл ойлгоно; харсаар байх боловч үл ухаарна. Учир нь энэ ард түмний зүрх бүдүүрч, чих нь дүлийрэн, нүдээ анив; тэгэхгүй бол тэд нүдээрээ үзэж, чихээрээ сонсож, зүрхээрээ ойлгон, эргэн хөрвөж, Би тэднийг эдгээх байв гэж айлджээ. Харин та нарын нүд ерөөлтэй, учир нь тэд үздэг; мөн чих чинь ерөөлтэй, учир нь тэд сонсдог. Үнэнээр Би та нарт хэлье, олон эш үзүүлэгчид болон зөвт хүмүүс та нарын үзэж буйг үзэхийг хүссэн боловч үзээгүй, та нарын сонсож буйг сонсохыг хүссэн боловч сонсоогүй юм. Матай 13:10–17.</w:t>
      </w:r>
    </w:p>
    <w:p>
      <w:pPr>
        <w:pStyle w:val="ArticleBody"/>
        <w:jc w:val="left"/>
      </w:pPr>
      <w:r>
        <w:rPr>
          <w:rFonts w:ascii="Times New Roman" w:hAnsi="Times New Roman" w:eastAsia="Times New Roman" w:cs="Times New Roman"/>
        </w:rPr>
        <w:t>Мэргэн хүмүүс үлгэрлэлүүдийн нууцыг ойлгодог бөгөөд энэ нь мөр дээр мөрөөр дүрслэгдсэн үнэн мөн. Мэргэн хүмүүс харж, сонсдог тул ерөөлтэй бөгөөд мэргэн хүмүүс ба ерөөлтэй хүмүүсийн аль аль нь Даниелын арван хоёрдугаар бүлэгт дүрслэгдсэн байдаг. “Мэргэн” гэдэг нь Хабаккукийн “ном”-д тэмдэглэгдсэн “ширээ”-гээр дүрслэгдсэн мэдлэгийн өсөлтийг (зүрх сэтгэлээрээ) ойлгодог хүмүүсийг, харин “ерөөлтэй” гэдэг нь хүлээдэг хүмүүсийг хэлнэ.</w:t>
      </w:r>
    </w:p>
    <w:p>
      <w:pPr>
        <w:pStyle w:val="ArticleScripture"/>
        <w:jc w:val="left"/>
      </w:pPr>
      <w:r>
        <w:rPr>
          <w:rFonts w:ascii="Times New Roman" w:hAnsi="Times New Roman" w:eastAsia="Times New Roman" w:cs="Times New Roman"/>
        </w:rPr>
        <w:t>Тэрээр, “Яв, Даниел аа; учир нь эдгээр үгс төгсгөлийн цаг хүртэл хаагдаж, лацдан битүүмжлэгдсэн байна. Олон хүн ариусгагдаж, цайрч, шалгагдах болно; харин хорон муу хүмүүс хорон муугаа үйлдэх болно. Хорон муу хүмүүсийн хэн нь ч ойлгохгүй; харин мэргэд ойлгоно. Өдөр тутмын тахилыг зогсоосон цагаас эхлэн, эзгүйрлийг авчрах жигшүүрт зүйлийг босгон тавих хүртэл нэг мянга хоёр зуун ерэн өдөр байна. Хүлээж, нэг мянга гурван зуун гучин таван өдөрт хүрэх нэгэн ерөөлтэй еэ” гэж айлдав. Даниел 12:9–13.</w:t>
      </w:r>
    </w:p>
    <w:p>
      <w:pPr>
        <w:pStyle w:val="ArticleBody"/>
        <w:jc w:val="left"/>
      </w:pPr>
      <w:r>
        <w:rPr>
          <w:rFonts w:ascii="Times New Roman" w:hAnsi="Times New Roman" w:eastAsia="Times New Roman" w:cs="Times New Roman"/>
        </w:rPr>
        <w:t>Миллеритүүд нэг мянга гурван зуун гучин таван өдөр нь 508 онд харь шашин (“өдөр тутмын”)-ыг “зайлуулсан” үеэс эхэлсэн гэдгийг зөв ойлгосон юм. Ерөөл нь 1843 онд хүлээж байсан хүмүүст амлагдсан байв. Тэр эшлэл дэх “ирнэ” гэсэн үг нь “хүрнэ” гэсэн утгатай. 1843 он төгсөхдөө 1844 онтой “хүрэлцсэн” юм. 1843 он дуусахад, Хабаккукийн “саатлын цаг” ирж, “хүснэгтүүд”-ийг тэмдэглэсэн “ном”-д тушаасны дагуу хүлээсэн хүмүүсийн дээр ерөөл тунхаглагдсан юм. Хабаккукийн “ном” нь үзэгдлийг хүлээхийг тэдэнд тушаасан юм.</w:t>
      </w:r>
    </w:p>
    <w:p>
      <w:pPr>
        <w:pStyle w:val="ArticleBody"/>
        <w:jc w:val="left"/>
      </w:pPr>
      <w:r>
        <w:rPr>
          <w:rFonts w:ascii="Times New Roman" w:hAnsi="Times New Roman" w:eastAsia="Times New Roman" w:cs="Times New Roman"/>
        </w:rPr>
        <w:t>Даниел өөрийн номын лац тайлагдсан 1798 оны түүхийг (эцсийн цаг) тодорхойлдог бөгөөд тэр үед гурван үе шаттай сорилтын үйл явц (цэвэршүүлэгдэж, цайруулагдаж, шалгагдах) бий болсон. Тэрхүү үйл явц нь долоон аянгын нууц түүх илэрхийлэгдэхэд төгсгөлдөө хүрсэн. Тэрхүү нууц түүх нь эхний урам хугаралт, Шөнө дундын хашхирааны мэдээ, агуу урам хугаралтаар төлөөлөгдөх үнэний гурван тэмдэгт үе шат юм. Эхний урам хугаралтад хүрэх ерөөл нь 1798 оноос 1844 он хүртэлх түүхийн төгсгөл дэх гурван үе шаттай сорилтын үйл явцыг төлөөлдөг.</w:t>
      </w:r>
    </w:p>
    <w:p>
      <w:pPr>
        <w:pStyle w:val="ArticleBody"/>
        <w:jc w:val="left"/>
      </w:pPr>
      <w:r>
        <w:rPr>
          <w:rFonts w:ascii="Times New Roman" w:hAnsi="Times New Roman" w:eastAsia="Times New Roman" w:cs="Times New Roman"/>
        </w:rPr>
        <w:t>1798 оны түүхээс 1844 оны агуу урам хугаралт хүртэлх үе нь 1989 оны түүхээс тун удахгүй ирэх Ням гаргийн хуулийн үе хүртэлх түүхийн хэв шинж болдог. Эхний урам хугарал дээр үзэгдэл саатаж эхэлсэн үед түүнийг хүлээдэг хүмүүст амлалтын ерөөл бий. Даниел арван хоёрдугаар бүлгийн “мэргэд” гэдэг нь “ерөөлтэй” бөгөөд “хүлээдэг” хүмүүс мөн. Хорон муу хүмүүс бол зүрхээрээ “сонсдоггүй”, мөн “хардаггүй” хүмүүс юм. Миллерийн хөдөлгөөний бүхэл туршлага Даниелын дөрвөн эшлэлд хураангуйлагдсан байдаг бөгөөд тэдгээр эшлэл нь мөн зуун дөчин дөрвөн мянгын лацдах түүхийг төлөөлдөг.</w:t>
      </w:r>
    </w:p>
    <w:p>
      <w:pPr>
        <w:pStyle w:val="ArticleBody"/>
        <w:jc w:val="left"/>
      </w:pPr>
      <w:r>
        <w:rPr>
          <w:rFonts w:ascii="Times New Roman" w:hAnsi="Times New Roman" w:eastAsia="Times New Roman" w:cs="Times New Roman"/>
        </w:rPr>
        <w:t>Тэдгээр дөрвөн эшлэлд дүрслэгдсэн ариун түүх нь Хабаккукийн хавтангууд дээр дүрслэгдсэн мэдлэгийн өсөлт, мөн Есүс мөр мөрийн дээр нэмэн заах аргачлалаар сургахдаа тодорхойлсон мэдлэгийн өсөлтийг ойлгоход тулгуурладаг. Тэрээр эш үзүүллэгийн нууцыг “ухаалгуудад” тайлбарлахын тулд сургаалт үгийг сургаалт үгийн араас өгүүлсэн. Даниел арван хоёрдугаар бүлэгт гардаг “хорон муу хүмүүс” ойлгодоггүй бөгөөд 2 Тесалоник, хоёрдугаар бүлэгт тэдний тэрхүү ойлголтгүй байдал нь үнэнийг үзэн ядах явдлаар төлөөлөгдөн, ингэснээр хүчтэй төөрөгдөлд хүргэдэг. Паулын захидал дахь хорон муу хүмүүсийн хайрладаггүй үнэн нь “өдөр тутмын” зүйл байсан бөгөөд Даниелын тэр дөрвөн эшлэлд онцгойлон тодорхойлогдсон эш үзүүллэгийн үнэн мөн “өдөр тутмын” зүйл юм.</w:t>
      </w:r>
    </w:p>
    <w:p>
      <w:pPr>
        <w:pStyle w:val="ArticleBody"/>
        <w:jc w:val="left"/>
      </w:pPr>
      <w:r>
        <w:rPr>
          <w:rFonts w:ascii="Times New Roman" w:hAnsi="Times New Roman" w:eastAsia="Times New Roman" w:cs="Times New Roman"/>
        </w:rPr>
        <w:t>Есүс шавь нартаа тэд ерөөлтэй хэмээн айлдсан бөгөөд ингэснээрээ Тэрээр Исаиа дахь хөрвөгдөхгүйн тулд харж, сонсохоос татгалзсан хүмүүсээс тэднийг эсрэгцүүлэн харуулсан юм. Даниел арван хоёрдугаар бүлэгт ерөөлтэй гэж нэрлэгдэгсэд бол хүлээгчид мөн. Даниелын арван хоёрдугаар бүлгийн тэр дөрвөн эшлэл, мөн тэдгээр эшлэлийн биелэл Миллеритүүдийн түүхэнд илэрсэн нь, мөн сонсож, хархаас татгалзсан нэгэн ангитай Исаиагийн хийсэн эсрэгцүүлэл, мөн Христийн тогтоосон яг тэрхүү хоёр ангийн ялгарал—all энэ бүхэн 2020 оны 7 дугаар сарын 18-нд хүрч ирсэн долоон аянгын далд түүхийг урагш заан чиглүүлдэг. Анхны урам хугаралтаар эхэлсэн Миллерит түүхийн эцсийн сорилтын үйл явц эдүгээ дахин давтагдаж байна. Зарим нь харна, харин бусад нь харахаас татгалзана.</w:t>
      </w:r>
    </w:p>
    <w:p>
      <w:pPr>
        <w:pStyle w:val="ArticleScripture"/>
        <w:jc w:val="left"/>
      </w:pPr>
      <w:r>
        <w:rPr>
          <w:rFonts w:ascii="Times New Roman" w:hAnsi="Times New Roman" w:eastAsia="Times New Roman" w:cs="Times New Roman"/>
        </w:rPr>
        <w:t>“1840–1844 оны хооронд өгөгдсөн бүх мэдээнүүдийг эдүгээ хүчтэйгээр тунхаглах ёстой. Учир нь чиг баримжаагаа алдсан олон хүн байна. Тэдгээр мэдээнүүд бүх сүмүүдэд хүрэх ёстой.</w:t>
      </w:r>
    </w:p>
    <w:p>
      <w:pPr>
        <w:pStyle w:val="ArticleScripture"/>
        <w:jc w:val="left"/>
      </w:pPr>
      <w:r>
        <w:rPr>
          <w:rFonts w:ascii="Times New Roman" w:hAnsi="Times New Roman" w:eastAsia="Times New Roman" w:cs="Times New Roman"/>
        </w:rPr>
        <w:t>“Христ: ‘Та нарын нүд хардаг тул ерөөлтэй; та нарын чих сонсдог тул ерөөлтэй. Учир нь үнэнээр Би та нарт хэлье, олон эш үзүүлэгчид болон зөвт хүмүүс та нарын харж буйг харахыг хүссэн боловч хараагүй, мөн та нарын сонсож буйг сонсохыг хүссэн боловч сонсоогүй’ гэж айлдсан” [Матай 13:16, 17]. 1843, 1844 онуудад үзэгдсэн зүйлсийг харсан нүд ерөөлтэй билээ.</w:t>
      </w:r>
    </w:p>
    <w:p>
      <w:pPr>
        <w:pStyle w:val="ArticleScripture"/>
        <w:jc w:val="left"/>
      </w:pPr>
      <w:r>
        <w:rPr>
          <w:rFonts w:ascii="Times New Roman" w:hAnsi="Times New Roman" w:eastAsia="Times New Roman" w:cs="Times New Roman"/>
        </w:rPr>
        <w:t>“Мэдээ өгөгдсөн. Мөн цаг үеийн тэмдгүүд биелж байгаа тул энэ мэдээг дахин тунхаглахад ямар ч саатал байх ёсгүй; төгсгөлийн ажил хийгдэх ёстой. Богино хугацаанд агуу ажил хийгдэх болно. Удалгүй Бурханы тогтоосноор нэгэн мэдээ өгөгдөж, тэр нь чанга хашхираан болон өргөжин тэлнэ. Тэгээд Даниел өөрийн хувь тавиланд зогсож, гэрчлэлээ өгнө.” Manuscript Releases, 21-р боть, 437.</w:t>
      </w:r>
    </w:p>
    <w:p>
      <w:pPr>
        <w:pStyle w:val="ArticleBody"/>
        <w:jc w:val="left"/>
      </w:pPr>
      <w:r>
        <w:rPr>
          <w:rFonts w:ascii="Times New Roman" w:hAnsi="Times New Roman" w:eastAsia="Times New Roman" w:cs="Times New Roman"/>
        </w:rPr>
        <w:t>Уильям Миллер “өдөр тутмын” хэмээх зүйл нь харь Ромын бэлгэдэл мөн болохыг тэнгэрэлч нараар удирдуулан ойлгосон юм. Систер Уайт тэрхүү ойлголтод түүний зөв байсныг шууд баталсан. Хабаккукийн “ном”-д дурдагдсан “хавтангууд” дээр дүрслэгдсэн тэр ойлголт нь “ирэх цагийн төлөө” юм. Тэрхүү “ном”-ын лац тайлагдах нь “эсэргүүцэгч, худалч хүүхдүүд”-ийг илчилдэг. “Хүүхдүүд” нь сүүлчийн үеийн бэлгэдэл тул Исаиагийн эшлэл дэх “ирэх цаг” нь мөрдөн шалгах шүүлтийн эцсийн өдрүүдийг онцгойлон зааж байна.</w:t>
      </w:r>
    </w:p>
    <w:p>
      <w:pPr>
        <w:pStyle w:val="ArticleBody"/>
        <w:jc w:val="left"/>
      </w:pPr>
      <w:r>
        <w:rPr>
          <w:rFonts w:ascii="Times New Roman" w:hAnsi="Times New Roman" w:eastAsia="Times New Roman" w:cs="Times New Roman"/>
        </w:rPr>
        <w:t>Исаиа эш үзүүлэгчийн хэлснээр, “худалч хүүхдүүд” нь “ном”-д тэмдэглэгдсэн “ширээ”-гээр төлөөлөгдсөн эш үзүүллэгийн мэдээг няцаах болно. Учир нь тэд “зөнчдөд, Бүү үз; мөн эш үзүүлэгчдэд, Бидэнд зөвийг бүү эш үзүүл; бидэнд таатай зүйлсийг ярь, хуурамчийг эш үзүүл” хэмээн хэлдэг. 1863 онд Лаодикеийн Адвентизм худалч хүүхдүүдийн энэ хүсэлтийг биелүүлэх үйл явцыг улам бүр эрчимжүүлэн эхлүүлсэн. Исаиа энэ ажлыг Миллерийн суурийн хуучин жимүүдийг няцааж буйгаар дүрсэлдэг. Учир нь тэд, “Замнаж буй замаасаа гар, жимээс зайлан од, Израилийн Ариуныг бидний өмнөөс холдуул” гэж хэлсэн. Зам болох тэрхүү жим нь Иеремиагийн хуучин жимүүд мөн.</w:t>
      </w:r>
    </w:p>
    <w:p>
      <w:pPr>
        <w:pStyle w:val="ArticleScripture"/>
        <w:jc w:val="left"/>
      </w:pPr>
      <w:r>
        <w:rPr>
          <w:rFonts w:ascii="Times New Roman" w:hAnsi="Times New Roman" w:eastAsia="Times New Roman" w:cs="Times New Roman"/>
        </w:rPr>
        <w:t>ЭЗЭН ийнхүү айлдаж байна: Замууд дээр зогсож, ажиглан хар; эртний жимүүдийн тухай, сайн зам хаана байгааг асуун мэд, түүгээр яв. Тэгвэл та нар сүнсэндээ амгаланг олох болно. Харин тэд: Бид түүгээр явахгүй, гэж хэлэв. Иеремиа 6:16.</w:t>
      </w:r>
    </w:p>
    <w:p>
      <w:pPr>
        <w:pStyle w:val="ArticleBody"/>
        <w:jc w:val="left"/>
      </w:pPr>
      <w:r>
        <w:rPr>
          <w:rFonts w:ascii="Times New Roman" w:hAnsi="Times New Roman" w:eastAsia="Times New Roman" w:cs="Times New Roman"/>
        </w:rPr>
        <w:t>“Худалч хүүхдүүдийн” Иеремиагийн “хуучин замууд”-ыг няцаасан нь Амсхийн Хашхирааны мэдээг няцаасан хэрэг мөн; “амралт” тэнд л олддог бөгөөд энэ нь мөн Исаиад тэдний сонсохыг хүсээгүй “амралт ба сэргэлт” бөгөөд, мөн хожмын борооны мэдээний сэргэлт мөн. Тэр мэдээ бол Миллерчүүдийн түүхэнд төлөөлөгдөн, нэгэн “ном”-д тэмдэглэгдсэн “хавтангууд” дээр дүрслэгдсэн Амсхийн Хашхирааны мэдээ мөн. Худалч хүүхдүүдийн Амсхийн Хашхирааны мэдээг няцаасан явдал нь тэдний “Израилийн Ариуныг” өөрсдийн өмнөөс “зайлуулахыг” хүссэнээр төлөөлөгдөнө. Эллен Уайтын анхны үзэгдэл нь Альфа ба Омега төгсгөлийг төлөөлүүлэхийн тулд гарцаагүй ашиглах байсан зүйл бөгөөд зөвт хүмүүсийн замыг тодорхойлж, түүний эхэнд буй гэрлийг тэмдэглэн, “мэргэд”-ийг замын төгсгөл хүртэл хэн удирддагийг илэрхийлдэг.</w:t>
      </w:r>
    </w:p>
    <w:p>
      <w:pPr>
        <w:pStyle w:val="ArticleScripture"/>
        <w:jc w:val="left"/>
      </w:pPr>
      <w:r>
        <w:rPr>
          <w:rFonts w:ascii="Times New Roman" w:hAnsi="Times New Roman" w:eastAsia="Times New Roman" w:cs="Times New Roman"/>
        </w:rPr>
        <w:t>“Замын эхэнд тэдний ард нэгэн тод гэрэл асаагдсан байсан бөгөөд түүнийг тэнгэрэлч надад ‘шөнийн дунд хашхираан’ хэмээн хэлсэн юм. Энэ гэрэл зам дагуу бүхэлд нь тусч, тэд бүдэрч унахгүй байхын тулд хөлд нь гэрэл өгч байлаа.</w:t>
      </w:r>
    </w:p>
    <w:p>
      <w:pPr>
        <w:pStyle w:val="ArticleScripture"/>
        <w:jc w:val="left"/>
      </w:pPr>
      <w:r>
        <w:rPr>
          <w:rFonts w:ascii="Times New Roman" w:hAnsi="Times New Roman" w:eastAsia="Times New Roman" w:cs="Times New Roman"/>
        </w:rPr>
        <w:t>“Өөрсдийнх нь яг өмнө байж, тэднийг хот руу удирдан дагуулж байсан Есүс дээр тэд нүдээ тогтоон байлгаж байсан цагт тэд аюулгүй байв. Харин удалгүй зарим нь ядарч, хот үлэмж хол байна, түүнд үүнээс өмнө аль хэдийн орсон байх ёстой гэж хэлэв. Тэгэхэд Есүс Өөрийн сүр жавхлант баруун мутраа өргөн тэднийг зоригжуулдаг байсан бөгөөд Түүний мутраас нэгэн гэрэл гарч, Адвентийн бүлгийн дээгүүр намиран байлаа; тэгэхэд тэд ‘Аллилуйя!’ хэмээн хашхирав. Бусад нь тэдний ард байсан тэр гэрлийг улайран няцааж, тэднийг ийм хол хүртэл удирдан гаргасан нь Бурхан биш байсан гэж хэлэв. Тэдний ар дахь гэрэл унтарч, хөлийг нь төгс харанхуйд үлдээсэн тул тэд бүдэрч, тэмдэг болон Есүсийг хараанаасаа алдан, замаас унан доорх харанхуй, ёс бус ертөнц рүү унав.” Christian Experience and Teachings of Ellen G. White, 57.</w:t>
      </w:r>
    </w:p>
    <w:p>
      <w:pPr>
        <w:pStyle w:val="ArticleBody"/>
        <w:jc w:val="left"/>
      </w:pPr>
      <w:r>
        <w:rPr>
          <w:rFonts w:ascii="Times New Roman" w:hAnsi="Times New Roman" w:eastAsia="Times New Roman" w:cs="Times New Roman"/>
        </w:rPr>
        <w:t>Эхэнд ч, төгсгөлд ч энэ нь Шөнө дундын Хашхирааны гэрэл байсан. Тэдний өмнө байхаа болихыг хүссэн Нэгэн нь Есүс (Израилийн Ариун Нэгэн) байв. Есүсийн алдарт баруун мутраас цацарсан гэрэл нь “ном”-д тэмдэглэгдсэн “хүснэгтүүд” дээр дүрслэгдсэнээр Шөнө дундын Хашхирааны гэрэл байсан юм. “Худалч хүүхдүүд” Христийн Шөнө дундын Хашхирааны мэдээг болон өөрсдийн алхах ёстой байсан замыг няцааснаар, тэд замаас унан унахад Бурханы шүүлт тэдний дээр ирсэн. Гэнэт эвдэгддэг “өндөр хана” нь тун удалгүй гарах Ням гаргийн хуулиар сүйрэх сүм ба төрийн тусгаарлалтыг илэрхийлсэн “хана” юм. Тэрхүү шүүлт “гэнэтхэн, агшин зуур” ирэх бөгөөд, энэ нь “ваарчны савыг хэлтэрхий болтол нь хэмхлэн эвдэхтэй” адил байх болно. Энэ бол “үргэлжлэл”-ийн сатанлаг бэлгэ тэмдгийг орвонгоор нь эргүүлж, Христийн бэлгэ тэмдэг хэмээн тодорхойлохтой холбоотой шүүлт мөн.</w:t>
      </w:r>
    </w:p>
    <w:p>
      <w:pPr>
        <w:pStyle w:val="ArticleScripture"/>
        <w:jc w:val="left"/>
      </w:pPr>
      <w:r>
        <w:rPr>
          <w:rFonts w:ascii="Times New Roman" w:hAnsi="Times New Roman" w:eastAsia="Times New Roman" w:cs="Times New Roman"/>
        </w:rPr>
        <w:t>Та нарын юмсыг орвонгоор нь эргүүлэн тавьдаг явдал нь гарцаагүй ваарчны шавартай адилд тооцогдох болно. Учир нь бүтээгдсэн зүйл өөрийг нь бүтээсэн нэгний тухай, “Тэр намайг бүтээгээгүй” гэж хэлэх үү? Эсвэл хэлбэржүүлэгдсэн зүйл өөрийг нь хэлбэржүүлсэн нэгний тухай, “Тэр ойлголтгүй байсан” гэж хэлэх үү? Исаиа 29:16.</w:t>
      </w:r>
    </w:p>
    <w:p>
      <w:pPr>
        <w:pStyle w:val="ArticleBody"/>
        <w:jc w:val="left"/>
      </w:pPr>
      <w:r>
        <w:rPr>
          <w:rFonts w:ascii="Times New Roman" w:hAnsi="Times New Roman" w:eastAsia="Times New Roman" w:cs="Times New Roman"/>
        </w:rPr>
        <w:t>“Өдөр тутмын” гэдэг нь Даниел арванхоёрдугаар бүлгийн хорон муу ба мэргэн хүмүүсийн ялгааг тодорхойлдог дөрвөн эшлэлийн утас зангилааг холбон нэгтгэдэг эш үзүүллэгийн үнэн мөн. “Өдөр тутмын” гэдэг нь 2 Тесалоник дахь хүчтэй төөрөгдлийг хүлээн авдаг хүмүүсийн үзэн яддаг үнэн юм. “Өдөр тутмын” нь “худалч хүүхдүүд”-ийн Израилийн Ариуныг өөрсдийн замаас зайлуулах хүслийг төлөөлдөг. Тэдний шийтгэл нь ваарчны сав хагарах байдлаар дүрслэгддэг бөгөөд үлдсэн зүйл нь мунхаг охидын сүйрсэн байдлын жишээ болдог. Учир нь тэнд, хагарч бутарсан ваарчны савны эвдэрч үлдсэн хэлтэрхийнүүдээс “гал голомтоос гал авах хэлтэрхий ч, нүхнээс ус татах юм ч” “олдоггүй.”</w:t>
      </w:r>
    </w:p>
    <w:p>
      <w:pPr>
        <w:pStyle w:val="ArticleBody"/>
        <w:jc w:val="left"/>
      </w:pPr>
      <w:r>
        <w:rPr>
          <w:rFonts w:ascii="Times New Roman" w:hAnsi="Times New Roman" w:eastAsia="Times New Roman" w:cs="Times New Roman"/>
        </w:rPr>
        <w:t>“Гал” болон “ус” хоёулаа Ариун Сүнсний бэлгэдэл бөгөөд арван онгон охины тухай сургаалт үлгэр дэх тос ч мөн адил тийм билээ. Шөнийн дунд хашхираан 1844 оны 8-р сард Экзетерийн хуарангийн цуглаанд болсон шиг гэнэтхэн, хормын төдийд ирэх үед “худалч хүүхдүүд” ямар ч тос (ус буюу гал) олох боломжгүй болно. Тэд Иеремиагийн адил анхны урам хугаралтын дараа “эргэн ирэхэд” дуудагдсан боловч тэд татгалзсан юм.</w:t>
      </w:r>
    </w:p>
    <w:p>
      <w:pPr>
        <w:pStyle w:val="ArticleScripture"/>
        <w:jc w:val="left"/>
      </w:pPr>
      <w:r>
        <w:rPr>
          <w:rFonts w:ascii="Times New Roman" w:hAnsi="Times New Roman" w:eastAsia="Times New Roman" w:cs="Times New Roman"/>
        </w:rPr>
        <w:t>Таны үгс олдсон бөгөөд би тэднийг идсэн; Таны үг миний зүрхний баяр хөөр, цэнгэлийн шалтгаан болсон юм. Учир нь, түмэн цэргийн ЭЗЭН Бурхан аа, би Таны нэрээр нэрлэгдсэн билээ. Би дооглогчдын чуулганд суугаагүй, мөн баяссангүй; Таны мутрын улмаас би ганцаараа суусан. Учир нь Та намайг хилэнцээр дүүргэсэн. Яагаад миний өвдөлт үргэлжийнх байж, миний шарх эдгэшгүй, анихаас татгалздаг вэ? Та надад бүхэлдээ худалч мэт, тасрах ус мэт байх гэж үү? Тиймээс ЭЗЭН ийнхүү айлдаж байна: Хэрэв чи буцаж ирвэл, Би чамайг дахин авчирч, чи Миний өмнө зогсох болно; хэрэв чи үнэтэйг өөдгүйгээс ялган гаргавал, чи Миний ам мэт болно. Тэд чам уруу эргэн ирэг; харин чи тэдэн уруу бүү эргэж оч. Би чамайг энэ ард түмэнд хүрлэн бэхлэгдсэн хэрэм болгоно; тэд чиний эсрэг тулалдана, гэвч чамайг дийлэхгүй. Учир нь Би чамайг аварч, чөлөөлөхөөр чамтай хамт байна гэж ЭЗЭН айлдаж байна. Би чамайг хорон муу хүний гараас аварч, аймшигт нэгний гараас золин гаргана. Иеремиа 15:16–21.</w:t>
      </w:r>
    </w:p>
    <w:p>
      <w:pPr>
        <w:pStyle w:val="ArticleBody"/>
        <w:jc w:val="left"/>
      </w:pPr>
      <w:r>
        <w:rPr>
          <w:rFonts w:ascii="Times New Roman" w:hAnsi="Times New Roman" w:eastAsia="Times New Roman" w:cs="Times New Roman"/>
        </w:rPr>
        <w:t>Иеремиа нь анхны урам хугарлын дараа эргэн ирсэн хүмүүсийг төлөөлдөг. Эзэний өмнө “зогсож”, Эзэний “ам” адил байхын тулд “үнэтэйг өөдгүйгээс” ялган салгах ажилд орсон хүмүүсийг тэр төлөөлдөг. Тэд бол өөрсдийн тархан бутарсан байдлыг ойлгосны дараа Левит 26-ын залбирлыг үйлдсэн, есдүгээр бүлэгт Даниелаар төлөөлөгдсөн хүмүүс мөн. Тэд бол “худалч хүүхдүүдтэй” сөргүүлэн тавигдсан Даниел, Иеремиа, Хабаккукийн харуулчдаар төлөөлөгдсөн хүмүүс мөн. “Худалч хүүхдүүд”-ийг мөн “Израилийн Ариун Нэгэн” дуудаж, “Та нар эргэн ирж, амар тайванд байснаар аврагдах байсан; дөлгөөн байдал ба итгэл найдвар дотор та нарын хүч чадал орших байсан; харин та нар хүсээгүй” хэмээсэн билээ.</w:t>
      </w:r>
    </w:p>
    <w:p>
      <w:pPr>
        <w:pStyle w:val="ArticleBody"/>
        <w:jc w:val="left"/>
      </w:pPr>
      <w:r>
        <w:rPr>
          <w:rFonts w:ascii="Times New Roman" w:hAnsi="Times New Roman" w:eastAsia="Times New Roman" w:cs="Times New Roman"/>
        </w:rPr>
        <w:t>Миллерийн эрдэнэсүүд нь Хабаккукийн самбарууд дээр дүрслэгдсэн үнэнүүд бөгөөд Шөнийн дундын хашхирааны мэдээний шалгуурыг төлөөлдөг, тэрхүү мэдээ нь мөргөгчдийн хоёр ангийг бий болгодог. Тэдгээр эрдэнэсийн эсрэг илэрдэг тэрсэлдлийн бэлгэдэл нь “өдөр тутмын” юм. Миллер “өдөр тутмын”-ы талаарх ойлголтдоо зөв байсан, гэвч түүний ойлголт нь өөрийн амьдарч байсан түүхэн нөхцлөөр хязгаарлагдсан байв; мөн тэрээр өрөөнийхөө голд буй ширээн дээр тавьж заншсан эрдэнэсүүд нь одоо Миллер анх тэдгээрийг ширээн дээрээ тавьж байх үеийнхээс арав дахин илүү тод гэрэлтэж байна. Одоо тэд илүү том хайрцагт байна. Учир нь тэрхүү хайрцаг нь Миллерийн үед зөвхөн Библийг төлөөлж байсан бол одоо Библи ба Эш Үзүүллийн Сүнсийг хоёуланг нь төлөөлдөг болсон юм.</w:t>
      </w:r>
    </w:p>
    <w:p>
      <w:pPr>
        <w:pStyle w:val="ArticleBody"/>
        <w:jc w:val="left"/>
      </w:pPr>
      <w:r>
        <w:rPr>
          <w:rFonts w:ascii="Times New Roman" w:hAnsi="Times New Roman" w:eastAsia="Times New Roman" w:cs="Times New Roman"/>
        </w:rPr>
        <w:t>Эцсийн өдрүүдэд шалган сорих гэрлийг төрүүлдэг нь эдгээр хоёр гэрч мөн бөгөөд, эцсийн өдрүүдэд гол тулааны талбар болдог нь ч эдгээр хоёр гэрч мөн. Миллер тэрхүү тэмцлийг харсан; учир нь түүний зүүдэнд тэд түүний авсыг (Библиийг) авч, урж тасдсан билээ. Эцсийн өдрүүд дэх “мэргэд”-ийг төлөөлдөг Иохан “Бурханы үгийн төлөө, Есүс Христийн гэрчлэлийн төлөө Патмос хэмээх арал дээр” байв. Иохан Библи болон Эллен Уайтын бичвэрүүдийн аль алиных нь мэдээг итгэн хүлээн зөвшөөрснийхөө төлөө хавчигдаж байв.</w:t>
      </w:r>
    </w:p>
    <w:p>
      <w:pPr>
        <w:pStyle w:val="ArticleBody"/>
        <w:jc w:val="left"/>
      </w:pPr>
      <w:r>
        <w:rPr>
          <w:rFonts w:ascii="Times New Roman" w:hAnsi="Times New Roman" w:eastAsia="Times New Roman" w:cs="Times New Roman"/>
        </w:rPr>
        <w:t>1798 онд лац нь тайлагдсан Улай голын үзэгдлээр дүрслэгдсэн үнэнүүдийн тухай авч үзэхээ бид дараагийн өгүүлэлд үргэлжлүүлнэ.</w:t>
      </w:r>
    </w:p>
    <w:p>
      <w:pPr>
        <w:pStyle w:val="ArticleScripture"/>
        <w:jc w:val="left"/>
      </w:pPr>
      <w:r>
        <w:rPr>
          <w:rFonts w:ascii="Times New Roman" w:hAnsi="Times New Roman" w:eastAsia="Times New Roman" w:cs="Times New Roman"/>
        </w:rPr>
        <w:t>“Эзэн биднийг хэрхэн удирдан ирсэн зам, мөн өнгөрсөн түүхэн дэх Түүний сургамжийг бид мартах аваас л, ирээдүйн тухай айх зүйл бидэнд үгүй.”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Дөчин Есдүгээр Дугаар</dc:title>
  <dc:subject>Үнэнийг Илчлэх нь: Шөнийн Дундах Дуу Хашхираан, Исламын Үүрэг, ба Эцсийн Өдрүүд дэх Сүүлчийн Шалгалтын Үйл Явц</dc:subject>
  <dc:creator>Jeff Pippenger</dc:creator>
  <cp:keywords/>
  <dc:description>Generated by ArticleDigger from daniel\49_daniel.json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