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Тавин Нэгдүгээр Дугаар</w:t>
      </w:r>
    </w:p>
    <w:p>
      <w:pPr>
        <w:pStyle w:val="ArticleSubtitle"/>
        <w:jc w:val="left"/>
      </w:pPr>
      <w:r>
        <w:rPr>
          <w:rFonts w:ascii="Arial" w:hAnsi="Arial" w:eastAsia="Arial" w:cs="Arial"/>
        </w:rPr>
        <w:t>Палмони: Даниел ба Илчлэлт дэх Цаг хугацаа болон Хэлний Эзэнийг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Даниел номын наймдугаар бүлгийн арван гурав, арван дөрөвдүгээр эшлэлд өгүүлэгддэг “ярьсан тэр нэгэн ариун хүн” нь Палмони хэмээх Христ мөн. Илчлэлт номд Христийг Альфа ба Омега хэмээн тодорхойлдог бөгөөд энэ нь бусад гайхамшигт үнэнүүдийн хамт Христийг Гайхамшигт Хэл Шинжээч мөн болохыг илтгэн харуулдаг; мөн Даниел ба Илчлэлт номууд хамтдаа Христийг цаг хугацаа болон хэлний Эзэн болгон дүрсэлдэг. Палмони буюу Нууцуудыг Тоологч хэмээх Христ Өөрийн зан чанарын тэрхүү шинжийг Адвентизмын төв баганыг тогтоодог тэрхүү хоёр эшлэлд танилцуулдаг явдлын утга учир, гүн гүнзгий агуулгыг ойлгох нь хүний чадвараас давсан хэрэг мөн; гэвч Нууцуудыг Тоологчийн илчлэхээр сонгодог нууцуудыг таньж мэдэн, хамгаалах нь бидний хариуцлага юм.</w:t>
      </w:r>
    </w:p>
    <w:p>
      <w:pPr>
        <w:pStyle w:val="ArticleScripture"/>
        <w:jc w:val="left"/>
      </w:pPr>
      <w:r>
        <w:rPr>
          <w:rFonts w:ascii="Times New Roman" w:hAnsi="Times New Roman" w:eastAsia="Times New Roman" w:cs="Times New Roman"/>
        </w:rPr>
        <w:t>Нууц зүйлс нь бидний Бурхан ЭЗЭНд харьяалагдана; харин илчлэгдсэн зүйлс нь бидэнд болон бидний хүүхдүүдэд үүрд харьяалагдана, ингэснээр бид энэ хуулийн бүх үгийг биелүүлэхийн тулд. Дэд хууль 29:29.</w:t>
      </w:r>
    </w:p>
    <w:p>
      <w:pPr>
        <w:pStyle w:val="ArticleBody"/>
        <w:jc w:val="left"/>
      </w:pPr>
      <w:r>
        <w:rPr>
          <w:rFonts w:ascii="Times New Roman" w:hAnsi="Times New Roman" w:eastAsia="Times New Roman" w:cs="Times New Roman"/>
        </w:rPr>
        <w:t>Илчлэгдсэн нэгэн нууц бол Нууцуудыг Тоологч (Палмони) нь “ярьсан нэгэн гэгээнтэн” мөн бөгөөд, Тэр Өөрийгөө илчилдэг тэрхүү хоёр эшлэлд Адвентизмийн төв багана тодорхойлогддог явдал юм. Тэр хоёр эшлэлд Гайхамшигт Тоологч Өөрөө, Иудагийн овгийн Арслан болохын хувьд 1798 онд лацыг нь тайлсан “мэдлэгийн өсөлт”-ийг тодорхойлон заадаг. Тэр хоёр эшлэлд “мэдлэгийн өсөлт”-ийг төлөөлдөг Миллерийн зүүдний эрдэнэсүүд Палмонигийн мутрын удирдамжаар Хабаккукийн хоёр хавтан дээр нийтлэгдсэн юм.</w:t>
      </w:r>
    </w:p>
    <w:p>
      <w:pPr>
        <w:pStyle w:val="ArticleScripture"/>
        <w:jc w:val="left"/>
      </w:pPr>
      <w:r>
        <w:rPr>
          <w:rFonts w:ascii="Times New Roman" w:hAnsi="Times New Roman" w:eastAsia="Times New Roman" w:cs="Times New Roman"/>
        </w:rPr>
        <w:t>Тэгээд би нэгэн ариун хүнийг ярьж байхыг сонсов; мөн ярьж байсан тэрхүү тодорхой нэгэн ариун хүнд өөр нэгэн ариун хүн, Өдөр тутмын тахилын тухай үзэгдэл, мөн сүйрүүлэн хоосруулагч гэм нүглийн тухай, ариун газрыг ч, цэргийг ч хөл дор гишгэлүүлэхээр өгөгдөх нь хэдий хүртэл байх вэ? гэж хэлэв. Тэгэхэд тэр надад, Хоёр мянга гурван зуун хоног хүртэл; тэгээд ариун газар цэвэршүүлэгдэх болно, гэв. Даниел 8:13, 14.</w:t>
      </w:r>
    </w:p>
    <w:p>
      <w:pPr>
        <w:pStyle w:val="ArticleBody"/>
        <w:jc w:val="left"/>
      </w:pPr>
      <w:r>
        <w:rPr>
          <w:rFonts w:ascii="Times New Roman" w:hAnsi="Times New Roman" w:eastAsia="Times New Roman" w:cs="Times New Roman"/>
        </w:rPr>
        <w:t>Даниел Библийн эш үзүүллэг дэх хаанчлалуудын тухай эш үзүүллэгийн үзэгдлийг хүлээн авч, дараа нь арван гурав, арван дөрөвдүгээр эшлэлүүд дэх тэнгэрлэг яриаг сонссоны дараа, тэрээр «үзэгдэл»-ийг ойлгохыг эрэлхийлэв.</w:t>
      </w:r>
    </w:p>
    <w:p>
      <w:pPr>
        <w:pStyle w:val="ArticleScripture"/>
        <w:jc w:val="left"/>
      </w:pPr>
      <w:r>
        <w:rPr>
          <w:rFonts w:ascii="Times New Roman" w:hAnsi="Times New Roman" w:eastAsia="Times New Roman" w:cs="Times New Roman"/>
        </w:rPr>
        <w:t>Тэгээд, би буюу Даниел үзэгдлийг үзээд, утгыг нь ойлгохыг эрэлхийлж байх үед, харагтун, миний өмнө хүний төрхтэй нэгэн зогсож байлаа. Тэгээд би Улайн эргүүдийн хоорондох газраас хүний дууг сонсов; тэрээр дуудаж, “Габриел аа, энэ хүнд үзэгдлийг ойлгуул” гэж хэлэв. Даниел 8:15, 16.</w:t>
      </w:r>
    </w:p>
    <w:p>
      <w:pPr>
        <w:pStyle w:val="ArticleBody"/>
        <w:jc w:val="left"/>
      </w:pPr>
      <w:r>
        <w:rPr>
          <w:rFonts w:ascii="Times New Roman" w:hAnsi="Times New Roman" w:eastAsia="Times New Roman" w:cs="Times New Roman"/>
        </w:rPr>
        <w:t>Даниелын ойлгохоор эрэлхийлж буй “үзэгдэл” нь “chazon” үзэгдэл мөн; харин Габриелд Даниелд ойлгуулахыг тушаасан нь “mareh” үзэгдэл юм. Баримт бүр өөр өөрийн ач холбогдолтой бөгөөд энэ баримтыг орхигдуулбал уг эшлэлийн бүтэц ба зохиомж үндсэндээ эвдэгдэнэ. Арван тавдугаар эшлэлд, Даниел “chazon” үзэгдлийг ойлгохоор эрэлхийлэх үед “mareh” нь далд боловч төлөөлөгдөн илэрч байдаг. Учир нь “хүний төрхтэй нэгэн” (Габриел) гэсэн хэллэгт еврей “mareh” гэдэг үгийг “төрх” хэмээн орчуулсан байна. Арван тавдугаар эшлэлд “үзэгдэл” хэмээн орчуулагдсан хоёр үг хоёулаа илэрхийлэгдсэн байдаг. Даниел арван тавдугаар эшлэлд “chazon”-ыг ойлгохоор эрэлхийлдэг; харин Палмони арван зургаадугаар эшлэлд Габриелд Даниелд “mareh”-ийг ойлгуулахыг тушаадаг. Эдгээр хоёр эшлэлийн зохиомж нь санаатай бөгөөд энэ нь уг хоёр үгийн хоорондын холбоо болон ялгааг онцлон тэмдэглэж байна.</w:t>
      </w:r>
    </w:p>
    <w:p>
      <w:pPr>
        <w:pStyle w:val="ArticleBody"/>
        <w:jc w:val="left"/>
      </w:pPr>
      <w:r>
        <w:rPr>
          <w:rFonts w:ascii="Times New Roman" w:hAnsi="Times New Roman" w:eastAsia="Times New Roman" w:cs="Times New Roman"/>
        </w:rPr>
        <w:t>“Марэ”-г Даниелд ойлгуул хэмээн Габриелд тушаадаг Нэгэн нь Палмони мөн. Учир нь Габриелд тушааж буй Тэр Нэгэн бол усан дээр зогсдог Нэгэн бөгөөд Габриел “Улай мөрний хоёр эргийн дундаас хүний дуу” болох Түүний дууг сонссон юм. Хоёр эргийн хооронд урсдаг нь Улай мөрөн бөгөөд, Судруудад усан дээр зогсдог нь Христ мөн. Үүнтэй хамт, Христ тэргүүн тэнгэрэлчийн хувьд тэнгэрэлч нарт тушаал өгдөг Нэгэн мөн гэсэн баримт бий. Хоёр эргийн дундах дуу гэдэг нь арван гуравдугаар зүйл дэх “тэр нэгэн ариун”-ы дуу бөгөөд, “марэ” үзэгдлийг Даниелд ойлгуулахыг Габриелд тушааж буй нь Түүний үг мөн. Даниелын арван хоёрдугаар бүлэгт Христ дахин мөрний хоёр эргийн дунд байдаг. Арван хоёрдугаар бүлэгт Тэр маалинган хувцас өмссөн бөгөөд мөнхөд амьдрагч Нэгнээр тангарагладаг.</w:t>
      </w:r>
    </w:p>
    <w:p>
      <w:pPr>
        <w:pStyle w:val="ArticleScripture"/>
        <w:jc w:val="left"/>
      </w:pPr>
      <w:r>
        <w:rPr>
          <w:rFonts w:ascii="Times New Roman" w:hAnsi="Times New Roman" w:eastAsia="Times New Roman" w:cs="Times New Roman"/>
        </w:rPr>
        <w:t>Харин чи, ай Даниел аа, эдгээр үгсийг хааж, төгсгөлийн цаг хүртэл энэ номыг битүүмжил; олон хүн нааш цааш хэрэн явж, мэдлэг арвижих болно. Тэгээд би, Даниел, харахад, болгоогтун, өөр хоёр нь зогсож байлаа, нэг нь голын эргийн энэ талд, нөгөө нь голын эргийн тэр талд. Тэгэхэд нэг нь голын усан дээр зогсож байсан маалинган хувцаст хүнд хандан, “Эдгээр гайхамшгуудын төгсгөл хүртэл хэр удах вэ?” гэв. Тэгээд би голын усан дээр зогсож байсан маалинган хувцаст хүнийг сонсов; тэр баруун гараа болон зүүн гараа тэнгэр өөд өргөн, мөнхөд амьдрагч Нэгнээр тангараглан, энэ нь нэг цаг, хоёр цаг, хагас цагийн турш байх болно; мөн ариун ардын хүчийг тараан бутраахыг тэр гүйцэлдүүлэх үед эдгээр бүх зүйлс төгсөнө гэж айлдав. Даниел 12:4–7.</w:t>
      </w:r>
    </w:p>
    <w:p>
      <w:pPr>
        <w:pStyle w:val="ArticleBody"/>
        <w:jc w:val="left"/>
      </w:pPr>
      <w:r>
        <w:rPr>
          <w:rFonts w:ascii="Times New Roman" w:hAnsi="Times New Roman" w:eastAsia="Times New Roman" w:cs="Times New Roman"/>
        </w:rPr>
        <w:t>“Голын усан дээгүүр байсан маалинган хувцастай” Тэр Хүн “баруун гараа болон зүүн гараа тэнгэр өөд өргөж, мөнхөд амьдрагчаар тангараглав”; мөн Тэр бол наймдугаар бүлэгт Гавриилд тушаасан мөнөөх л Хүн мөн. Илчлэлт номын аравдугаар бүлэгт Христ мөн гараа өргөж, мөнхөд амьдрагчаар тангарагласан боловч, тэнд Тэр усан дээр ч, газар дээр ч зогсож байна.</w:t>
      </w:r>
    </w:p>
    <w:p>
      <w:pPr>
        <w:pStyle w:val="ArticleScripture"/>
        <w:jc w:val="left"/>
      </w:pPr>
      <w:r>
        <w:rPr>
          <w:rFonts w:ascii="Times New Roman" w:hAnsi="Times New Roman" w:eastAsia="Times New Roman" w:cs="Times New Roman"/>
        </w:rPr>
        <w:t>Тэгээд миний далай дээр болон газар дээр зогсож байхыг харсан тэр тэнгэрэлч тэнгэр өөд гараа өргөн, тэнгэрийг болон түүний доторх бүхнийг, газрыг болон түүний доторх бүхнийг, далайг болон түүний доторх бүхнийг бүтээсэн, мөнхөд мөнхөд амьдрагч Нэгэнээр тангараглан, цаашид хугацаа байхгүй болно гэв. Илчлэл 10:5, 6.</w:t>
      </w:r>
    </w:p>
    <w:p>
      <w:pPr>
        <w:pStyle w:val="ArticleBody"/>
        <w:jc w:val="left"/>
      </w:pPr>
      <w:r>
        <w:rPr>
          <w:rFonts w:ascii="Times New Roman" w:hAnsi="Times New Roman" w:eastAsia="Times New Roman" w:cs="Times New Roman"/>
        </w:rPr>
        <w:t>Илчлэлт номын аравдугаар бүлэгт гардаг хүчирхэг тэнгэрэлч нь наймдугаар бүлэгт голын хоёр эргийн дундаас Габриелд айлдсан, мөн арванхоёрдугаар бүлэгт “гайхамшгуудын” “эцэс” хэзээ болохыг тодорхойлсон Палмони мөн. Илчлэлт номын аравдугаар бүлэгт Тэр “арслан” мэт хүрхэрсэн Нэгэн мөн; учир нь Тэр тэнд Иудагийн овгийн Арслан хэмээн дүрслэгдсэн байдаг.</w:t>
      </w:r>
    </w:p>
    <w:p>
      <w:pPr>
        <w:pStyle w:val="ArticleScripture"/>
        <w:jc w:val="left"/>
      </w:pPr>
      <w:r>
        <w:rPr>
          <w:rFonts w:ascii="Times New Roman" w:hAnsi="Times New Roman" w:eastAsia="Times New Roman" w:cs="Times New Roman"/>
        </w:rPr>
        <w:t>Ахлагчдын нэг нь надад: Бүү уйл; харагтун, Иуда овгийн Арслан, Давидын Үндэс нь номыг нээж, түүний долоон лацыг тайлахын тулд ялсан билээ хэмээн айлдав. Тэгээд би харахад, харагтун, сэнтийн дунд, мөн дөрвөн амьтны дунд, мөн ахлагчдын дунд нядлагдсан мэт Хурга зогсож байв. Тэр нь долоон эвэр, долоон нүдтэй байсан бөгөөд эдгээр нь бүх газар дэлхий уруу илгээгдсэн Бурханы долоон Сүнс мөн. Тэр хүрч ирээд сэнтий дээр Залрагчийн баруун гараас номыг авав. Илчлэлт 5:5–7.</w:t>
      </w:r>
    </w:p>
    <w:p>
      <w:pPr>
        <w:pStyle w:val="ArticleBody"/>
        <w:jc w:val="left"/>
      </w:pPr>
      <w:r>
        <w:rPr>
          <w:rFonts w:ascii="Times New Roman" w:hAnsi="Times New Roman" w:eastAsia="Times New Roman" w:cs="Times New Roman"/>
        </w:rPr>
        <w:t>Иудагийн овгийн Арслан болох Христ бол долоон лацаар лацлагдсан номыг нээхийн тулд ялсан Хурга мөн. Тэрээр Даниелын номд усан дээгүүр алхаж байгаа ч бай, эсвэл Илчлэлтэд нэг хөл нь далайн дээр, нөгөө нь газрын дээр байгаа ч бай, эдгээр эш үзүүллэгийн дүрслэл бүр эш үзүүллэгийн цаг хугацаатай холбогддог. Иудагийн овгийн Арслан болохын хувьд Христ Өөрийн Үгийг лацалж ч, мөн лацыг нь тайлж ч байдаг. Тэрээр Даниелын номыг лацалсанчлан, Илчлэлт арван бүлэгт гардаг долоон аянгыг ч бас лацалсан юм.</w:t>
      </w:r>
    </w:p>
    <w:p>
      <w:pPr>
        <w:pStyle w:val="ArticleScripture"/>
        <w:jc w:val="left"/>
      </w:pPr>
      <w:r>
        <w:rPr>
          <w:rFonts w:ascii="Times New Roman" w:hAnsi="Times New Roman" w:eastAsia="Times New Roman" w:cs="Times New Roman"/>
        </w:rPr>
        <w:t>“Иоханд заавар өгсөн тэр хүчит тэнгэрэлч нь Есүс Христээс өөр хэн ч биш байв. Тэрээр баруун хөлөө тэнгист, зүүн хөлөө хуурай газарт тавьсан нь Сатантай хийх агуу тэмцлийн эцсийн үзэгдлүүдэд Түүний гүйцэтгэж буй үүргийг харуулдаг. Энэ байрлал нь бүх дэлхий дээрх Түүний дээд эрх мэдэл, ноёрхлыг илтгэнэ. Тэр тэмцэл үеэс үед улам хүчтэй, улам шийдэмгий болсоор ирсэн бөгөөд харанхуйн хүчнүүдийн овжин ажиллагаа оргилдоо хүрэх төгсгөлийн үзэгдлүүд хүртэл ийнхүү үргэлжлэх болно. Сатан, бузар хүмүүсийн хамт, үнэний хайрыг хүлээн аваагүй бүх дэлхий болон сүмүүдийг мэхлэх болно. Гэвч тэр хүчит тэнгэрэлч анхаарал шаардана. Тэр чанга дуугаар хашхирна. Үнэнийг эсэргүүцэхийн тулд Сатантай нэгдсэн хүмүүст Тэр дуу хоолойнхоо хүч чадал, эрх мэдлийг үзүүлэх ёстой.”</w:t>
      </w:r>
    </w:p>
    <w:p>
      <w:pPr>
        <w:pStyle w:val="ArticleScripture"/>
        <w:jc w:val="left"/>
      </w:pPr>
      <w:r>
        <w:rPr>
          <w:rFonts w:ascii="Times New Roman" w:hAnsi="Times New Roman" w:eastAsia="Times New Roman" w:cs="Times New Roman"/>
        </w:rPr>
        <w:t>“Эдгээр долоон аянга дуу хоолойгоо гаргасны дараа, жижиг номын талаар Даниелд өгөгдсөнтэй адил тушаал Иоханд ирэв: ‘Долоон аянгын айлдсан зүйлсийг тамгал.’ Эдгээр нь ирээдүйн үйл явдлуудтай холбоотой бөгөөд тэдгээр нь өөр өөрийн дарааллаар илчлэгдэх болно. Даниел өдрүүдийн эцэст өөрийн хувьд зогсох болно. Иохан жижиг номыг тамгагүй болсон байгаагаар харна. Тэгвэл Даниелын эш үзүүллэгүүд дэлхийд тунхаглагдах ёстой эхний, хоёр дахь, гурав дахь тэнгэрэлчийн мэдээнүүдэд өөрсдийн зохих байр суурийг эзэлнэ. Жижиг номын тамга тайлагдсан явдал нь цаг хугацаатай холбоотой мэдээ байв.”</w:t>
      </w:r>
    </w:p>
    <w:p>
      <w:pPr>
        <w:pStyle w:val="ArticleScripture"/>
        <w:jc w:val="left"/>
      </w:pPr>
      <w:r>
        <w:rPr>
          <w:rFonts w:ascii="Times New Roman" w:hAnsi="Times New Roman" w:eastAsia="Times New Roman" w:cs="Times New Roman"/>
        </w:rPr>
        <w:t>“Даниел ба Илчлэлт номууд бол нэг юм. Нэг нь эш үзүүллэг, нөгөө нь илчлэлт; нэг нь лацдан битүүмжилсэн ном, нөгөө нь нээгдсэн ном юм. Иохан аянгын дуунуудын айлдсан нууцуудыг сонссон боловч тэдгээрийг бичихгүй байх тушаал авсан юм.</w:t>
      </w:r>
    </w:p>
    <w:p>
      <w:pPr>
        <w:pStyle w:val="ArticleScripture"/>
        <w:jc w:val="left"/>
      </w:pPr>
      <w:r>
        <w:rPr>
          <w:rFonts w:ascii="Times New Roman" w:hAnsi="Times New Roman" w:eastAsia="Times New Roman" w:cs="Times New Roman"/>
        </w:rPr>
        <w:t>“Долоон аянганд илэрхийлэгдсэн Иоханд өгөгдсөн онцгой гэрэл нь эхний ба хоёр дахь тэнгэрэлчийн мэдээнүүдийн дор тохиолдох үйл явдлуудын дүрслэл байв.” Долоо дахь өдрийн Адвентистуудын Библийн тайлбар, 7-р боть, 971.</w:t>
      </w:r>
    </w:p>
    <w:p>
      <w:pPr>
        <w:pStyle w:val="ArticleBody"/>
        <w:jc w:val="left"/>
      </w:pPr>
      <w:r>
        <w:rPr>
          <w:rFonts w:ascii="Times New Roman" w:hAnsi="Times New Roman" w:eastAsia="Times New Roman" w:cs="Times New Roman"/>
        </w:rPr>
        <w:t>Усан дээр байгаа нэгэн болох наймдугаар ба арван хоёрдугаар бүлгүүдэд Палмони, Хүн хэмээн дүрслэгдсэн Христ мөн гартаа бяцхан ном барьсан хүчирхэг тэнгэрэлч мөн. Тэр бол Өөрийн Үгээ лацдан баталж, лацыг нь тайлагч Иуда овгийн Арслан бөгөөд, Гавриелд тушаал өгдөг Нэгэн мөн; учир нь Тэр бол тэргүүн тэнгэрэлч Михаил юм.</w:t>
      </w:r>
    </w:p>
    <w:p>
      <w:pPr>
        <w:pStyle w:val="ArticleScripture"/>
        <w:jc w:val="left"/>
      </w:pPr>
      <w:r>
        <w:rPr>
          <w:rFonts w:ascii="Times New Roman" w:hAnsi="Times New Roman" w:eastAsia="Times New Roman" w:cs="Times New Roman"/>
        </w:rPr>
        <w:t>Гэвч тэргүүн тэнгэрэлч Михаил Мосегийн цогцсын талаар чөтгөртэй маргалдан тэмцэж байхдаа түүний эсрэг доромжлолын ял тулгаж зүрхэлсэнгүй, харин: “Эзэн чамайг зэмлэг” гэжээ. Иуда 1:9.</w:t>
      </w:r>
    </w:p>
    <w:p>
      <w:pPr>
        <w:pStyle w:val="ArticleBody"/>
        <w:jc w:val="left"/>
      </w:pPr>
      <w:r>
        <w:rPr>
          <w:rFonts w:ascii="Times New Roman" w:hAnsi="Times New Roman" w:eastAsia="Times New Roman" w:cs="Times New Roman"/>
        </w:rPr>
        <w:t>Михаел бол Христийн нэр бөгөөд энэ нэр нь Тэр зөвхөн тэнгэрэлч нарын жанжин төдийгүй, мөн амилуулах эрх мэдэлтэй Нэгэн гэдгийг илэрхийлдэг. Михаел гэдэг нэр нь “Бурхантай хэн адил вэ” гэсэн утгатай. Небухаднезар галын зууханд гурван итгэлт хүний хамт Бурханы Хүүтэй адил нэгнийг үзэхдээ Михаелыг үзсэн юм. Түүнчлэн тэргүүн тэнгэрэлч Михаел бол Даниел номын наймдугаар бүлгийн арван нэгдүгээр эшлэл биелэгдэхийн дагуу загалмай дээр харь үндэст Ромын бяцхан эвэр өөрсдийгөө эсрэг нь өргөмжилсөн Бурханы ард түмний Ханхүү мөн.</w:t>
      </w:r>
    </w:p>
    <w:p>
      <w:pPr>
        <w:pStyle w:val="ArticleScripture"/>
        <w:jc w:val="left"/>
      </w:pPr>
      <w:r>
        <w:rPr>
          <w:rFonts w:ascii="Times New Roman" w:hAnsi="Times New Roman" w:eastAsia="Times New Roman" w:cs="Times New Roman"/>
        </w:rPr>
        <w:t>Харин би чамд үнэний сударт тэмдэглэгдсэн юуг үзүүлэх болно. Эдгээр хэрэгт надтай хамт бат зогсдог нь та нарын ноён Михаилаас өөр хэн ч үгүй. Даниел 10:21.</w:t>
      </w:r>
    </w:p>
    <w:p>
      <w:pPr>
        <w:pStyle w:val="ArticleBody"/>
        <w:jc w:val="left"/>
      </w:pPr>
      <w:r>
        <w:rPr>
          <w:rFonts w:ascii="Times New Roman" w:hAnsi="Times New Roman" w:eastAsia="Times New Roman" w:cs="Times New Roman"/>
        </w:rPr>
        <w:t>Тэнгэрэлчүүдэд тушаал өгч, үхэгсдийг амилуулж, нигүүлслийн хугацаа хэзээ хаагдахыг шийддэг нь Михаил мөн.</w:t>
      </w:r>
    </w:p>
    <w:p>
      <w:pPr>
        <w:pStyle w:val="ArticleScripture"/>
        <w:jc w:val="left"/>
      </w:pPr>
      <w:r>
        <w:rPr>
          <w:rFonts w:ascii="Times New Roman" w:hAnsi="Times New Roman" w:eastAsia="Times New Roman" w:cs="Times New Roman"/>
        </w:rPr>
        <w:t>“‘Тэр цагт чиний ард түмний хөвгүүдийн төлөө зогсдог агуу ноён Михаел босно; мөн үндэстэн бий болсноос хойш тэр хүртэл хэзээ ч байгаагүй тийм зовлонгийн цаг болно; харин тэр цагт номонд бичигдсэнээр олдох хүн бүр, чиний ард түмэн аврагдана.’ Энэхүү зовлонгийн цаг ирэхэд хэрэг бүр шийдэгдсэн байх болно; цаашид туршилтын хугацаа үгүй, гэмшээгүй хүмүүсийн төлөө өршөөл ч үгүй болно. Амьд Бурханы тамга Түүний ард түмэн дээр байна. Луугийн цэргийн хүчээр жагсаагдсан газрын эрх мэдлүүдтэй хийх үхлийн тэмцэлд өөрсдийгөө хамгаалах чадваргүй энэ өчүүхэн үлдэгдэл нь Бурханыг өөрсдийн хамгаалалт болгодог. Тэд араатанд мөргөж, түүний тэмдгийг хүлээн авах ёстой, эс бөгөөс хавчлага ба үхлээр шийтгүүлнэ гэсэн зарлиг дэлхийн хамгийн дээд эрх мэдлээр гарсан байна. Бурхан Өөрийн ард түмэнд одоо туслах болтугай. Учир нь Түүний тусламжгүйгээр тэд тийнхүү аймшигт тэмцэлд тэр үед юу хийж чадах билээ!” Testimonies, volume 5, 212.</w:t>
      </w:r>
    </w:p>
    <w:p>
      <w:pPr>
        <w:pStyle w:val="ArticleBody"/>
        <w:jc w:val="left"/>
      </w:pPr>
      <w:r>
        <w:rPr>
          <w:rFonts w:ascii="Times New Roman" w:hAnsi="Times New Roman" w:eastAsia="Times New Roman" w:cs="Times New Roman"/>
        </w:rPr>
        <w:t>Иудагийн овгийн Арслангийн тайлан нээдэг эцсийн нууц нь Есүс Христийн Илчлэл мөн бөгөөд үүнд Түүний эш үзүүллэгийн Үгийн элемент бүрийн зохион байгуулалт ба бүтцийн загварыг Тэр Өөрөө захирч байдаг нь багтана. Усны дээгүүр зогсдог, мутраа өргөн мөнхөд Амьд Нэгнээр тангарагладаг, мөн Арслан мэт хашхирдаг бөгөөд үүгээрээ долоон аянгыг дуу хоолойгоо гаргахад хүргэдэг маалинган хувцаст Тэр Хүн бол Даниелын номыг лацдан хааж, Илчлэлийн долоон аянгыг лацдан хаадаг Нэгэн мөн. Долоон лацаар лацдагдсан номыг тайлан нээдэг, амилуулах эрх мэдэлтэй, сорилтын хугацааны төгсгөлийг зарлан тунхагладаг агуу Ноён ханхүү нь мөн Тэр билээ. Палмони Габриелд Даниелыг “mareh” үзэгдлийг ойлгуулахыг тушаахдаа яг үүнийг л хэлсэн юм.</w:t>
      </w:r>
    </w:p>
    <w:p>
      <w:pPr>
        <w:pStyle w:val="ArticleBody"/>
        <w:jc w:val="left"/>
      </w:pPr>
      <w:r>
        <w:rPr>
          <w:rFonts w:ascii="Times New Roman" w:hAnsi="Times New Roman" w:eastAsia="Times New Roman" w:cs="Times New Roman"/>
        </w:rPr>
        <w:t>Тэрээр Габриелд Даниелд “чазон” үзэгдлийг ойлгуулахыг тушаагаагүй. “Чазон” үзэгдэл нь Даниел номын наймдугаар бүлгийн нэгээс арван хоёрдугаар эшлэлд гардаг Библийн эш үзүүллэгийн хаант улсуудын тухай үзэгдэл бөгөөд мөн арван гуравдугаар эшлэлд хугацааны тухай асуултын дотор дурдагдсан “үзэгдэл” мөн юм. “Үзэгдэл хэр удаан үргэлжлэх вэ?” “Чазон” үзэгдэл нь ариун газрыг болон цэргийг хөл дор гишгэлдэг, сүйрүүлдэг өдөр тутмын (харь шүтлэг) болон гэмт хэрэг (папын үзэл)-ийн хүчнүүдийн тухай юм.</w:t>
      </w:r>
    </w:p>
    <w:p>
      <w:pPr>
        <w:pStyle w:val="ArticleScripture"/>
        <w:jc w:val="left"/>
      </w:pPr>
      <w:r>
        <w:rPr>
          <w:rFonts w:ascii="Times New Roman" w:hAnsi="Times New Roman" w:eastAsia="Times New Roman" w:cs="Times New Roman"/>
        </w:rPr>
        <w:t>Тэгээд би нэгэн ариуны ярьж байхыг сонсов. Ярьж байсан тэрхүү нэгэн ариунд өөр нэгэн ариун хандан, “Өдөр тутмын тахилын тухай, мөн сүйрэл авчрах гэмт явдлын тухай, ариун газрыг ч, цэргийг ч хөл доороо гишгэлэн дэвслүүлэх тэр үзэгдэл хэзээ хүртэл үргэлжлэх вэ?” гэв. Даниел 8:13.</w:t>
      </w:r>
    </w:p>
    <w:p>
      <w:pPr>
        <w:pStyle w:val="ArticleBody"/>
        <w:jc w:val="left"/>
      </w:pPr>
      <w:r>
        <w:rPr>
          <w:rFonts w:ascii="Times New Roman" w:hAnsi="Times New Roman" w:eastAsia="Times New Roman" w:cs="Times New Roman"/>
        </w:rPr>
        <w:t>Палмони (Гайхамшигт Тоологч) болох Христээс “хэчнээн хугацаа” энэ “chazon” үзэгдэл үргэлжлэхийг асуухад Тэрээр, “хоёр мянга гурван зуун өдөр хүртэл; тэгээд ариун газар цэвэршүүлэгдэнэ” гэж хариулдаг. Дараа нь Даниел “өдөр тутмын тахил, мөн хоосролын гэм нүглийг, ариун газар ба цэргийг хөл дор гишгэгдэхэд өгөх”-тэй холбоотой “chazon” үзэгдлийг ойлгохыг хүсэв. Харин Габриелд Даниелд “mareh” үзэгдлийг ойлгуулах тушаал өгөгддөг. Баримт бүр Бурханы Үгэнд өөрийн ач холбогдолтой. “Mareh” үзэгдэл бол хорин зургаадугаар зүйлд тодорхойлогдсон үдэш ба өглөөнүүдийн үзэгдэл мөн.</w:t>
      </w:r>
    </w:p>
    <w:p>
      <w:pPr>
        <w:pStyle w:val="ArticleScripture"/>
        <w:jc w:val="left"/>
      </w:pPr>
      <w:r>
        <w:rPr>
          <w:rFonts w:ascii="Times New Roman" w:hAnsi="Times New Roman" w:eastAsia="Times New Roman" w:cs="Times New Roman"/>
        </w:rPr>
        <w:t>Тэгээд өгүүлэгдсэн үдэш ба өглөөний үзэгдэл нь үнэн мөн; тиймээс тэрхүү үзэгдлийг битүүмжил, учир нь энэ нь олон өдрүүдийн төлөө юм. Даниел 8:26.</w:t>
      </w:r>
    </w:p>
    <w:p>
      <w:pPr>
        <w:pStyle w:val="ArticleBody"/>
        <w:jc w:val="left"/>
      </w:pPr>
      <w:r>
        <w:rPr>
          <w:rFonts w:ascii="Times New Roman" w:hAnsi="Times New Roman" w:eastAsia="Times New Roman" w:cs="Times New Roman"/>
        </w:rPr>
        <w:t>“Үзэгдэл” хэмээх үг энэ эшлэлд хоёр удаа дурдагдсан байна. Эхний дурдлага нь “марэ” үзэгдэл бөгөөд, хоёр дахь нь “хазон” үзэгдэл юм. “Марэ” үзэгдэл нь “орой ба өглөө”-ний үзэгдэл мөн. “Орой ба өглөө” гэх еврей хэллэг Библид олонтаа тохиолддог бөгөөд, хорин зургаадугаар эшлэлд орчуулсанчлан, үргэлж “орой ба өглөө” гэж орчуулагддаг. Библид үүнийг “орой ба өглөө” хэмээхээс өөрөөр орчуулсан цорын ганц газар нь арван дөрөвдүгээр эшлэл бөгөөд, тэнд үүнийг зүгээр л “өдрүүд” гэж орчуулсан байдаг. Арван дөрөвдүгээр эшлэлийн жинхэнэ еврей эх нь: “Хоёр мянга гурван зуун орой ба өглөө хүртэл” хэмээн уншигдана.</w:t>
      </w:r>
    </w:p>
    <w:p>
      <w:pPr>
        <w:pStyle w:val="ArticleBody"/>
        <w:jc w:val="left"/>
      </w:pPr>
      <w:r>
        <w:rPr>
          <w:rFonts w:ascii="Times New Roman" w:hAnsi="Times New Roman" w:eastAsia="Times New Roman" w:cs="Times New Roman"/>
        </w:rPr>
        <w:t>Адвентизмын төв тулгуур ишлэл болох уг ишлэл нь Бурханы Үгэнд “үдшээс өглөө хүртэл” хэмээх хэллэгийг зүгээр л “өдрүүд” гэж илэрхийлсэн цорын ганц ишлэл юм. Баримт бүр өөрийн ач холбогдолтой бөгөөд, өөр юу ч байхгүй байсан ч, Палмони уг ишлэлийг зориуд онцлон тэмдэглэж байсан нь тодорхой байна. Тэрээр Өөрийн Үгэнд байнга бичигддэгээс өөрөөр уг хэллэгийг бичүүлэхээр Хаан Жэймийн Библийг орчуулсан хүмүүсийн оюун санааг чиглүүлснээр үүнийг хийсэн юм. Энэ баримтаас гаргах учир утга нь гэвэл, Габриелд Даниелд “марэ” үзэгдлийг ойлгуулахыг тушаах үед, түүнд 1844 оны илрэлийн үзэгдлийг ойлгуулахыг тушааж байгаа болохоос, ариун газрыг болон цэргийг гишгэлэн доромжлох тухай “хазон” үзэгдлийг биш юм.</w:t>
      </w:r>
    </w:p>
    <w:p>
      <w:pPr>
        <w:pStyle w:val="ArticleBody"/>
        <w:jc w:val="left"/>
      </w:pPr>
      <w:r>
        <w:rPr>
          <w:rFonts w:ascii="Times New Roman" w:hAnsi="Times New Roman" w:eastAsia="Times New Roman" w:cs="Times New Roman"/>
        </w:rPr>
        <w:t>“Үдэш ба өглөөдийн” үзэгдэл нь 1844 оны 10 дугаар сарын 22-нд ариун газрын цэвэршүүлэлт эхлэх үед тохиосон нэгэн үзэгдлийн тухай юм. 1844 оны 10 дугаар сарын 22-ны үзэгдлийн илрэл нь ариун газар гишгэлэгдэн доромжлогдсон тухай бус, харин ариун газрын цэвэршүүлэлтийн тухай юм. Тэр өдөр эш үзүүллэгийн дагуух үзэгдэл байсан уу?</w:t>
      </w:r>
    </w:p>
    <w:p>
      <w:pPr>
        <w:pStyle w:val="ArticleScripture"/>
        <w:jc w:val="left"/>
      </w:pPr>
      <w:r>
        <w:rPr>
          <w:rFonts w:ascii="Times New Roman" w:hAnsi="Times New Roman" w:eastAsia="Times New Roman" w:cs="Times New Roman"/>
        </w:rPr>
        <w:t>“Ариун газрыг цэвэршүүлэхийн тулд Христ бидний Тэргүүн Тахилчийн хувиар хамгийн ариун газарт ирэх нь Даниел 8:14-т үзүүлэгдсэн байдаг; Хүний Хүү Эртний Өдрүүдийн Нэгэн уруу ирэх нь Даниел 7:13-т дүрслэгдсэн байдаг; мөн Эзэн Өөрийн сүмд ирэхийг Малахи зөгнөн хэлсэн байдаг нь нэг л үйл явдлын дүрслэлүүд мөн; үүнийг мөн Матай 25-д буй арван охины тухай сургаалт зүйрлэлд Христийн дүрсэлсэнчлэн, хүргэн хуримд ирэхээр төлөөлүүлэн үзүүлсэн байдаг.” Агуу Тэмцэл, 426.</w:t>
      </w:r>
    </w:p>
    <w:p>
      <w:pPr>
        <w:pStyle w:val="ArticleBody"/>
        <w:jc w:val="left"/>
      </w:pPr>
      <w:r>
        <w:rPr>
          <w:rFonts w:ascii="Times New Roman" w:hAnsi="Times New Roman" w:eastAsia="Times New Roman" w:cs="Times New Roman"/>
        </w:rPr>
        <w:t>Габриелд 1844 оны 10 дугаар сарын 22-нд Өөрийн сүмд Христийн эш үзүүллэгийн дагуу илрэн үзэгдэхийг Даниелд ойлгуулах даалгавар өгөгдсөн байв. Ийм учраас Габриел 1844 оны 10 дугаар сарын 22-ны огнооны талаар Даниелд хоёр дахь гэрчлэлийг өгсөн; учир нь үнэнийг хоёрын гэрчлэлээр тогтоодог гэсэн Библийн зарчмын ямар нэгэн хэлбэрийг тэмдэглэсэн Библийн бүх зохиогчдыг Габриел удирдсан юм. Хэрэв Габриел Даниелд 1844 оны 10 дугаар сарын 22-ныг ойлгуулах байсан бол, “илрэн үзэгдэхийн үзэгдлийг” батлахын тулд түүнд хоёр дахь гэрчлэл хэрэгтэй байв.</w:t>
      </w:r>
    </w:p>
    <w:p>
      <w:pPr>
        <w:pStyle w:val="ArticleBody"/>
        <w:jc w:val="left"/>
      </w:pPr>
      <w:r>
        <w:rPr>
          <w:rFonts w:ascii="Times New Roman" w:hAnsi="Times New Roman" w:eastAsia="Times New Roman" w:cs="Times New Roman"/>
        </w:rPr>
        <w:t>Габриел ажлаа эхлүүлэхдээ юуны өмнө Даниелын “chazon” үзэгдлийг ойлгох хүслийг авч үзэж, үүнийг хийхдээ “chazon” үзэгдэл нь 1798 онд болох “эцсийн цаг”-т төгсөх үзэгдэл мөн болохыг тодорхойлон өгүүлдэг.</w:t>
      </w:r>
    </w:p>
    <w:p>
      <w:pPr>
        <w:pStyle w:val="ArticleScripture"/>
        <w:jc w:val="left"/>
      </w:pPr>
      <w:r>
        <w:rPr>
          <w:rFonts w:ascii="Times New Roman" w:hAnsi="Times New Roman" w:eastAsia="Times New Roman" w:cs="Times New Roman"/>
        </w:rPr>
        <w:t>Тэгээд би Улай мөрний хоёр эргийн хоорондохоос хүний дууг сонсов; тэр дуудаж, “Габриел аа, энэ хүнд үзэгдлийг ойлгуул” гэв. Тиймээс тэр миний зогсож байсан газарт ойртон ирэв; түүнийг ирэхэд би айн эмээж, нүүрээрээ газар унав. Харин тэр надад, “Хүний хүү ээ, ойлго; учир нь энэ үзэгдэл эцсийн цагт хамаарна” гэж хэлэв. Даниел 8:16, 17.</w:t>
      </w:r>
    </w:p>
    <w:p>
      <w:pPr>
        <w:pStyle w:val="ArticleBody"/>
        <w:jc w:val="left"/>
      </w:pPr>
      <w:r>
        <w:rPr>
          <w:rFonts w:ascii="Times New Roman" w:hAnsi="Times New Roman" w:eastAsia="Times New Roman" w:cs="Times New Roman"/>
        </w:rPr>
        <w:t>Өмнөх эшлэл дэх “үзэгдэл”, өөрөөр хэлбэл “эцсийн цагт” хамаарах нь “chazon” үзэгдэл бөгөөд Даниелын ном дахь “эцсийн цаг” нь 1798 он мөн. Энэ бол Даниелын ойлгохыг эрмэлзэж байсан “үзэгдэл” юм; гэвч энэ нь Габриелд Даниелд ойлгуулахыг тушаасан “үзэгдэл” биш байв. Учир нь үүний талаар Габриел хоёр дахь гэрчлэлийг өгөх гэж байна.</w:t>
      </w:r>
    </w:p>
    <w:p>
      <w:pPr>
        <w:pStyle w:val="ArticleScripture"/>
        <w:jc w:val="left"/>
      </w:pPr>
      <w:r>
        <w:rPr>
          <w:rFonts w:ascii="Times New Roman" w:hAnsi="Times New Roman" w:eastAsia="Times New Roman" w:cs="Times New Roman"/>
        </w:rPr>
        <w:t>Тэгээд тэр миний зогсож байсан газарт ойртон ирэв; тэр ирэхэд би айж, нүүрээрээ газар унав. Харин тэр надад, Хүний хүү ээ, ойлгогтун; учир нь энэ үзэгдэл эцсийн цагт хамаарна, гэж айлдав. Тэр надтай ярьж байх зуур би нүүрээрээ газар харуулан гүн нойронд автсан байв; харин тэр надад хүрч, намайг босгон эгц зогсоов. Тэгээд тэр, Болгоогтун, уур хилэнгийн төгсгөлийн эцэст юу болохыг би чамд мэдүүлэх болно; учир нь төгсгөл нь тогтоогдсон цагт ирнэ, гэж айлдав. Даниел 8:17–19.</w:t>
      </w:r>
    </w:p>
    <w:p>
      <w:pPr>
        <w:pStyle w:val="ArticleBody"/>
        <w:jc w:val="left"/>
      </w:pPr>
      <w:r>
        <w:rPr>
          <w:rFonts w:ascii="Times New Roman" w:hAnsi="Times New Roman" w:eastAsia="Times New Roman" w:cs="Times New Roman"/>
        </w:rPr>
        <w:t>Гавриел өөрт оногдсон даалгавраа гүйцэтгэхдээ Даниелд “харагтун” хэмээн мэдэгддэг бөгөөд энэ нь дараагийн баримтыг тунгаан авч үзэхийг Даниелд сануулж буй хэрэг юм. Дараагийн баримт нь Левит хорин зургаад буй хоёр “долоон үе”-ийн “эцсийн хилэн” 1844 онд төгсөнө гэсэн явдал мөн. Энэхүү “эцсийн хилэн” нь өөрийн “тогтоогдсон цаг”-тай бөгөөд тэр үедээ “төгсөнө” гэж хэлэгдсэн тул цаг хугацааны эш үзүүллэг мөн гэдэг нь шууд тодорхойлогдож байна. “Хилэн” нь тодорхой нэгэн хугацааны үеийг төлөөлөх учиртай, учир нь түүний төгсөхөд зориулсан “тогтоогдсон цаг” байдаг. Хэрэв “хилэн” нь зүгээр л цаг хугацааны нэгэн цэг байсан бол түүнд төгсгөл гэж байхгүй, харин зүгээр л тэр нь болсон мөчийг илэрхийлэх байсан билээ.</w:t>
      </w:r>
    </w:p>
    <w:p>
      <w:pPr>
        <w:pStyle w:val="ArticleBody"/>
        <w:jc w:val="left"/>
      </w:pPr>
      <w:r>
        <w:rPr>
          <w:rFonts w:ascii="Times New Roman" w:hAnsi="Times New Roman" w:eastAsia="Times New Roman" w:cs="Times New Roman"/>
        </w:rPr>
        <w:t>“Уур хилэн” нь тэмдэглэгдсэн төгсгөлийн цэгтэй байсан тул энэ нь нэгэн хугацааны төгсгөлийг илэрхийлдэг. Тэрхүү хугацааг “сүүлчийн уур хилэн” хэмээн дүрсэлсэн байна. Хэрэв сүүлчийнх гэж байгаа бол, заавал эхнийх ч байх ёстой. “Эхний уур хилэн” нь Даниелын арван нэгдүгээр бүлэгт тодорхойлогдсон байдаг бөгөөд тэнд мөн энэ нь нэгэн хугацаа юм. Учир нь папын засаглал “уур хилэн”-ийн төгсгөл хүртэл “үйлдэж, мандах” ёстой байсан.</w:t>
      </w:r>
    </w:p>
    <w:p>
      <w:pPr>
        <w:pStyle w:val="ArticleScripture"/>
        <w:jc w:val="left"/>
      </w:pPr>
      <w:r>
        <w:rPr>
          <w:rFonts w:ascii="Times New Roman" w:hAnsi="Times New Roman" w:eastAsia="Times New Roman" w:cs="Times New Roman"/>
        </w:rPr>
        <w:t>Ухааралтай хүмүүсийн зарим нь унаж бүдрэх болно. Энэ нь тэднийг сорихын тулд, цэвэршүүлэхийн тулд, мөн тэднийг цагаатгахын тулд, эцсийн цаг хүртэл байх юм. Учир нь энэ нь тогтоогдсон цагийн төлөө ажээ. Хаан өөрийн хүслийн дагуу үйлдэх болно; тэр өөрийгөө өргөмжилж, өөрийгөө бүх бурхдаас дээгүүр агуу болгож, бурхдын Бурханы эсрэг гайхамшигт үгсийг хэлэх болно. Уур хилэн гүйцэлдэх хүртэл тэрээр амжилттай байх болно. Учир нь тогтоогдсон зүйл биелэгдэх ёстой. Даниел 11:35, 36.</w:t>
      </w:r>
    </w:p>
    <w:p>
      <w:pPr>
        <w:pStyle w:val="ArticleBody"/>
        <w:jc w:val="left"/>
      </w:pPr>
      <w:r>
        <w:rPr>
          <w:rFonts w:ascii="Times New Roman" w:hAnsi="Times New Roman" w:eastAsia="Times New Roman" w:cs="Times New Roman"/>
        </w:rPr>
        <w:t>Эдгээр хоёр эшлэлд өөрийн хүслээр үйлдэж, өөрийгөө өргөмжилдөг хаан нь гол сэдэв юм. Гучин зургаадугаар эшлэл нь Паулын утгачлан өгүүлсэн эшлэл бөгөөд тэрээр өөрийгөө Бурхан мөн гэж үзүүлэн Бурханы сүмд суусан “нүглийн хүнийг” тодорхойлдог. 538 оноос 1798 он хүртэл үргэлжилсэн Харанхуй эрин үеийн хавчлага нь гучин тавдугаар эшлэлд тодорхойлогдсон бөгөөд энэ нь “эцсийн цаг” хүртэл, өөрөөр хэлбэл “товлосон цаг” байсан 1798 он хүртэл үргэлжилдэг. Дараа нь гучин зургаадугаар эшлэлд папын засаг “уур хилэн гүйцэлдэх хүртэл” “цэцэглэн мандах”-ыг тодорхойлдог. Энэ эшлэл нь папын засаг 1798 он хүртэл цэцэглэн мандсан бөгөөд тэр үед эхний “уур хилэн” “гүйцэлдсэн”-ийг заадаг. Бурханы эш үзүүллэгийн Үг папын засаг 1798 он буюу “эцсийн цаг” хүртэл нэг мянга хоёр зуун жаран жилийн турш үргэлжлэхээр “тогтоосон” байсан юм.</w:t>
      </w:r>
    </w:p>
    <w:p>
      <w:pPr>
        <w:pStyle w:val="ArticleBody"/>
        <w:jc w:val="left"/>
      </w:pPr>
      <w:r>
        <w:rPr>
          <w:rFonts w:ascii="Times New Roman" w:hAnsi="Times New Roman" w:eastAsia="Times New Roman" w:cs="Times New Roman"/>
        </w:rPr>
        <w:t>Эхний “зэвүүцэл” 1798 онд төгссөн бөгөөд “сүүлчийн зэвүүцэл” 1844 онд төгссөн. Энэ хоёр зэвүүцэл хоёулаа тодорхой төгсгөлтэй хугацааны үеүд байдлаар дүрслэгдсэн тул хоёуланг нь цаг хугацааны эш үзүүллэг мөн болохыг тогтоож байна. Габриелд Палмони Даниелыг 1844 оны 10 дугаар сарын 22-ны өдрийг тодорхойлсон “үдшээс өглөө хүртэлх” (өдрүүдийн) үзэгдлийн дүр төрх (“mareh”)-ийг ойлгуулахыг тушаасан бөгөөд тэрээр уг өдрийг батлах хоёр дахь гэрчийг өгснөөр тийнхүү үйлджээ.</w:t>
      </w:r>
    </w:p>
    <w:p>
      <w:pPr>
        <w:pStyle w:val="ArticleBody"/>
        <w:jc w:val="left"/>
      </w:pPr>
      <w:r>
        <w:rPr>
          <w:rFonts w:ascii="Times New Roman" w:hAnsi="Times New Roman" w:eastAsia="Times New Roman" w:cs="Times New Roman"/>
        </w:rPr>
        <w:t>Арван гуравдугаар эшлэлийн Даниелын ойлгохыг хүссэн “chazon” үзэгдэл нь 1798 онд “эцсийн цаг”-т төгссөн хөл дор гишгэлтийн үзэгдэл байв. Арван дөрөвдүгээр эшлэлийн “mareh” үзэгдэл нь хоёр мянга гурван зуун жилийн цаг хугацааны эш үзүүллэгийн биелэлтээр, мөн хоёр мянга таван зуун хорин жилийн цаг хугацааны эш үзүүллэгийн биелэлтээр, 1844 оны аравдугаар сарын 22-нд Христ Хамгийн Ариун газарт үзэгдсэнээр төгссөн юм. Эдгээр хоёр цаг хугацааны эш үзүүллэг хоёулаа Хабакукийн ариун самбарууд дээр дүрслэгдсэн байдаг бөгөөд Эгч Уайт тэдгээрийг Эзэний мутрын удирдлагаар хийгдсэн, өөрчлөх ёсгүй гэж тодорхойлсон байдаг.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“Бидэнд суралцах олон сургамж бий, мөн мартах ёстой маш, маш олон зүйл ч бий. Зөвхөн Бурхан ба тэнгэр л алдаа мадаггүй. Өөрсдийн эрхэмлэн баримталдаг үзлийг хэзээ ч орхих шаардлагагүй, санаа бодлоо өөрчлөх хэрэг хэзээ ч гарахгүй гэж бодогсод урам хугарах болно. Бид өөрсдийн санаа ба үзэл бодлыг хатуу зөрүүдээр баримталсаар байх цагт Христийн залбирсан тэр нэгдлийг бид олж чадахгүй.” Review and Herald, 1892 оны 7 дугаар сарын 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Тавин Нэгдүгээр Дугаар</dc:title>
  <dc:subject>Палмони: Даниел ба Илчлэлт дэх Цаг хугацаа болон Хэлний Эзэнийг илчлэх нь</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