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Тавин Гуравдугаар Дугаар</w:t>
      </w:r>
    </w:p>
    <w:p>
      <w:pPr>
        <w:pStyle w:val="ArticleSubtitle"/>
        <w:jc w:val="left"/>
      </w:pPr>
      <w:r>
        <w:rPr>
          <w:rFonts w:ascii="Arial" w:hAnsi="Arial" w:eastAsia="Arial" w:cs="Arial"/>
        </w:rPr>
        <w:t>Илчлэгдсэн эш үзүүллэгийн үзэгдлүүд: Даниелын туршлагаар дамжуулан эцсийн өдрүүдийг ойлгох нь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2024-01-17</w:t>
      </w:r>
    </w:p>
    <w:p>
      <w:pPr>
        <w:pStyle w:val="ArticleBody"/>
        <w:jc w:val="left"/>
      </w:pPr>
      <w:r>
        <w:rPr>
          <w:rFonts w:ascii="Times New Roman" w:hAnsi="Times New Roman" w:eastAsia="Times New Roman" w:cs="Times New Roman"/>
        </w:rPr>
        <w:t>Бүх эш үзүүлэгчид өөрсдийн амьдарч байсан өдрүүдээс илүүтэйгээр эцсийн өдрүүдийн талаар өгүүлж байна.</w:t>
      </w:r>
    </w:p>
    <w:p>
      <w:pPr>
        <w:pStyle w:val="ArticleScripture"/>
        <w:jc w:val="left"/>
      </w:pPr>
      <w:r>
        <w:rPr>
          <w:rFonts w:ascii="Times New Roman" w:hAnsi="Times New Roman" w:eastAsia="Times New Roman" w:cs="Times New Roman"/>
        </w:rPr>
        <w:t>“Эртний эш үзүүлэгч бүр өөрсдийн цаг үеийнхэндээс илүүтэйгээр бидний төлөө ярьсан бөгөөд тийнхүү тэдний эш үзүүлэлт бидний хувьд хүчинтэй хэвээр байна. ‘Эдгээр бүх зүйл тэдэнд сургамж жишээ болгон тохиолдсон бөгөөд ертөнцийн төгсгөл ирсэн бидэнд сануулга болгон бичигдсэн юм.’ 1 Коринт 10:11. ‘Тэд өөрсдөдөө бус, харин та нарт үйлчилж байсан нь, тэнгэрээс илгээгдсэн Ариун Сүнсээр та нарт сайн мэдээг тунхаглагчдаар одоо та нарт мэдүүлэгдсэн тэр зүйлсийн тухай байсан; эдгээр зүйлсийг тэнгэрэлч нар хүртэл шагайж үзэхийг хүсдэг.’ 1 Петр 1:12”</w:t>
      </w:r>
    </w:p>
    <w:p>
      <w:pPr>
        <w:pStyle w:val="ArticleScripture"/>
        <w:jc w:val="left"/>
      </w:pPr>
      <w:r>
        <w:rPr>
          <w:rFonts w:ascii="Times New Roman" w:hAnsi="Times New Roman" w:eastAsia="Times New Roman" w:cs="Times New Roman"/>
        </w:rPr>
        <w:t>“Библи энэ эцсийн үед амьдрах энэ үеийнхэнд зориулан өөрийн эрдэнэсүүдийг хураан цуглуулж, хамтад нь багцлан хадгалсан юм. Хуучин Гэрээний түүхэн дэх бүх агуу үйл явдал болон сүр жавхлант, ноцтой үйл хэрэг нь эдгээр эцсийн өдрүүдэд сүм дотор давтагдаж ирсэн бөгөөд одоо ч давтагдсаар байна.” Selected Messages, book 3, 338, 339.</w:t>
      </w:r>
    </w:p>
    <w:p>
      <w:pPr>
        <w:pStyle w:val="ArticleBody"/>
        <w:jc w:val="left"/>
      </w:pPr>
      <w:r>
        <w:rPr>
          <w:rFonts w:ascii="Times New Roman" w:hAnsi="Times New Roman" w:eastAsia="Times New Roman" w:cs="Times New Roman"/>
        </w:rPr>
        <w:t>Даниел нь эцсийн өдрүүдэд бошиглолын Үгээр дамжуулан өөрсдийгөө тараагдсаныг олж мэдсэн Бурханы ардыг төлөөлж байна. Тэд энэ баримтад сэрэх үедээ Левит хорин зургаад өгүүлсэн залбирлыг, мөн шалгалтын хугацаа хаагдахын яг өмнө лац нь тайлагддаг эцсийн бошиглолын нууцыг ойлгохын тулд өргөх залбирлыг үйлдэх үүрэгтэй байдаг бөгөөд энэ нь Даниелын хоёрдугаар бүлэгт буй залбирлаар дүрслэгдсэн байдаг. Хэрэв, мөн хэзээ тэд Даниелын туршлагад орвол, тэнгэрэлч Габриел тэдэнд хүрч, мэдүүлж, айлдах болно. Үүний зорилго нь тэдэнд “авхаалж ба ойлголт” өгөхөд оршино. Мэргэд гэдэг нь бошиглолын нууцын лац тайлагдах үед “мэдлэгийн өсөлт”-ийг “ойлгодог” хүмүүс юм.</w:t>
      </w:r>
    </w:p>
    <w:p>
      <w:pPr>
        <w:pStyle w:val="ArticleScripture"/>
        <w:jc w:val="left"/>
      </w:pPr>
      <w:r>
        <w:rPr>
          <w:rFonts w:ascii="Times New Roman" w:hAnsi="Times New Roman" w:eastAsia="Times New Roman" w:cs="Times New Roman"/>
        </w:rPr>
        <w:t>Тэрээр надад мэдүүлж, надтай ярилцан, ийн хэлэв: Ай Даниел аа, чамд мэргэн ухаан ба ойлголт өгөхөөр би эдүгээ ирээд байна. Чиний гуйлтын эхэнд зарлиг гарсан бөгөөд чамд үзүүлэхээр би ирсэн; учир нь чи нэн хайрлагдсан нэгэн юм. Иймийн тул энэ хэргийг ойлгож, үзэгдлийг тунгаан бод. Даниел 9:22, 23.</w:t>
      </w:r>
    </w:p>
    <w:p>
      <w:pPr>
        <w:pStyle w:val="ArticleBody"/>
        <w:jc w:val="left"/>
      </w:pPr>
      <w:r>
        <w:rPr>
          <w:rFonts w:ascii="Times New Roman" w:hAnsi="Times New Roman" w:eastAsia="Times New Roman" w:cs="Times New Roman"/>
        </w:rPr>
        <w:t>Даниелд тунгаан үзэхийг тушаасан үзэгдэл нь харагдлын “mareh” үзэгдэл юм. Наймдугаар бүлэгт “mareh” үзэгдлийг Даниелд ойлгуулахыг түүнд тушаасан үед Габриелд даалгасан ажил нь хараахан дуусаагүй байсан. Есдүгээр бүлэгт тэрээр тайлбарыг гүйцээж дуусгахаар эргэн иржээ. Есдүгээр бүлэгт Даниел Вавилоны хаанчлалын үед бус, харин Мид-Персийн эзэнт гүрний түүхэн үед амьдарч байна.</w:t>
      </w:r>
    </w:p>
    <w:p>
      <w:pPr>
        <w:pStyle w:val="ArticleBody"/>
        <w:jc w:val="left"/>
      </w:pPr>
      <w:r>
        <w:rPr>
          <w:rFonts w:ascii="Times New Roman" w:hAnsi="Times New Roman" w:eastAsia="Times New Roman" w:cs="Times New Roman"/>
        </w:rPr>
        <w:t>Габриел Даниелд “үгийг ойлго”, мөн “үзэгдлийг ажиглан тунгаагтун” хэмээн заахдаа, Даниелын хэрэгжүүлэх ёстой оюун санааны ялган салгах үйл явцыг заан тодорхойлж байна. “Ойлго” болон “тунгаа” гэж орчуулагдсан үгс нь ижил еврей үг юм. Тэр үг нь “biyn” бөгөөд оюун санаандаа ялган салгах гэсэн утгатай. “Үг” гэж орчуулагдсан еврей үг нь “dabar” бөгөөд “үг” гэсэн утгатай. Иймээс Габриел Даниелд, мөн түүний төлөөлж буй эцсийн өдрүүдийн хүмүүст үнэний Үгийг зөвөөр ялган хуваахыг мэдэгдэж байна.</w:t>
      </w:r>
    </w:p>
    <w:p>
      <w:pPr>
        <w:pStyle w:val="ArticleScripture"/>
        <w:jc w:val="left"/>
      </w:pPr>
      <w:r>
        <w:rPr>
          <w:rFonts w:ascii="Times New Roman" w:hAnsi="Times New Roman" w:eastAsia="Times New Roman" w:cs="Times New Roman"/>
        </w:rPr>
        <w:t>Үнэний үгийг зөвөөр тайлбарлан, ичих зүйлгүй ажилчин болж, өөрийгөө Бурханд таалалд нийцсэн нэгэн болгон харуулахыг хичээ. 2 Тимот 2:15.</w:t>
      </w:r>
    </w:p>
    <w:p>
      <w:pPr>
        <w:pStyle w:val="ArticleBody"/>
        <w:jc w:val="left"/>
      </w:pPr>
      <w:r>
        <w:rPr>
          <w:rFonts w:ascii="Times New Roman" w:hAnsi="Times New Roman" w:eastAsia="Times New Roman" w:cs="Times New Roman"/>
        </w:rPr>
        <w:t>“matter” хэмээх үгийг мөн Даниел арван нэгдүгээр бүлгийн нэгдүгээр эшлэлд хэрэглэсэн бөгөөд тэнд энэ нь гурвантаа “thing” гэж орчуулагдсан байдаг.</w:t>
      </w:r>
    </w:p>
    <w:p>
      <w:pPr>
        <w:pStyle w:val="ArticleScripture"/>
        <w:jc w:val="left"/>
      </w:pPr>
      <w:r>
        <w:rPr>
          <w:rFonts w:ascii="Times New Roman" w:hAnsi="Times New Roman" w:eastAsia="Times New Roman" w:cs="Times New Roman"/>
        </w:rPr>
        <w:t>Персийн хаан Кирийн гурав дахь жилд Белтешазар хэмээн дуудагддаг Даниелд нэгэн зүйл илчлэгдэв; тэрхүү зүйл үнэн байсан боловч товлогдсон хугацаа нь урт байв. Тэрээр уг зүйлийг ойлгож, үзэгдлийг ухаарсан ажээ. Даниел 10:1.</w:t>
      </w:r>
    </w:p>
    <w:p>
      <w:pPr>
        <w:pStyle w:val="ArticleBody"/>
        <w:jc w:val="left"/>
      </w:pPr>
      <w:r>
        <w:rPr>
          <w:rFonts w:ascii="Times New Roman" w:hAnsi="Times New Roman" w:eastAsia="Times New Roman" w:cs="Times New Roman"/>
        </w:rPr>
        <w:t>Тэр ишлэл дэх “үзэгдэл” гэх үг нь дүр төрхийн илрэл болох “марэ” үзэгдэл бөгөөд Даниел тухайн зүйл (хэрэг) болон мөн үзэгдлийг (“марэ”) хоёуланг нь ойлгосон байв. Есдүгээр бүлгийн хорин гуравдугаар ишлэлд Габриел Даниелд хэрэг ба үзэгдлийг зөв ялган салгахыг заасан бөгөөд аравдугаар бүлгийн нэгдүгээр ишлэлд тэрээр хэрэг (зүйл) болон үзэгдлийг (“марэ”) хоёуланг нь ойлгосон байдаг. Габриел есдүгээр бүлэгт Даниелд хэрэг ба үзэгдлийн хоорондын ялгааг таньж мэдэхийг (зөв ялган салгахыг) мэдэгдэж байна. Үзэгдэл нь “марэ” үзэгдэл бөгөөд “хэрэг”, эсвэл “зүйл” нь “хазон” үзэгдэл юм.</w:t>
      </w:r>
    </w:p>
    <w:p>
      <w:pPr>
        <w:pStyle w:val="ArticleBody"/>
        <w:jc w:val="left"/>
      </w:pPr>
      <w:r>
        <w:rPr>
          <w:rFonts w:ascii="Times New Roman" w:hAnsi="Times New Roman" w:eastAsia="Times New Roman" w:cs="Times New Roman"/>
        </w:rPr>
        <w:t>Наймдугаар бүлэгт хоёул үзэгдэл тодорхойлогдсон бөгөөд Даниел “chazon” үзэгдлийг ойлгохыг хүссэн боловч, Габриел Даниелд “mareh” үзэгдлийг ойлгуулахаар тушаал авсан учир тэдгээрийн хооронд ялгаа байгааг тэмдэглэсэн байдаг. Габриел Даниелд “хэрэг явдал”-ыг болон “үзэгдэл”-ийг ойлгуулах ажлаа эхлэхдээ, эдгээр нь хоорондоо өөр хоёр үзэгдэл мөн гэдгийг анхааран тэмдэглэхийг Даниелд мэдэгддэг.</w:t>
      </w:r>
    </w:p>
    <w:p>
      <w:pPr>
        <w:pStyle w:val="ArticleScripture"/>
        <w:jc w:val="left"/>
      </w:pPr>
      <w:r>
        <w:rPr>
          <w:rFonts w:ascii="Times New Roman" w:hAnsi="Times New Roman" w:eastAsia="Times New Roman" w:cs="Times New Roman"/>
        </w:rPr>
        <w:t>Тэр надад мэдүүлж, надтай ярилцан, ийнхүү хэлэв: Даниел аа, чамд мэргэн ухаан ба ойлголт өгөхөөр би эдүгээ ирээд байна. Чиний гуйлтын эхэнд тушаал гарсан бөгөөд чамд үүнийг үзүүлэхээр би ирсэн; учир нь чи үлэмж хайрлагдсан нэгэн билээ. Тиймээс энэ үгийг ухаарч, үзэгдлийг тунгаан бод. Чиний ард түмэн болон чиний ариун хотын дээр далан долоо хоног тогтоогдсон нь гэмт хэргийг төгсгөж, нүглийг эцэслэж, гэм бурууг эвлэрүүлж, мөнхийн зөвт байдлыг авчирч, үзэгдэл ба эш үзүүллэгийг батлан битүүлж, Хамгийн Ариуныг тослохын тулд юм. Иймээс мэдэж, ухаар: Иерусалимыг сэргээн босгож, байгуулах тухай тушаал гарснаас эхлэн Тослогдогдсон Нэгэн, Хаан хүртэл долоон долоо хоног, жаран хоёр долоо хоног байх болно. Гудамж талбай болон хэрэм дахин баригдах боловч бэрх цаг үед байх болно. Жаран хоёр долоо хоногийн дараа Тослогдогдсон Нэгэн таслагдах боловч өөрийнхөө төлөө бус; мөн ирэх ноёны ард түмэн хот болон ариун газрыг сүйтгэнэ. Түүний төгсгөл нь үер мэт байх бөгөөд дайны эцэс хүртэл хоосролууд тогтоогдсон байна. Тэрээр нэг долоо хоногийн турш олонтой гэрээг батална; харин долоо хоногийн дунд үед тахил ба өргөлийг зогсооно. Жигшүүрт зүйлсийн дэлгэрлээс болж тэрээр түүнийг эзгүйрүүлнэ, эцсийн төгсгөл хүртэл; мөн тогтоогдсон зүйл эзгүйрсэн дээр асгарна. Даниел 9:22–27.</w:t>
      </w:r>
    </w:p>
    <w:p>
      <w:pPr>
        <w:pStyle w:val="ArticleBody"/>
        <w:jc w:val="left"/>
      </w:pPr>
      <w:r>
        <w:rPr>
          <w:rFonts w:ascii="Times New Roman" w:hAnsi="Times New Roman" w:eastAsia="Times New Roman" w:cs="Times New Roman"/>
        </w:rPr>
        <w:t>Габриел Даниелд өгсөн өөрийн тайлбар дотор “chazon” үзэгдэл болон “mareh” үзэгдлийн аль алиных нь элементүүд багтах болно гэдгийг Даниелд ойлгуулахыг хүссэн. Тэрхүү тайлбар нь хоёр үзэгдлийн алинд нь ч хамаарах байсан бөгөөд ариун газрыг болон цэргийг хөлд талхлуулах тухай өгүүлдэг үзэгдлийг, 1844 оны 10-р сарын 22-нд Христийг Хамгийн Ариун Газарт илрэн үзэгдэхэд хүргэсэн үзэгдлээс зөв ялган салгах нь Даниелын хариуцлага байсан юм.</w:t>
      </w:r>
    </w:p>
    <w:p>
      <w:pPr>
        <w:pStyle w:val="ArticleBody"/>
        <w:jc w:val="left"/>
      </w:pPr>
      <w:r>
        <w:rPr>
          <w:rFonts w:ascii="Times New Roman" w:hAnsi="Times New Roman" w:eastAsia="Times New Roman" w:cs="Times New Roman"/>
        </w:rPr>
        <w:t>Габриел 457 оны МЭӨ Артаксерксийн зарлигаас эхлэн, орой ба өглөөнүүдийн үзэгдлийн хоёр мянга гурван зуун жилийн хугацаанаас ялангуяа иудейчүүдэд зориулан “таслан авсан” дөрвөн зуун ерэн жил байх болно гэдгийг тодорхойлон заадаг. Сая дурдсан эшлэлүүдэд “тогтоогдсон” гэх үг гурван удаа тэмдэглэгдсэн байдаг боловч, уг эшлэлүүдэд “тогтоогдсон” гэж орчуулагдсан нь үнэндээ хоёр өөр еврей үг юм. “Тогтоогдсон” гэж анх дурдагдсан нь хорин дөрөвдүгээр эшлэлд байдаг бөгөөд тэрхүү еврей үг нь “chathak” бөгөөд “таслан авах” гэсэн утгатай.</w:t>
      </w:r>
    </w:p>
    <w:p>
      <w:pPr>
        <w:pStyle w:val="ArticleBody"/>
        <w:jc w:val="left"/>
      </w:pPr>
      <w:r>
        <w:rPr>
          <w:rFonts w:ascii="Times New Roman" w:hAnsi="Times New Roman" w:eastAsia="Times New Roman" w:cs="Times New Roman"/>
        </w:rPr>
        <w:t>Энэ нь Израильд Артаксерксийн гурав дахь зарлигаас эхэлсэн сорилтын хугацаа өгөгдсөн бөгөөд тэрхүү хугацаа МЭ 34 онд Стефаныг чулуугаар шидэн алах явдлаар төгсөхийг тодорхойлдог. Дөрвөн зуун ерэн жил нь “таслагдсан” бөгөөд хоёр мянга гурван зуун жилийн урт эш үзүүллэгийн доторх илүү богино эш үзүүллэгийн хугацааг төлөөлж байв. “Дөрвөн зуун ерэн” хэмээх тоо нь Есүсийн гэрчлэн харуулснаар сорилтын хугацааны бэлгэ тэмдэг юм.</w:t>
      </w:r>
    </w:p>
    <w:p>
      <w:pPr>
        <w:pStyle w:val="ArticleScripture"/>
        <w:jc w:val="left"/>
      </w:pPr>
      <w:r>
        <w:rPr>
          <w:rFonts w:ascii="Times New Roman" w:hAnsi="Times New Roman" w:eastAsia="Times New Roman" w:cs="Times New Roman"/>
        </w:rPr>
        <w:t>Тэгээд Петр Түүн уруу ирж, —Эзэн, ах дүү минь надад хэр олон удаа нүгэл үйлдвэл би түүнийг уучлах вэ? долоон удаа хүртэл үү? —гэж хэлэв. Есүс түүнд айлдсан нь: —Би чамд долоон удаа хүртэл гэж хэлэхгүй, харин дал дахин долоон удаа хүртэл гэж хэлье. Матай 18:22.</w:t>
      </w:r>
    </w:p>
    <w:p>
      <w:pPr>
        <w:pStyle w:val="ArticleBody"/>
        <w:jc w:val="left"/>
      </w:pPr>
      <w:r>
        <w:rPr>
          <w:rFonts w:ascii="Times New Roman" w:hAnsi="Times New Roman" w:eastAsia="Times New Roman" w:cs="Times New Roman"/>
        </w:rPr>
        <w:t>Уучлалд төгсгөл бий бөгөөд тэр төгсгөлийг “дөрвөн зуун ерэн” гэсэн тоо илэрхийлдэг. “Дөрвөн зуун ерэн” жил нь иудейчүүдийн чөлөөлөгдсөнөөсөө эхлэн Степаныг чулуугаар шидэж алах үедээ сорилтын хугацааныхаа аягыг дүүргэтэл үргэлжилсэн шалгалтын хугацааг төлөөлдөг. “Дөрвөн зуун ерэн” жил нь мөн Левит хорин зургаад буй “долоон цаг” гэсэн хараалтай холбогддог. Ариун Библид газар нутаг өөрийнхөө амралтын өдрүүдийг эдлэх тухай дурдсан газар ердөө хоёрхон бий. Эхнийх нь Левит хорин зургаад байдаг.</w:t>
      </w:r>
    </w:p>
    <w:p>
      <w:pPr>
        <w:pStyle w:val="ArticleScripture"/>
        <w:jc w:val="left"/>
      </w:pPr>
      <w:r>
        <w:rPr>
          <w:rFonts w:ascii="Times New Roman" w:hAnsi="Times New Roman" w:eastAsia="Times New Roman" w:cs="Times New Roman"/>
        </w:rPr>
        <w:t>Хэрэв та нар энэ бүхний дараа ч Намайг сонсохгүй, харин Миний эсрэг сөрөн явах аваас, Би ч мөн та нарын эсрэг уур хилэнгээр сөрөн алхах болно; тийм ээ, Би Өөрөө та нарыг нүглийн чинь төлөө долоо дахин шийтгэх болно. Та нар хөвгүүдийнхээ махыг идэж, охидынхоо махыг ч идэх болно. Би та нарын мөргөлийн өндөрлөгүүдийг устгаж, хөргүүдийг чинь цавчин унагаж, хүүрнүүдийг чинь шүтээнүүдийн чинь хүүрэн дээр хаях болно; Миний сэтгэл та нараас жигшин зэвүүцэх болно. Би хотуудыг чинь эзгүй балгас болгож, ариун газруудыг чинь сүйрэлд хүргэх бөгөөд та нарын анхилуун үнэрт тахилын үнэрийг Би үнэрлэхгүй. Би энэ газрыг эзгүйрэлд оруулах болно; тэнд оршин суух дайснууд чинь үүнийг хараад гайхах болно. Би та нарыг харь үндэстнүүдийн дунд тараан цөлж, та нарын араас илд сугалан нэхэх болно; танай газар эзгүйрч, хотууд чинь балгас болно. Тэгээд та нар дайснуудынхаа нутагт байх зуур, газар нутаг эзгүй хэвтэх хугацаандаа өөрийн амралтын өдрүүдийг эдлэх болно; тийм ээ, тэр үед газар амарч, өөрийн амралтын өдрүүдийг эдлэх болно. Эзгүй хэвтэх бүх хугацаандаа тэр амрах болно; учир нь та нар түүн дээр оршин сууж байхдаа, та нарын амралтын өдрүүдэд тэр амраагүй юм. Левит 26:27–35.</w:t>
      </w:r>
    </w:p>
    <w:p>
      <w:pPr>
        <w:pStyle w:val="ArticleBody"/>
        <w:jc w:val="left"/>
      </w:pPr>
      <w:r>
        <w:rPr>
          <w:rFonts w:ascii="Times New Roman" w:hAnsi="Times New Roman" w:eastAsia="Times New Roman" w:cs="Times New Roman"/>
        </w:rPr>
        <w:t>Хорин зургаадугаар бүлэгт дөрвөн удаа дурдагддаг “долоон цаг”-ийн шийтгэл нь Бурханы ард түмэн тараагдан бутрах үед тэр газар нутаг “өөрийнхөө амралтын өдрүүдийг эдлэх” болно гэдгийг заадаг. Даниел болон тэрхүү гурван үнэнч хүн Мосегийн хараал биелсний дагуу дайснуудын нутагт тараагдан аваачигдсан бөгөөд тэрхүү далан жилийн тараагдал нь хоёр мянга таван зуун хорин жилийн тараагдлын бэлгэдэлт сургамжит дүрслэл байсан юм. Энэ нь Иезебелийн хавчлагын үед Елиагийн туулсан гурван жил хагасын ган гачигтай адил эш үзүүллэгийн сургамжит дүрслэл байв. Тэрхүү гурван жил хагас нь гурван жил хагасын эш үзүүллэгийн жилийг төлөөлж, 538 оноос 1798 он хүртэлх папын засаглалын нэг мянга хоёр зуун жаран жилтэй тэнцэж байлаа. Далан жил нь “долоон цаг”-ийн бэлгэдэл байсан нь, гурван жил хагас нь нэг мянга хоёр зуун жаран жилийн цөлийн бэлгэдэл байсантай адил юм. Иеремиагаар тодорхойлогдсон Даниелын олзлогдлын далан жил нь “дөрвөн зуун ерэн” жилийг төлөөлж байв.</w:t>
      </w:r>
    </w:p>
    <w:p>
      <w:pPr>
        <w:pStyle w:val="ArticleScripture"/>
        <w:jc w:val="left"/>
      </w:pPr>
      <w:r>
        <w:rPr>
          <w:rFonts w:ascii="Times New Roman" w:hAnsi="Times New Roman" w:eastAsia="Times New Roman" w:cs="Times New Roman"/>
        </w:rPr>
        <w:t>Тэдний өвөг дээдсийн ЭЗЭН Бурхан Өөрийн элч нараараа дамжуулан, эртлэн босож, дахин дахин илгээж тэдэнд айлдсан нь, Өөрийн ард түмэн болон Өөрийн орших газрыг өрөвдөн хайрласных байв. Гэвч тэд Бурханы элч нарыг дооглон тохуурхаж, Түүний үгсийг үл тоомсорлон жигшиж, Түүний эш үзүүлэгчдийг доромжилсоор, ЭЗЭНий уур хилэн Өөрийн ард түмний эсрэг бадарч, эдгэршгүй болтлоо хүрэв. Иймийн тул Тэр халдеичуудын хааныг тэдний эсрэг авчирсан бөгөөд тэрээр тэдний ариун газрын өргөөн дотор залуусыг нь илдээр хядсан; залуу эр, бүсгүй, өтгөс, насны доройтлоос бөгтийсөн хүнийг ч үл өрөвдөв. Тэр бүгдийг түүний гарт өгсөн бөлгөө. Бурханы өргөөний бүх сав суулга, их бага бүхнийг, мөн ЭЗЭНий өргөөний эрдэнэс, хааны болон түүний ноёдын эрдэнэсийг—энэ бүгдийг тэр Вавилонд аваачив. Тэд Бурханы өргөөг шатааж, Иерусалимын ханыг нураан, түүний бүх орд харшийг галд шатааж, түүний бүх сайхан үнэт эдлэлийг устгав. Илднээс амьд гарсан хүмүүсийг тэр Вавилон уруу цөлөн аваачсан бөгөөд тэд Персийн хаанчлал ноёрхох хүртэл түүнд болон түүний хөвгүүдэд зарц нар байв. Энэ нь Иеремиагийн амаар айлдсан ЭЗЭНий үгийг биелүүлэхийн тулд байлаа; газар нутаг өөрийн амралтын өдрүүдийг эдлэх хүртэл, учир нь тэр эзгүйрэн хэвтсэн бүх хугацаандаа амралтаа сахиж, далан жилийг гүйцээсэн юм. Харин Персийн хаан Кирын хаанчлалын эхний жилд, Иеремиагийн амаар айлдсан ЭЗЭНий үг биелэгдэхийн тулд, ЭЗЭН Персийн хаан Кирын сүнсийг хөдөлгөсөн тул тэрээр өөрийн бүх хаанчлал даяар зарлиг тунхаглаж, мөн бичгээр гарган, ийн өгүүлэв: “Персийн хаан Кир ийн айлдаж байна: Тэнгэрийн Бурхан ЭЗЭН газрын бүх хаант улсуудыг надад өгсөн бөгөөд Иудад байдаг Иерусалимд Түүнд зориулан өргөө барихыг надад даалгасан. Түүний бүх ард түмний дундаас та нарын хэн байна вэ? ЭЗЭН, түүний Бурхан, түүнтэй хамт байх болтугай, тэгээд тэр өгсөг.” 2 Шастир 36:15–23.</w:t>
      </w:r>
    </w:p>
    <w:p>
      <w:pPr>
        <w:pStyle w:val="ArticleBody"/>
        <w:jc w:val="left"/>
      </w:pPr>
      <w:r>
        <w:rPr>
          <w:rFonts w:ascii="Times New Roman" w:hAnsi="Times New Roman" w:eastAsia="Times New Roman" w:cs="Times New Roman"/>
        </w:rPr>
        <w:t>Библид газар нутаг амралтын өдрүүдээ эдэлсэн тухай дурдсан цорын ганц хоёр ишлэл нь Бурханы ард түмэн тараагдан цөлөгдсөн явдал, мөн газар нутагт амралтын өдрүүдээ эдлэх боломж олгосон хугацааг төлөөлсөн далан жилийн олзлолттой холбоотой байдаг. Энэ нь иудейчүүд газар нутагт амралт эдлүүлэхийг зөвшөөрөөгүй амралтын өдрүүдийн тоотой тэнцэж байв. Газар нутаг далан жилийн турш амарсан нь газар нутагт амралт өгөх зарлигт тэрсэлсэн явдал нийт хэдэн жил үргэлжилснийг илэрхийлж байв. Энгийн тооцоогоор, “дөрвөн зуун ерэн” жилийн тэрслүү байдлын дотор газар нутаг амраагүй нийт далан жил байсан нь тогтоогдоно.</w:t>
      </w:r>
    </w:p>
    <w:p>
      <w:pPr>
        <w:pStyle w:val="ArticleBody"/>
        <w:jc w:val="left"/>
      </w:pPr>
      <w:r>
        <w:rPr>
          <w:rFonts w:ascii="Times New Roman" w:hAnsi="Times New Roman" w:eastAsia="Times New Roman" w:cs="Times New Roman"/>
        </w:rPr>
        <w:t>Хорин гурван зуун жилээс дөрвөн зуун ерэн жилийг иудейчүүдийн сорилтын хугацаа болгон таслан тогтоосон бөгөөд энэ “дөрвөн зуун ерэн” жил нь Левит 26-д өгүүлсэн “долоон цаг”-ийн тараагдалтай шууд холбоотой юм.</w:t>
      </w:r>
    </w:p>
    <w:p>
      <w:pPr>
        <w:pStyle w:val="ArticleBody"/>
        <w:jc w:val="left"/>
      </w:pPr>
      <w:r>
        <w:rPr>
          <w:rFonts w:ascii="Times New Roman" w:hAnsi="Times New Roman" w:eastAsia="Times New Roman" w:cs="Times New Roman"/>
        </w:rPr>
        <w:t>“Хазон” хэмээх гишгэлэгдэн доромжлогдохын үзэгдэл болон хорин гурван зуун жилийн эцэст илрэх байдлын тухай “маре” хэмээх үзэгдэл нь бие биеэсээ ялгаатай боловч хоорондоо шууд холбоотой. Даниелын нэгэн адил, Бурханы ард түмэн эдгээр хоёр үзэгдлийг зөвөөр ялган салгах ёстой бөгөөд үүний зэрэгцээ тэдгээрийн харилцан холбоог танин мэдэх учиртай. Иудейчүүдийг буцаж ирж Иерусалимыг дахин босгохыг зөвшөөрсөн гурван зарлигт хүргэсэн далан жилийн олзлол нь, газар орныг амраах гэрээний эсрэг Иудейчүүдийн үйлдсэн “дөрвөн зуун ерэн” жилийн тэрслүү байдлыг төлөөлж байв.</w:t>
      </w:r>
    </w:p>
    <w:p>
      <w:pPr>
        <w:pStyle w:val="ArticleBody"/>
        <w:jc w:val="left"/>
      </w:pPr>
      <w:r>
        <w:rPr>
          <w:rFonts w:ascii="Times New Roman" w:hAnsi="Times New Roman" w:eastAsia="Times New Roman" w:cs="Times New Roman"/>
        </w:rPr>
        <w:t>Тэдний буцан очиж дахин босгох боломжийг гурав дахь зарлиг тодорхойлон заах үед, тэдэнд туршигдан шалгагдах сорилтын хугацаа болгон “дөрвөн зуун ерэн” жил өгөгдсөн; учир нь тэдний дуулгаваргүй байдал Иерусалимын сүйрэл болон тэдний тараагдалд хүргэсэнтэй адил хугацааны туршид тэд дахин шалгагдах ёстой байв. Хоёр дахь “дөрвөн зуун ерэн жилийн” төгсгөлд, тэдний дуулгаваргүй байдал дахин Иерусалимын сүйрэл болон тэдний харь үндэстнүүдийн дунд тараагдахад хүргэх байлаа.</w:t>
      </w:r>
    </w:p>
    <w:p>
      <w:pPr>
        <w:pStyle w:val="ArticleBody"/>
        <w:jc w:val="left"/>
      </w:pPr>
      <w:r>
        <w:rPr>
          <w:rFonts w:ascii="Times New Roman" w:hAnsi="Times New Roman" w:eastAsia="Times New Roman" w:cs="Times New Roman"/>
        </w:rPr>
        <w:t>Далан жилийн олзлогдлын тархалт нь “дөрвөн зуун ерэн” жилийн тэрслэлээр урьдаас нөхцөлдсөн бөгөөд, дараа нь тэр далан жилийн олзлогдлыг цаашдын дахин нэг “дөрвөн зуун ерэн жил” үргэлжилсэн тэрслэл дагасан юм.</w:t>
      </w:r>
    </w:p>
    <w:p>
      <w:pPr>
        <w:pStyle w:val="ArticleBody"/>
        <w:jc w:val="left"/>
      </w:pPr>
      <w:r>
        <w:rPr>
          <w:rFonts w:ascii="Times New Roman" w:hAnsi="Times New Roman" w:eastAsia="Times New Roman" w:cs="Times New Roman"/>
        </w:rPr>
        <w:t>Газрын амралтын далан жилийг авчирсан эхний «дөрвөн зуун ерэн» жилийн хугацаа Иерусалимын сүйрлээр төгсгөлдөө хүрсэн байв. Хоёр мянга гурван зуун жилээс таслан тогтоогдсон «дөрвөн зуун ерэн» жилийн төгсгөлд Иерусалим дахин сүйрсэн бөгөөд учир нь Есүс аливаа зүйлийн төгсгөлийг тухайн зүйлийн эхлэлээр үргэлж дүрслэн үзүүлдэг.</w:t>
      </w:r>
    </w:p>
    <w:p>
      <w:pPr>
        <w:pStyle w:val="ArticleBody"/>
        <w:jc w:val="left"/>
      </w:pPr>
      <w:r>
        <w:rPr>
          <w:rFonts w:ascii="Times New Roman" w:hAnsi="Times New Roman" w:eastAsia="Times New Roman" w:cs="Times New Roman"/>
        </w:rPr>
        <w:t>Бодит Вавилонд байсан бодит Израилийн далан жилийн олзлол нь “долоон цаг”-ийн тараагдлын бэлгэдэл байсан бөгөөд Эгч Уайт бодит Вавилонд байсан бодит Израилийн далан жилийн олзлол нь сүнслэг Вавилонд байсан сүнслэг Израилийн нэг мянга хоёр зуун жаран жилийн олзлолын хэв шинж байсан гэж тодорхойлдог.</w:t>
      </w:r>
    </w:p>
    <w:p>
      <w:pPr>
        <w:pStyle w:val="ArticleScripture"/>
        <w:jc w:val="left"/>
      </w:pPr>
      <w:r>
        <w:rPr>
          <w:rFonts w:ascii="Times New Roman" w:hAnsi="Times New Roman" w:eastAsia="Times New Roman" w:cs="Times New Roman"/>
        </w:rPr>
        <w:t>“Хөөгдөн цөллөгт байсан хугацаанд Вавилонд олзлогдон байсан Израилийн хөвгүүдийн адил, газрын дэлхий дээрх Бурханы сүм ч мөн энэхүү тасралтгүй хавчлагын урт хугацааны турш үнэхээр олзлолд байсан юм.” Эш үзүүлэгчид ба Хаад, 714.</w:t>
      </w:r>
    </w:p>
    <w:p>
      <w:pPr>
        <w:pStyle w:val="ArticleBody"/>
        <w:jc w:val="left"/>
      </w:pPr>
      <w:r>
        <w:rPr>
          <w:rFonts w:ascii="Times New Roman" w:hAnsi="Times New Roman" w:eastAsia="Times New Roman" w:cs="Times New Roman"/>
        </w:rPr>
        <w:t>538 оноос 1798 он хүртэлх нэг мянга хоёр зуун жаран жил нь “долоон үе”-ийн нэгэн бэлгэдэл байв. Дал гаруй жилийн төгсгөлд иудейчүүд Иерусалимыг сэргээн босгож, дахин байгуулахаар буцан ирсэн. Тэдний гурван зарлигийн үеэр буцан ирсэн явдал нь Христ 1844 оны 10 дугаар сарын 22-нд Нэн Ариун газарт илрэн үзэгдэхэд хүргэсэн “mareh” үзэгдлийн хоёр мянга гурван зуун жилийн эхлэлийг (МЭӨ 457 он) тэмдэглэсэн юм. Эдгээр гурван зарлиг нь эш үзүүллэгийн хугацааны эхлэлийг тэмдэглэсэн бөгөөд, хэдийгээр тэд Кирусын анхны зарлигаар буцан ирж, сэргээн босгож эхэлсэн боловч, эш үзүүллэгийн хугацаа эхлэхийн тулд гурван зарлиг бүгд шаардлагатай байв.</w:t>
      </w:r>
    </w:p>
    <w:p>
      <w:pPr>
        <w:pStyle w:val="ArticleScripture"/>
        <w:jc w:val="left"/>
      </w:pPr>
      <w:r>
        <w:rPr>
          <w:rFonts w:ascii="Times New Roman" w:hAnsi="Times New Roman" w:eastAsia="Times New Roman" w:cs="Times New Roman"/>
        </w:rPr>
        <w:t>“Эзрагийн долоодугаар бүлэгт тэрхүү зарлиг байдаг. 12–26-р зүйлүүд. Түүний хамгийн бүрэн хэлбэрийг Персийн хаан Артаксеркс МЭӨ 457 онд гаргасан. Гэвч Эзра 6:14-т Иерусалим дахь Эзэний өргөө ‘Персийн хаан Күрөш, Дари, Артаксеркс нарын тушаал [‘зарлиг,’ захын тайлбар]-ын дагуу’ баригдсан гэж өгүүлжээ. Эдгээр гурван хаан зарлигийг эхлүүлж, дахин баталж, төгөлдөржүүлснээр, 2300 жилийн эхлэлийг тэмдэглэх эш үзүүллэгийн шаардсан төгс байдалд түүнийг хүргэсэн юм. Зарлиг төгс гүйцсэн цаг болох МЭӨ 457 оныг уг тушаалын огноо хэмээн үзвэл, далан долоо хоногийн тухай эш үзүүллэгийн бүх зүйл биелсэн нь харагдсан.” Агуу тэмцэл, 326.</w:t>
      </w:r>
    </w:p>
    <w:p>
      <w:pPr>
        <w:pStyle w:val="ArticleBody"/>
        <w:jc w:val="left"/>
      </w:pPr>
      <w:r>
        <w:rPr>
          <w:rFonts w:ascii="Times New Roman" w:hAnsi="Times New Roman" w:eastAsia="Times New Roman" w:cs="Times New Roman"/>
        </w:rPr>
        <w:t>1798 оноос 1844 он хүртэл Илчлэлт номын гурван тэнгэрэлч эш үзүүллэгийн түүхэнд орж ирсэн бөгөөд, яг л гурван зарлиг хоёр мянга гурван зуун жилийн эш үзүүллэгийн эхлэлийг тэмдэглэсэнтэй адил, тэрхүү гурван тэнгэрэлч уг эш үзүүллэгийн төгсгөлийг тэмдэглэсэн юм. Эш үзүүллэгийн хугацаа гурав дахь тэнгэрэлчийн ирэлтээр төгссөн нь, яг л гурав дахь зарлигийн ирэлтээр эхэлсэнтэй адил байсан; учир нь Есүс аливаа зүйлийн төгсгөлийг үргэлж түүний эхлэлтэй адилтган тодорхойлдог билээ.</w:t>
      </w:r>
    </w:p>
    <w:p>
      <w:pPr>
        <w:pStyle w:val="ArticleBody"/>
        <w:jc w:val="left"/>
      </w:pPr>
      <w:r>
        <w:rPr>
          <w:rFonts w:ascii="Times New Roman" w:hAnsi="Times New Roman" w:eastAsia="Times New Roman" w:cs="Times New Roman"/>
        </w:rPr>
        <w:t>Иудейчүүд анхны зарлигийн дор буцаж ирж эхэлсэн бөгөөд хоёр дахь зарлигийн түүхэнд тэд сүмийг дуусгасан. Гурав дахь тэнгэрэлч 1844 оны 10 дугаар сарын 22-нд ирсэн бөгөөд тэр өдрөөс өмнө Миллеритүүд сүнслэг Вавилоноос гарч ирэн дахин босгохоор ирсэн сүнслэг сүмээ дуусгасан байв. Учир нь 1844 оны 10 дугаар сарын 22-нд гэрээний элч Өөрийн сүмд гэнэт ирэх ёстой байсан. Тэр сүм нь 1844 оны 10 дугаар сарын 22-нд гэрээнд орсон Миллерит ард түмэн байсан бөгөөд Петр тэднийг сүм байсан гэж тодорхойлдог.</w:t>
      </w:r>
    </w:p>
    <w:p>
      <w:pPr>
        <w:pStyle w:val="ArticleScripture"/>
        <w:jc w:val="left"/>
      </w:pPr>
      <w:r>
        <w:rPr>
          <w:rFonts w:ascii="Times New Roman" w:hAnsi="Times New Roman" w:eastAsia="Times New Roman" w:cs="Times New Roman"/>
        </w:rPr>
        <w:t>Та нар ч мөн амьд чулуунуудын адил сүнслэг өргөө болон байгуулагдаж, Есүс Христээр дамжуулан Бурханд тааламжит сүнслэг тахилуудыг өргөхийн тулд ариун санваартан болж байна. 1 Петр 2:5.</w:t>
      </w:r>
    </w:p>
    <w:p>
      <w:pPr>
        <w:pStyle w:val="ArticleBody"/>
        <w:jc w:val="left"/>
      </w:pPr>
      <w:r>
        <w:rPr>
          <w:rFonts w:ascii="Times New Roman" w:hAnsi="Times New Roman" w:eastAsia="Times New Roman" w:cs="Times New Roman"/>
        </w:rPr>
        <w:t>Миллерчүүдийн сүм 1798 оноос 1844 он хүртэл, өөрөөр хэлбэл дөчин зургаан жилийн хугацаанд баригдсан бөгөөд эш үзүүллэгийн утгаар энэ нь гурван өдөр юм. Учир нь Христ сүмийг босгоход гурван өдөр шаардагдана хэмээн тодорхойлсон билээ.</w:t>
      </w:r>
    </w:p>
    <w:p>
      <w:pPr>
        <w:pStyle w:val="ArticleScripture"/>
        <w:jc w:val="left"/>
      </w:pPr>
      <w:r>
        <w:rPr>
          <w:rFonts w:ascii="Times New Roman" w:hAnsi="Times New Roman" w:eastAsia="Times New Roman" w:cs="Times New Roman"/>
        </w:rPr>
        <w:t>Иудейчүүдийн Дээгүүр Өнгөрөх баяр ойртож байсан бөгөөд Есүс Иерусалим уруу өгсөж очив. Тэрээр сүм дотор үхэр, хонь, тагтаа худалдагчдыг, мөн мөнгө солиулагчдыг сууж байхыг олж харав. Тэгээд нарийн уяануудаар ташуур хийж, тэднийг бүгдийг нь, мөн хонь, үхрүүдийн хамт сүмээс хөөн гаргаж, мөнгө солиулагчдын мөнгийг асган, ширээнүүдийг нь хөмөргөв. Тэгээд тагтаа худалдагчдад, “Эдгээрийг эндээс ав; Миний Эцэгийн гэрийг худалдааны гэр бүү болго” гэж айлдав. Шавь нар нь, “Таны гэрийн төлөөх хичээл зүтгэл Намайг залгина” хэмээн бичигдсэнийг санав. Тэгэхэд иудейчүүд Түүнд хариулан, “Та эдгээрийг үйлдэж байгаагаа батлах ямар тэмдгийг бидэнд үзүүлэх вэ?” гэв. Есүс тэдэнд хариулан, “Энэ сүмийг нураа, Би түүнийг гурав хоногийн дотор босгоно” гэв. Тэгэхэд иудейчүүд, “Энэ сүмийг барихад дөчин зургаан жил болсон, харин Та түүнийг гурав хоногийн дотор босгох гэж үү?” гэцгээв. Харин Тэр Өөрийн биеийн сүмийн тухай айлдсан байлаа. Иохан 2:13–21.</w:t>
      </w:r>
    </w:p>
    <w:p>
      <w:pPr>
        <w:pStyle w:val="ArticleBody"/>
        <w:jc w:val="left"/>
      </w:pPr>
      <w:r>
        <w:rPr>
          <w:rFonts w:ascii="Times New Roman" w:hAnsi="Times New Roman" w:eastAsia="Times New Roman" w:cs="Times New Roman"/>
        </w:rPr>
        <w:t>Уайт эгч Малахийн номд дүрслэгдсэнээр гэрээний элч Өөрийн сүмд гэнэт ирэх үед, Иоханы эшлэлд саяхан тодорхойлон үзүүлсэнчлэн Христ сүмийг цэвэрлэсэн тэр үйл явдлаар уг зөгнөл биелснийг тэмдэглэн заадаг.</w:t>
      </w:r>
    </w:p>
    <w:p>
      <w:pPr>
        <w:pStyle w:val="ArticleScripture"/>
        <w:jc w:val="left"/>
      </w:pPr>
      <w:r>
        <w:rPr>
          <w:rFonts w:ascii="Times New Roman" w:hAnsi="Times New Roman" w:eastAsia="Times New Roman" w:cs="Times New Roman"/>
        </w:rPr>
        <w:t>“Есүс сүмийг ертөнцийн худалдаачид, наймаачдаас цэвэрлэхдээ зүрх сэтгэлийг нүглийн бузарлалаас—сэтгэлийг ялзруулдаг газрын хүсэл тачаал, хувиа хичээсэн шунал, муу зуршлаас—цэвэрлэх Өөрийн эрхэм зорилгыг тунхагласан юм. ‘Үзэгтүн, Би Өөрийн элчийг илгээнэ, тэр Миний өмнө замыг бэлтгэнэ; та нарын эрж буй Эзэн Өөрийн сүмдээ гэнэт ирнэ, та нарын таашаан баясдаг гэрээний элч, болгоогтун, Тэр ирнэ гэж түмэн цэргийн ЭЗЭН айлдаж байна. Харин Түүний ирэх өдрийг хэн тэсвэрлэж чадах вэ? Тэр үзэгдэхэд хэн зогсож үлдэх вэ? Учир нь Тэр цэвэршүүлэгчийн гал мэт, угаагчдын шүлт мэт байх болно. Тэр мөнгө цэвэршүүлэгч, ариусгагч мэт сууж, Левийн хөвгүүдийг ариусган, алт мөнгө мэт цэвэрлэнэ; тэгснээр тэд ЭЗЭНд зөвт байдлын өргөлийг өргөх болно. Малахи 3:1–3.’ Хүслийн Оргил, 161.”</w:t>
      </w:r>
    </w:p>
    <w:p>
      <w:pPr>
        <w:pStyle w:val="ArticleBody"/>
        <w:jc w:val="left"/>
      </w:pPr>
      <w:r>
        <w:rPr>
          <w:rFonts w:ascii="Times New Roman" w:hAnsi="Times New Roman" w:eastAsia="Times New Roman" w:cs="Times New Roman"/>
        </w:rPr>
        <w:t>Иоханы хоёрдугаар бүлэгт гардаг сүмийг барихад дөчин зургаан жил зарцуулсан бөгөөд Есүс нураагдсан тэр сүмийг гурван өдрийн дотор босгоно гэж айлдсан. 1798 оноос 1844 он хүртэлх хугацаа нь дөчин зургаан жил бөгөөд энэ нь Илчлэл арван дөрөвдүгээр бүлгийн гурван тэнгэрэлчийн (өдрийн) ирэлтийг зааж байна; эдгээр нь хоёр мянга гурван зуун жилийн эш үзүүллэгийг эхлүүлсэн гурван зарлигаар урьдчилан дүрслэгдсэн байсан юм. Тэр дөчин зургаан жил нь Христ Миллерийн хөдөлгөөний сүмийг босгон байгуулсан хугацаа мөн бөгөөд үүнээс өмнө сүнслэг ариун газар болон сүнслэг Израиль нь сүнслэг Вавилонд гишгэгдэн дарлагдсан байв.</w:t>
      </w:r>
    </w:p>
    <w:p>
      <w:pPr>
        <w:pStyle w:val="ArticleBody"/>
        <w:jc w:val="left"/>
      </w:pPr>
      <w:r>
        <w:rPr>
          <w:rFonts w:ascii="Times New Roman" w:hAnsi="Times New Roman" w:eastAsia="Times New Roman" w:cs="Times New Roman"/>
        </w:rPr>
        <w:t>Христ Өөрийн үйлчлэлийн эхэнд Дээгүүр Өнгөрөх баярын үеэр сүмийг цэвэрлэхдээ, Малахи дахь өгүүлснээр Гэрээний Элч Өөрийн сүмд гэнэт ирнэ гэсэн эш үзүүллэгийг биелүүлж байсан юм. 1844 оны аравдугаар сарын 22-нд Христ Өөрийн сүмд гэнэт ирсэн бөгөөд Өөрийн нураагдсан сүмийг босгоход Түүнд дөчин зургаан жил шаардагдсан юм.</w:t>
      </w:r>
    </w:p>
    <w:p>
      <w:pPr>
        <w:pStyle w:val="ArticleScripture"/>
        <w:jc w:val="left"/>
      </w:pPr>
      <w:r>
        <w:rPr>
          <w:rFonts w:ascii="Times New Roman" w:hAnsi="Times New Roman" w:eastAsia="Times New Roman" w:cs="Times New Roman"/>
        </w:rPr>
        <w:t>“Ариун газрын цэвэршүүлэлтийн төлөө Христ бидний Тэргүүн Тахилчаар хамгийн ариун газарт ирэх тухай, Даниел 8:14-т үзүүлэгдсэн нь; Хүний Хүү Өдрүүдийн Эртний Нэгэний өмнө ирэх тухай, Даниел 7:13-т дүрслэгдсэн нь; мөн Эзэн Өөрийн сүмд ирэх тухай, Малахиар урьдчилан хэлэгдсэн нь—эдгээр нь нэгэн ижил үйл явдлын тодорхойлолтууд юм; мөн үүнийг Матай 25 дахь арван охины сургаалт зүйрлэлд Христийн дүрсэлсэнчлэн, хүргэн хуримд ирэх явдлаар бас төлөөлүүлэн үзүүлсэн байдаг.” Агуу тэмцэл, 426.</w:t>
      </w:r>
    </w:p>
    <w:p>
      <w:pPr>
        <w:pStyle w:val="ArticleBody"/>
        <w:jc w:val="left"/>
      </w:pPr>
      <w:r>
        <w:rPr>
          <w:rFonts w:ascii="Times New Roman" w:hAnsi="Times New Roman" w:eastAsia="Times New Roman" w:cs="Times New Roman"/>
        </w:rPr>
        <w:t>Эхний уур хилэн 1798 онд төгссөн бөгөөд сүүлчийн уур хилэнгийн төгсгөл нь 1844 он байв. Христ Миллерийн сүмийг босгон байгуулсан дөчин зургаан жилийн хугацааны эхлэл нь төгсгөлийг дүрслэн үзүүлсэн; учир нь эхлэл ба төгсгөл хоёул Бурханы Өөрийн ард түмний эсрэг уур хилэнгийн төгсгөлөөр тэмдэглэгдсэн байсан юм. Есүс аливаа зүйлийн төгсгөлийг түүний эхлэлтэй үргэлж адилтган тодорхойлдог билээ.</w:t>
      </w:r>
    </w:p>
    <w:p>
      <w:pPr>
        <w:pStyle w:val="ArticleBody"/>
        <w:jc w:val="left"/>
      </w:pPr>
      <w:r>
        <w:rPr>
          <w:rFonts w:ascii="Times New Roman" w:hAnsi="Times New Roman" w:eastAsia="Times New Roman" w:cs="Times New Roman"/>
        </w:rPr>
        <w:t>Бид дараагийн өгүүлэлд Габриелын Даниелд өгсөн зааврын талаарх судалгаагаа үргэлжлүүлнэ.</w:t>
      </w:r>
    </w:p>
    <w:p>
      <w:pPr>
        <w:pStyle w:val="ArticleScripture"/>
        <w:jc w:val="left"/>
      </w:pPr>
      <w:r>
        <w:rPr>
          <w:rFonts w:ascii="Times New Roman" w:hAnsi="Times New Roman" w:eastAsia="Times New Roman" w:cs="Times New Roman"/>
        </w:rPr>
        <w:t>“Илчлэлт номыг ард түмэнд нээх ёстой. Олон хүнд энэ нь лацдан хаагдсан ном хэмээн заагдсан боловч, энэ нь үнэнийг ба гэрлийг няцаадаг хүмүүст л лацдан хаагдсан байдаг. Түүний агуулдаг үнэнүүдийг тунхаглах ёстой бөгөөд ингэснээр хүмүүст тун удахгүй болох үйл явдлуудад бэлтгэх боломж олдох юм. Гурав дахь Тэнгэрэлчийн Мэдээг мөхөж буй дэлхийн авралын цорын ганц найдвар болгон танилцуулах ёстой.”</w:t>
      </w:r>
    </w:p>
    <w:p>
      <w:pPr>
        <w:pStyle w:val="ArticleScripture"/>
        <w:jc w:val="left"/>
      </w:pPr>
      <w:r>
        <w:rPr>
          <w:rFonts w:ascii="Times New Roman" w:hAnsi="Times New Roman" w:eastAsia="Times New Roman" w:cs="Times New Roman"/>
        </w:rPr>
        <w:t>“Эцсийн өдрүүдийн аюулууд бидний дээр ирээд байна, мөн бидний ажилд бид хүмүүсийг тэдний буй аюулын талаар сэрэмжлүүлэх ёстой. Зөгнөлөөр илчлэгдсэн, удахгүй тохиолдох тэрхүү сүр жавхлант үйл явдлуудыг үл хөндөгдөн орхиж болохгүй. Бид бол Бурханы элч нар бөгөөд алдах цаг бидэнд үгүй. Бидний Эзэн Есүс Христтэй хамтран зүтгэгч байхыг хүсэгчид энэ номд буй үнэнүүдэд гүнээ анхаарал хандуулах болно. Үзгээр болон дуу хоолойгоороо тэд Христ тэнгэрээс илчлэхээр ирсэн гайхамшигт зүйлсийг тодорхой болгохын төлөө чармайх болно.” Signs of the Times, July 4, 1906.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Тавин Гуравдугаар Дугаар</dc:title>
  <dc:subject>Илчлэгдсэн эш үзүүллэгийн үзэгдлүүд: Даниелын туршлагаар дамжуулан эцсийн өдрүүдийг ойлгох нь</dc:subject>
  <dc:creator>Jeff Pippenger</dc:creator>
  <cp:keywords/>
  <dc:description>Generated by ArticleDigger from daniel\53_daniel.json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