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Зургаа</w:t>
      </w:r>
    </w:p>
    <w:p>
      <w:pPr>
        <w:pStyle w:val="ArticleSubtitle"/>
        <w:jc w:val="left"/>
      </w:pPr>
      <w:r>
        <w:rPr>
          <w:rFonts w:ascii="Arial" w:hAnsi="Arial" w:eastAsia="Arial" w:cs="Arial"/>
        </w:rPr>
        <w:t>Илчлэлт 17-ын нууцыг тайлах нь: Агуу янхан ба араатны тухай эцсийн эш үзүүллэг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Библийн эш үзүүллэг дэх хаанчлалуудын сүүлчийн дүрслэл Илчлэл номын арван долоодугаар бүлэгт байдаг. Тэр бүлгийн гуравдугаар зүйлд Иохан “цөл” уруу аваачигддаг бөгөөд ингэснээр тэнгэрэлч эш үзүүллэгийн “агуу янхан”-ы шүүлтийг Иоханд үзүүлдэг. Тэрхүү янхан нь “олон усан” дээр сууж, “дэлхийн хаад”-тай “садар самуун үйлдсэн” юм.</w:t>
      </w:r>
    </w:p>
    <w:p>
      <w:pPr>
        <w:pStyle w:val="ArticleScripture"/>
        <w:jc w:val="left"/>
      </w:pPr>
      <w:r>
        <w:rPr>
          <w:rFonts w:ascii="Times New Roman" w:hAnsi="Times New Roman" w:eastAsia="Times New Roman" w:cs="Times New Roman"/>
        </w:rPr>
        <w:t>Долоон аяга бүхий долоон тэнгэр элчийн нэг нь ирж, надтай ярин, надад ийн хэлэв: Нааш ир; олон усан дээр суугч агуу янхны шүүлтийг чамд үзүүлье. Түүнтэй газрын хаад садарлан завхайрч, газрын оршин суугчид түүний садар самууны дарсанд согтсон билээ. Тэгээд тэр намайг Сүнсээр цөл уруу авч одов. Тэгэхэд би доромжлолын нэрсээр дүүрэн, долоон толгой, арван эвэр бүхий час улаан араатан дээр суусан нэгэн эмэгтэйг үзэв. Илчлэлт 17:1–3.</w:t>
      </w:r>
    </w:p>
    <w:p>
      <w:pPr>
        <w:pStyle w:val="ArticleBody"/>
        <w:jc w:val="left"/>
      </w:pPr>
      <w:r>
        <w:rPr>
          <w:rFonts w:ascii="Times New Roman" w:hAnsi="Times New Roman" w:eastAsia="Times New Roman" w:cs="Times New Roman"/>
        </w:rPr>
        <w:t>Иоханы өөрийнх нь үгсээр бол “цөл” нь 538 оноос эхлэн 1798 онд төгсгөлийн цаг хүрэх хүртэл үргэлжилсэн папын засаглалын нэг мянга хоёр зуун жаран жилийг төлөөлдөг.</w:t>
      </w:r>
    </w:p>
    <w:p>
      <w:pPr>
        <w:pStyle w:val="ArticleScripture"/>
        <w:jc w:val="left"/>
      </w:pPr>
      <w:r>
        <w:rPr>
          <w:rFonts w:ascii="Times New Roman" w:hAnsi="Times New Roman" w:eastAsia="Times New Roman" w:cs="Times New Roman"/>
        </w:rPr>
        <w:t>Тэгээд тэр эмэгтэй цөл уруу зугтав. Тэнд Бурхан түүнд зориулан бэлтгэсэн нэгэн газар байсан бөгөөд тэнд түүнийг нэг мянга хоёр зуун жаран хоног тэжээх ёстой байв. … Тэгээд тэр эмэгтэйд агуу бүргэдийн хоёр жигүүр өгөгдсөн нь, тэрээр могойн нүүрнээс зайлан цөл дэх өөрийн газарт нисэн очиж, тэндээ нэгэн цаг, хоёр цаг, хагас цагийн турш тэжээгдэхийн тулд ажээ. Илчлэлт 12:6, 14.</w:t>
      </w:r>
    </w:p>
    <w:p>
      <w:pPr>
        <w:pStyle w:val="ArticleBody"/>
        <w:jc w:val="left"/>
      </w:pPr>
      <w:r>
        <w:rPr>
          <w:rFonts w:ascii="Times New Roman" w:hAnsi="Times New Roman" w:eastAsia="Times New Roman" w:cs="Times New Roman"/>
        </w:rPr>
        <w:t>Сүнсэнд Иохан папын засаглалын нэг мянга хоёр зуун жаран жилийн үе рүү аваачигдсан. Тэр жилүүд нь Иезебел, Ахаб, Елиа нарын түүхийн үеийн гурван жил хагасын ган гачгаар бэлгэдэгдсэн байв. Тэр жилүүд 1798 онд папын засаглал үхлийн шархаа авах хүртэл үргэлжлэх ёстой байсан. Учир нь энэ нь харийн шашин ба папын шашин хэмээх хоосруулагч хоёр хүчээр ариун газар болон цэрэг олонд учруулсан дайны төгсгөл болох анхны уур хилэнгийн төгсгөлд тохиолдохоор “тогтоогдсон” байсан юм. Эдгээр бүх баримт сүүлийн үеийн өгүүллүүдэд тайлбарлагдан тавигдсан билээ.</w:t>
      </w:r>
    </w:p>
    <w:p>
      <w:pPr>
        <w:pStyle w:val="ArticleBody"/>
        <w:jc w:val="left"/>
      </w:pPr>
      <w:r>
        <w:rPr>
          <w:rFonts w:ascii="Times New Roman" w:hAnsi="Times New Roman" w:eastAsia="Times New Roman" w:cs="Times New Roman"/>
        </w:rPr>
        <w:t>“Агуу янхан” гэдэг нь Исаиагийн Тирийн янхан бөгөөд тэр нь “нэг хааны өдрүүд” байсан бэлгэдэлт далан жилийн турш мартагдах ёстой байв. Америкийн Нэгдсэн Улсын түүх бол Библийн эш үзүүллэгийн анхны хаант улс болох Вавилоны ноёрхлын үед болсон олзлогдлын далан жилээр урьдчилан дүрслэгдсэн тэрхүү бэлгэдэлт далан жилийн түүх мөн. Тэрхүү түүхийн турш Тирийн агуу янхан мартагдах ёстой байв. Тэр түүхийн төгсгөлд тэр дахин санагдаж, ахин урагш гарч дуугаа дуулан, улмаар газрын хаадтай садарлан завхрах ёстой байлаа. Иохан папын засаглалын түүх рүү сүнслэгээр аваачигдсан нь папын эрх мэдлийн шүүлтийг харахын тулд байв. Садарлан завхрал үйлдсэн тахилчийн охины тухай шүүлт нь түүнийг галаар шатаах ёстой байсан явдал юм.</w:t>
      </w:r>
    </w:p>
    <w:p>
      <w:pPr>
        <w:pStyle w:val="ArticleScripture"/>
        <w:jc w:val="left"/>
      </w:pPr>
      <w:r>
        <w:rPr>
          <w:rFonts w:ascii="Times New Roman" w:hAnsi="Times New Roman" w:eastAsia="Times New Roman" w:cs="Times New Roman"/>
        </w:rPr>
        <w:t>Хэрэв ямар нэгэн тахилчийн охин биеэ бузарлан янханчлан садарлавал, тэр эцгээ бузарлаж буй хэрэг мөн; түүнийг галаар шатаана. Левит 21:9.</w:t>
      </w:r>
    </w:p>
    <w:p>
      <w:pPr>
        <w:pStyle w:val="ArticleBody"/>
        <w:jc w:val="left"/>
      </w:pPr>
      <w:r>
        <w:rPr>
          <w:rFonts w:ascii="Times New Roman" w:hAnsi="Times New Roman" w:eastAsia="Times New Roman" w:cs="Times New Roman"/>
        </w:rPr>
        <w:t>Долоон эцсийн гамшгийн нэгийг асгасан тэнгэрэлч нарын нэг нь Иоханд өгсөн агуу янхны шүүлтийн үзэгдэлд, тэр эмэгтэй галаар шатаагдсан байлаа.</w:t>
      </w:r>
    </w:p>
    <w:p>
      <w:pPr>
        <w:pStyle w:val="ArticleScripture"/>
        <w:jc w:val="left"/>
      </w:pPr>
      <w:r>
        <w:rPr>
          <w:rFonts w:ascii="Times New Roman" w:hAnsi="Times New Roman" w:eastAsia="Times New Roman" w:cs="Times New Roman"/>
        </w:rPr>
        <w:t>Чиний араатан дээр харсан арван эвэр бол янхныг үзэн ядах бөгөөд түүнийг эзгүйрүүлж, нүцгэлэн, махыг нь идэж, галаар шатаана. Илчлэлт 17:16.</w:t>
      </w:r>
    </w:p>
    <w:p>
      <w:pPr>
        <w:pStyle w:val="ArticleBody"/>
        <w:jc w:val="left"/>
      </w:pPr>
      <w:r>
        <w:rPr>
          <w:rFonts w:ascii="Times New Roman" w:hAnsi="Times New Roman" w:eastAsia="Times New Roman" w:cs="Times New Roman"/>
        </w:rPr>
        <w:t>Агуу янхан сууж буй уснууд нь ертөнцийн ард түмнүүд бөгөөд, Америкийн Нэгдсэн Улс бүх дэлхийг араатанд мөргүүлэхээр мэхэлж, тэр араатан нь мөнөөх агуу янхан мөн тул, тэд түүний эрх мэдлийн дор аваачигдах болно. Дараа нь Америкийн Нэгдсэн Улс Илчлэлт арван долоодугаар бүлгийн зөгнөлд дүрслэгдсэн арван хааны тэргүүлэх хаан болж, энэ дүрслэлд Америкийн Нэгдсэн Улс янхантай садарлан үйлдсэн анхны хааныг төлөөлдөг, хэдийгээр тэр эмэгтэй хожим бүх хаадтай тэр үйлдлийг гүйцэлдүүлэх болно.</w:t>
      </w:r>
    </w:p>
    <w:p>
      <w:pPr>
        <w:pStyle w:val="ArticleBody"/>
        <w:jc w:val="left"/>
      </w:pPr>
      <w:r>
        <w:rPr>
          <w:rFonts w:ascii="Times New Roman" w:hAnsi="Times New Roman" w:eastAsia="Times New Roman" w:cs="Times New Roman"/>
        </w:rPr>
        <w:t>Олон хаадын дундах анхны хааныг Ахаваар төлөөлүүлсэн бөгөөд тэрээр Тиатирагийн чуулганд Иезебелаар дүрслэгдсэн агуу янхантай гэрлэсэн байв. Иезебелийн (агуу янхан) шүүлтийг арван хаан гүйцэлдүүлэх бөгөөд тэднийг Америкийн Нэгдсэн Улсын хүчээр сүм ба төрийн холбоонд хүчээр оруулах болно. Тэдгээр хаад янханд үзэн ядалттай атлаа папын засаглалыг дэлхийг захирахыг (уснуудын дээр суухыг) зөвшөөрөх болно.</w:t>
      </w:r>
    </w:p>
    <w:p>
      <w:pPr>
        <w:pStyle w:val="ArticleScripture"/>
        <w:jc w:val="left"/>
      </w:pPr>
      <w:r>
        <w:rPr>
          <w:rFonts w:ascii="Times New Roman" w:hAnsi="Times New Roman" w:eastAsia="Times New Roman" w:cs="Times New Roman"/>
        </w:rPr>
        <w:t>Чиний харсан арван эвэр бол арван хаан мөн; тэд хараахан хаанчлал хүлээн аваагүй боловч араатантай хамт нэгэн цагийн турш хаадын адил эрх мэдэл хүлээн авна. Эдгээр нь нэгэн санаатай бөгөөд өөрсдийн хүч чадал, эрх мэдлээ араатанд өгнө. Тэд Хургантай дайн хийх бөгөөд Хурга тэднийг дийлнэ. Учир нь Тэр бол эздийн Эзэн, хаадын Хаан мөн. Түүнтэй хамт буй хүмүүс нь дуудагдсан, сонгогдсон, итгэлтэй хүмүүс юм. Тэгээд тэр надад айлдахдаа, “Чиний харсан, янхан эмэгтэйн суудаг уснууд бол ард түмнүүд, үй олон хүн, үндэстнүүд, хэлүүд мөн. Чиний араатан дээр харсан арван эвэр нь янхан эмэгтэйг үзэн ядаж, түүнийг эзгүйрүүлж нүцгэлэн, махыг нь идэж, галаар шатаана. Учир нь Бурханы үгс биелэгдэх хүртэл Өөрийн хүслийг гүйцэлдүүлэхийг, санал нэгтэй байхыг, мөн хаанчлалаа араатанд өгөхийг Бурхан тэдний зүрхэнд хийсэн билээ. Чиний харсан тэр эмэгтэй бол газрын хаадын дээр ноёрхдог агуу хот мөн” гэв. Илчлэлт 17:12–18.</w:t>
      </w:r>
    </w:p>
    <w:p>
      <w:pPr>
        <w:pStyle w:val="ArticleBody"/>
        <w:jc w:val="left"/>
      </w:pPr>
      <w:r>
        <w:rPr>
          <w:rFonts w:ascii="Times New Roman" w:hAnsi="Times New Roman" w:eastAsia="Times New Roman" w:cs="Times New Roman"/>
        </w:rPr>
        <w:t>“Арван хаад” (Нэгдсэн Үндэстний Байгууллага) нь үнэндээ папын засаглалыг үзэн яддаг боловч нөхцөл байдлын эрхээр, дэлхийг улам нэмэгдэж буй гай гамшгаас аврах гэсэн хий дэмий найдлагадаа, өөрсдийн богино наст хаанчлалыг папын эрх мэдэлд шилжүүлэхэд хүрдэг. Тэд түүний мэхлэлийг ухаарах үедээ, Левит ном дахь хуулийн биелэл болгон түүнийг галаар шатаах хэрэгсэл болдог.</w:t>
      </w:r>
    </w:p>
    <w:p>
      <w:pPr>
        <w:pStyle w:val="ArticleBody"/>
        <w:jc w:val="left"/>
      </w:pPr>
      <w:r>
        <w:rPr>
          <w:rFonts w:ascii="Times New Roman" w:hAnsi="Times New Roman" w:eastAsia="Times New Roman" w:cs="Times New Roman"/>
        </w:rPr>
        <w:t>“Арван хаад” Бурханы эцсийн өдрүүдийн ард түмэнд учруулдаг хавчлагаараа “Хургантай дайтаж” байна.</w:t>
      </w:r>
    </w:p>
    <w:p>
      <w:pPr>
        <w:pStyle w:val="ArticleScripture"/>
        <w:jc w:val="left"/>
      </w:pPr>
      <w:r>
        <w:rPr>
          <w:rFonts w:ascii="Times New Roman" w:hAnsi="Times New Roman" w:eastAsia="Times New Roman" w:cs="Times New Roman"/>
        </w:rPr>
        <w:t>Харийн үндэстнүүд юунд хилэгнэн, ард түмнүүд юунд дэмий хоосон зүйлийг сэтгэнэ вэ? Газрын хаад өөрсдийгөө сөрөн босгож, захирагчид хамтран зөвлөлдөж, ЭЗЭНий эсрэг, мөн Түүний Тослогдсоны эсрэг, “Тэдний хүлээсийг бид тас татан, тэдний уяаг өөрсдөөсөө хаяцгаая” хэмээнэ. Тэнгэрт Заларч Суугч инээмсэглэнэ; Эзэн тэднийг дооглон үзнэ. Дараа нь Тэр Өөрийн уур хилэнгээр тэдэнд айлдаж, Өөрийн ширүүн дүргүйцлээр тэднийг түгшээнэ. Дуулал 2:1–5.</w:t>
      </w:r>
    </w:p>
    <w:p>
      <w:pPr>
        <w:pStyle w:val="ArticleBody"/>
        <w:jc w:val="left"/>
      </w:pPr>
      <w:r>
        <w:rPr>
          <w:rFonts w:ascii="Times New Roman" w:hAnsi="Times New Roman" w:eastAsia="Times New Roman" w:cs="Times New Roman"/>
        </w:rPr>
        <w:t>Дэлхийн хаадын папын төлөө үйлдсэн тэр хавчлага нь мөн загалмай дээр Христийн эсрэг үйлдэгдсэн юм.</w:t>
      </w:r>
    </w:p>
    <w:p>
      <w:pPr>
        <w:pStyle w:val="ArticleScripture"/>
        <w:jc w:val="left"/>
      </w:pPr>
      <w:r>
        <w:rPr>
          <w:rFonts w:ascii="Times New Roman" w:hAnsi="Times New Roman" w:eastAsia="Times New Roman" w:cs="Times New Roman"/>
        </w:rPr>
        <w:t>Өөрийн зарц Давидын амаар Та: “Харь үндэстнүүд юунд хилэгнэн бужигнав? Ард түмнүүд юунд хоосон зүйлийг сэтгэв? Газрын хаад босож, захирагчид Эзэний эсрэг, Түүний Христийн эсрэг хамтран цуглав” хэмээн айлдсан билээ. Учир нь Та тосолсон Өөрийн ариун Хүү Есүсийн эсрэг үнэхээр Херод, Понти Пилат нар, харь үндэстнүүд болон Израилийн ард түмэнтэй хамт цугларсан юм. Энэ нь Таны мутар болон Таны зөвлөгөөний урьдчилан тогтоосон юуг ч гүйцэлдүүлэхийн тулд байлаа. Үйлс 4:25–28.</w:t>
      </w:r>
    </w:p>
    <w:p>
      <w:pPr>
        <w:pStyle w:val="ArticleBody"/>
        <w:jc w:val="left"/>
      </w:pPr>
      <w:r>
        <w:rPr>
          <w:rFonts w:ascii="Times New Roman" w:hAnsi="Times New Roman" w:eastAsia="Times New Roman" w:cs="Times New Roman"/>
        </w:rPr>
        <w:t>Христийг цовдлогдох үед Түүний эсрэг боссон “газрын хаад” нь Илчлэлт арван долоод гардаг “арван хаад”-ыг төлөөлдөг бөгөөд тэд Хургыг Түүний ард түмнийг хавчин мөшгөх замаар дахин дайтаж байна. Загалмай дээр эдгээр хаад нь Христийг “бүслэн хүрээлсэн” “хорон муу хүмүүсийн чуулган” байсан бөгөөд тэд эцсийн өдрүүдийн Түүний ард түмэнтэй ч мөн адил тийн үйлддэг.</w:t>
      </w:r>
    </w:p>
    <w:p>
      <w:pPr>
        <w:pStyle w:val="ArticleScripture"/>
        <w:jc w:val="left"/>
      </w:pPr>
      <w:r>
        <w:rPr>
          <w:rFonts w:ascii="Times New Roman" w:hAnsi="Times New Roman" w:eastAsia="Times New Roman" w:cs="Times New Roman"/>
        </w:rPr>
        <w:t>Учир нь ноход намайг хүрээлэн бүсэлсэн; хорон муу хүмүүсийн чуулган намайг бүчин авсан; тэд миний гар, хөлийг цоолсон. Би бүх ясаа тоолж чадна; тэд намайг ширтэн харж, гөлөрч байна. Тэд миний хувцсыг хоорондоо хувааж, миний өмсгөлийн төлөө шоджээ. Дуулал 22:16–18.</w:t>
      </w:r>
    </w:p>
    <w:p>
      <w:pPr>
        <w:pStyle w:val="ArticleBody"/>
        <w:jc w:val="left"/>
      </w:pPr>
      <w:r>
        <w:rPr>
          <w:rFonts w:ascii="Times New Roman" w:hAnsi="Times New Roman" w:eastAsia="Times New Roman" w:cs="Times New Roman"/>
        </w:rPr>
        <w:t>Агуу янхны дээр шүүлт авчирдаг арван хаан түүнийг галаар шатаадаг. Учир нь тэр өөрийгөө тахилчийн охин хэмээн зарладаг янхан мөн. Тэдгээр хаад мөн “ноход” хэмээн дүрслэгддэг бөгөөд арван хаад агуу янхныг зөвхөн галаар шатаагаад зогсохгүй, “түүний махыг идэх” болно. Иезебелийн үхэл нь түүнийг хананаас түлхэн унагаж, газарт цацагдан унасны дараа ноход ирж түүний махыг идсэнээр гүйцэлдсэн юм.</w:t>
      </w:r>
    </w:p>
    <w:p>
      <w:pPr>
        <w:pStyle w:val="ArticleScripture"/>
        <w:jc w:val="left"/>
      </w:pPr>
      <w:r>
        <w:rPr>
          <w:rFonts w:ascii="Times New Roman" w:hAnsi="Times New Roman" w:eastAsia="Times New Roman" w:cs="Times New Roman"/>
        </w:rPr>
        <w:t>Иехү Изреэлд ирж очиход Иезебел үүнийг сонсов; тэгээд тэр нүүрээ будаж, үс гэзгээ засаж, цонхоор харав. Иехү хаалгаар орж ирэх үед тэр, «Эзнээ хөнөөсөн Зимрид амар тайван байсан уу?» гэв. Тэр нүүрээ цонх өөд өргөн, «Миний талд хэн байна вэ? Хэн?» гэж хэлэв. Тэгэхэд түүн рүү хоёр буюу гурван тайган цонхоор харав. Тэр, «Түүнийг доош нь шид» гэв. Ийнхүү тэд түүнийг доош шидэхэд, түүний цуснаас зарим нь ханан дээр болон морьд дээр цацагдав; тэр түүнийг хөл дороо гишгэлэв. Тэгээд тэр дотогш орж, идэж уун, «Одоо очиж, энэ хараагдсан эмэгтэйг үзээд, оршуул; учир нь тэр хааны охин» гэв. Тэд түүнийг оршуулахаар явсан боловч, гавлын яс, хөл, гарын алга хоёроос нь өөр юу ч олсонгүй. Тиймээс тэд буцан ирж, түүнд мэдэгдэв. Тэгэхэд тэр, «Энэ бол ЭЗЭНий үг мөн. Тэр үүнийг Өөрийн зарц тишбит Елиагаар дамжуулан айлдахдаа: “Изреэлийн нутагт ноход Иезебелийн махыг иднэ. Иезебелийн хүүр Изреэлийн нутаг дахь талбайн хөрсөн дээр бууц адил болно; тийнхүү хүмүүс ‘Энэ бол Иезебел’ гэж хэлж чадахгүй болно” гэсэн билээ» гэв. Хаадын дэд 9:30–37.</w:t>
      </w:r>
    </w:p>
    <w:p>
      <w:pPr>
        <w:pStyle w:val="ArticleBody"/>
        <w:jc w:val="left"/>
      </w:pPr>
      <w:r>
        <w:rPr>
          <w:rFonts w:ascii="Times New Roman" w:hAnsi="Times New Roman" w:eastAsia="Times New Roman" w:cs="Times New Roman"/>
        </w:rPr>
        <w:t>Нэгдсэн Үндэстний Байгууллагыг төлөөлөх арван хаад, тэдгээрийн тэргүүлэх хаан нь АНУ бөгөөд, папын засаглал дээр шүүлт авчирч, түүнийг галаар шатаан махыг нь идэх болно. Тэрхүү шүүлтийг харуулахын тулд тэнгэрэлч Иоханд ирсэн бөгөөд үүнийг хийхийн тулд Иоханыг цөлийн үеийн түүх рүү авч орсон юм. Гэвч энэ нь цөлийн түүхэн дэх санамсаргүй нэгэн цэг рүү бус, харин тэр үеийн яг төгсгөл рүү байсан юм. Иохан нэг мянга хоёр зуун жаран жилийн төгсгөлд тавигдсан нь илэрхий, учир нь тэр эмэгтэйг харах үедээ тэр аль хэдийн хавчлагын цусанд согтсон бөгөөд аль хэдийн янхан эмсийн эх хэмээн танигдсан байв.</w:t>
      </w:r>
    </w:p>
    <w:p>
      <w:pPr>
        <w:pStyle w:val="ArticleScripture"/>
        <w:jc w:val="left"/>
      </w:pPr>
      <w:r>
        <w:rPr>
          <w:rFonts w:ascii="Times New Roman" w:hAnsi="Times New Roman" w:eastAsia="Times New Roman" w:cs="Times New Roman"/>
        </w:rPr>
        <w:t>Тэгээд тэр намайг Сүнсээр эзгүй хээр уруу аваачив. Би доромжлолын нэрсээр дүүрэн, долоон толгой, арван эвэр бүхий час улаан өнгийн араатан дээр суусан нэгэн эмэгтэйг харлаа. Тэр эмэгтэй нил ягаан болон час улаан өнгөөр хувцаслаж, алт, үнэт чулуу, сувдаар гоёж чимэглэгдсэн бөгөөд гартаа өөрийн садар самууны жигшүүрт зүйлс ба бузрыг дүүргэсэн алтан аяга барьж байв. Түүний духан дээр, НУУЦ, АГУУ ВАВИЛОН, ЯНХНУУД БА ГАЗРЫН ЖИГШҮҮРТ ЗҮЙЛСИЙН ЭХ гэсэн нэр бичээстэй байлаа. Би тэр эмэгтэйг ариун хүмүүсийн цусанд, мөн Есүсийн гэрчүүдийн цусанд согтсон байхыг харлаа. Түүнийг хараад би үлэмж гайхан биширэв. Илчлэл 17:3–6.</w:t>
      </w:r>
    </w:p>
    <w:p>
      <w:pPr>
        <w:pStyle w:val="ArticleBody"/>
        <w:jc w:val="left"/>
      </w:pPr>
      <w:r>
        <w:rPr>
          <w:rFonts w:ascii="Times New Roman" w:hAnsi="Times New Roman" w:eastAsia="Times New Roman" w:cs="Times New Roman"/>
        </w:rPr>
        <w:t>Илчлэлт арван долдугаар бүлэгт дүрслэгдсэн “агуу янхан” мөн болох Тирийн янхан нь, дахин өөрийн дуунуудыг дуулж, газрын хаадтай завхайрах цаг иртэл мартагдах ёстой байв.</w:t>
      </w:r>
    </w:p>
    <w:p>
      <w:pPr>
        <w:pStyle w:val="ArticleBody"/>
        <w:jc w:val="left"/>
      </w:pPr>
      <w:r>
        <w:rPr>
          <w:rFonts w:ascii="Times New Roman" w:hAnsi="Times New Roman" w:eastAsia="Times New Roman" w:cs="Times New Roman"/>
        </w:rPr>
        <w:t>1950 оноос өмнө хэвлэгдсэн аливаа нэр хүндтэй толь бичигт Илчлэлт арван долоодугаар бүлэгт час улаан өнгөөр гоёсон эмэгтэй нь Ромын Католик сүмийн бэлгэдэл мөн гэдгийг тэмдэглэсэн байдаг; харин өнөөдөр дэлхий Католик сүмийг Христийн сүм гэж үздэг. Дэлхий түүнийг үнэндээ хэн болохыг мартжээ.</w:t>
      </w:r>
    </w:p>
    <w:p>
      <w:pPr>
        <w:pStyle w:val="ArticleBody"/>
        <w:jc w:val="left"/>
      </w:pPr>
      <w:r>
        <w:rPr>
          <w:rFonts w:ascii="Times New Roman" w:hAnsi="Times New Roman" w:eastAsia="Times New Roman" w:cs="Times New Roman"/>
        </w:rPr>
        <w:t>Иохан түүнийг үзэх үед Харанхуй зууны үеийн хавчлага төгсгөлдөө хүрсэн байв, учир нь тэр аль хэдийн ариун хүмүүсийн цусаар согтсон байсан. Биеийн ердийн байдал нь сүнслэгийг дүрслэн харуулдаг бөгөөд хүн уусныхаа дараа согтдог болохоос, түүнээс өмнө биш.</w:t>
      </w:r>
    </w:p>
    <w:p>
      <w:pPr>
        <w:pStyle w:val="ArticleBody"/>
        <w:jc w:val="left"/>
      </w:pPr>
      <w:r>
        <w:rPr>
          <w:rFonts w:ascii="Times New Roman" w:hAnsi="Times New Roman" w:eastAsia="Times New Roman" w:cs="Times New Roman"/>
        </w:rPr>
        <w:t>1798 оноос хэдэн зууны өмнө Католик шашнаас тасран гарсан Протестантууд 1798 он гэхэд аль хэдийн Католик нөхөрлөл рүүгээ буцах аяллаа эхлүүлсэн байсан; учир нь тэр эмэгтэй “ЯНХНУУДЫН ЭХ” хэмээн тодорхойлогдсон байв. Иохан түүнийг харж гайхсан үед урьд нь түүний нөхөрлөлөөс салсан байсан чуулганууд хэдийнээ буцан ирсэн байлаа. Ийнхүү Иохан 1798 он руу аваачигдсан бөгөөд тэр үед агуу янхан хэдийнээ сая сая Христэд итгэгчдийг хөнөөсөн байсан төдийгүй, мөн 533 онд Юстинианы тодорхойлсончлон өөрийгөө чуулгануудын тэргүүн хэмээх түүний ихэд бардам нэхэмжлэлийг хүлээн зөвшөөрүүлэхээр урьдын Протестант чуулгануудыг хэдийнээ мэхлэн татсан байв.</w:t>
      </w:r>
    </w:p>
    <w:p>
      <w:pPr>
        <w:pStyle w:val="ArticleBody"/>
        <w:jc w:val="left"/>
      </w:pPr>
      <w:r>
        <w:rPr>
          <w:rFonts w:ascii="Times New Roman" w:hAnsi="Times New Roman" w:eastAsia="Times New Roman" w:cs="Times New Roman"/>
        </w:rPr>
        <w:t>1798 оны эш үзүүллэгийн өнцгөөс харахад, тэнгэрэлч дараа нь Иоханд Библийн эш үзүүллэг дэх хаанчлалуудын сүүлчийн дүрслэлийг үзүүлэв.</w:t>
      </w:r>
    </w:p>
    <w:p>
      <w:pPr>
        <w:pStyle w:val="ArticleScripture"/>
        <w:jc w:val="left"/>
      </w:pPr>
      <w:r>
        <w:rPr>
          <w:rFonts w:ascii="Times New Roman" w:hAnsi="Times New Roman" w:eastAsia="Times New Roman" w:cs="Times New Roman"/>
        </w:rPr>
        <w:t>Тэгээд тэнгэрэлч надад — Чи юунд гайхав? Би чамд тэр эмэгтэйн нууцыг, мөн түүнийг унаж яваа, долоон толгой, арван эвэр бүхий араатны нууцыг хэлж өгье. Чиний харсан араатан байсан, одоо байхгүй; гэвч ёроолгүй ангал дотроос гарч ирээд мөхөл уруугаа явна. Газар дэлхий дээр оршин суугчид, ертөнцийн сууриас хойш нэрс нь амийн номд бичигдээгүй хүмүүс, байсан, одоо байхгүй, атлаа мөн байгаа тэр араатныг хараад гайхах болно. Энд мэргэн ухаантай оюун ухаан байна. Долоон толгой нь эмэгтэй сууж буй долоон уул мөн. Мөн долоон хаан байна: тэднээс тав нь унасан, нэг нь байна, нөгөө нь хараахан ирээгүй; харин ирэхдээ тэрээр түр зуур орших ёстой. Байсан, одоо байхгүй тэр араатан өөрөө найм дахь нь бөгөөд долоон дотроос гарсан нэгэн мөн, тэгээд мөхөл уруугаа явна. Чиний харсан арван эвэр бол хараахан хаанчлал аваагүй арван хаан мөн; харин тэд араатантай хамт нэгэн цагийн турш хаадын адил эрх мэдлийг хүлээн авна. Илчлэл 17:7–12.</w:t>
      </w:r>
    </w:p>
    <w:p>
      <w:pPr>
        <w:pStyle w:val="ArticleBody"/>
        <w:jc w:val="left"/>
      </w:pPr>
      <w:r>
        <w:rPr>
          <w:rFonts w:ascii="Times New Roman" w:hAnsi="Times New Roman" w:eastAsia="Times New Roman" w:cs="Times New Roman"/>
        </w:rPr>
        <w:t>Библийн эш үзүүллэгт “араатан” гэдэг нь хаант улс мөн бөгөөд үүнийг Даниелын долоо, наймдугаар бүлгүүдэд төвөггүйгээр таньж болно. Тэнгэрэлч Иоханд илчилж буй нууц нь араатан болон тэрхүү араатныг унасан эмэгтэйн нууц юм. Араатан дээрх эмэгтэй бол газрын хаадтай завхайрлыг үйлддэг агуу янхан мөн. Тэр бол Иезебел бөгөөд түүний нөхөр нь Ахаб юм.</w:t>
      </w:r>
    </w:p>
    <w:p>
      <w:pPr>
        <w:pStyle w:val="ArticleScripture"/>
        <w:jc w:val="left"/>
      </w:pPr>
      <w:r>
        <w:rPr>
          <w:rFonts w:ascii="Times New Roman" w:hAnsi="Times New Roman" w:eastAsia="Times New Roman" w:cs="Times New Roman"/>
        </w:rPr>
        <w:t>Иймээс эр хүн эцэг, эхээ орхиж, эхнэртэйгээ нийлнэ; тэд нэг махбод болно. Эхлэл 2:24.</w:t>
      </w:r>
    </w:p>
    <w:p>
      <w:pPr>
        <w:pStyle w:val="ArticleBody"/>
        <w:jc w:val="left"/>
      </w:pPr>
      <w:r>
        <w:rPr>
          <w:rFonts w:ascii="Times New Roman" w:hAnsi="Times New Roman" w:eastAsia="Times New Roman" w:cs="Times New Roman"/>
        </w:rPr>
        <w:t>Эр хүн бол эр хүн, эмэгтэй хүн бол эмэгтэй хүн; харин хамтдаа тэд нэг махбод мөн. Араатны нууц нь сүм ба төрийн нэгдэлд оршдог бөгөөд энэ нь эмэгтэй (сүм) ба араатан (хаад)-ы нийлэмж бөгөөд тэд хоёр хэсгээс бүрдэх нэгэн хаанчлал юм. Төрийн арга ухаан ба сүмийн арга ухаан нэгдэн, харилцаанд эмэгтэй нь ноёрхож буй нь “араатны дүр” мөн. Эмэгтэй нь харилцааг захирч буй нэгэн тул Иоханд түүнийг араатан өргөн яваа байдлаар үзүүлдэг.</w:t>
      </w:r>
    </w:p>
    <w:p>
      <w:pPr>
        <w:pStyle w:val="ArticleScripture"/>
        <w:jc w:val="left"/>
      </w:pPr>
      <w:r>
        <w:rPr>
          <w:rFonts w:ascii="Times New Roman" w:hAnsi="Times New Roman" w:eastAsia="Times New Roman" w:cs="Times New Roman"/>
        </w:rPr>
        <w:t>Мөн чи харсан тэр эмэгтэй бол газрын хаадын дээр ноёрхож буй өнөөх агуу хот мөн. Илчлэл 17:18.</w:t>
      </w:r>
    </w:p>
    <w:p>
      <w:pPr>
        <w:pStyle w:val="ArticleBody"/>
        <w:jc w:val="left"/>
      </w:pPr>
      <w:r>
        <w:rPr>
          <w:rFonts w:ascii="Times New Roman" w:hAnsi="Times New Roman" w:eastAsia="Times New Roman" w:cs="Times New Roman"/>
        </w:rPr>
        <w:t>Араатан ба эмэгтэй хамтаараа нэгэн хаанчлалыг (нэг махбод) төлөөлдөг боловч, тэнгэрэлч газрын хаадтай агуу янхны харилцааг онцлон тэмдэглэж байна. “Байсан, одоо байхгүй” тэрхүү “ёроолгүй гүнээс гарч ирээд, мөхөл рүү явах” араатан, мөн “газар дээр оршин суугчид гайхан дагах” тэрхүү зүйл нь агуу янхны үхлийн шарх эдгэсэн үед пап ламын эрх мэдэл мөн. Тэрээр Библийн эш үзүүллэгийн тав дахь хаанчлал “байсан” боловч, 1798 онд түүнд үхлийн шарх ирэх нь “тогтоогдсон” байв.</w:t>
      </w:r>
    </w:p>
    <w:p>
      <w:pPr>
        <w:pStyle w:val="ArticleBody"/>
        <w:jc w:val="left"/>
      </w:pPr>
      <w:r>
        <w:rPr>
          <w:rFonts w:ascii="Times New Roman" w:hAnsi="Times New Roman" w:eastAsia="Times New Roman" w:cs="Times New Roman"/>
        </w:rPr>
        <w:t>Иохан 1798 он руу сүнслэгээр аваачигдах үед тэрээр араатан “биш” байсан бөгөөд удалгүй ирэх Ням гаргийн хуулиар төгсөх бэлгэдэлт далан жилийн эцэст түүний үхлийн шарх эдгэхэд тэрээр дахин “байж”, амьдран, дуугаа дуулж, садар самууныг үйлдэн, Христэд итгэгчдийг алж байна.</w:t>
      </w:r>
    </w:p>
    <w:p>
      <w:pPr>
        <w:pStyle w:val="ArticleBody"/>
        <w:jc w:val="left"/>
      </w:pPr>
      <w:r>
        <w:rPr>
          <w:rFonts w:ascii="Times New Roman" w:hAnsi="Times New Roman" w:eastAsia="Times New Roman" w:cs="Times New Roman"/>
        </w:rPr>
        <w:t>Арван долдугаар бүлэг нь Библийн зөгнөлийн хаанчлалуудын тухай өгүүлсэн сүүлчийн танилцуулга бөгөөд иймээс Библийн зөгнөлийн хаанчлалуудын тухай анхны дурдатгалтайгаа нийцэж байх ёстой. Эдгээр хаанчлалуудын тухай анхны дурдатгал нь Даниелын хоёрдугаар бүлэгт байдаг бөгөөд Хабаккукийн “үзэгдлийг бичиж, самбарууд дээр ойлгомжтойгоор ил тод болго” гэсэн тушаалыг биелүүлсэн хоёр зурагт хүснэгтийн аль алинд нь дүрслэгдсэн байдаг.</w:t>
      </w:r>
    </w:p>
    <w:p>
      <w:pPr>
        <w:pStyle w:val="ArticleBody"/>
        <w:jc w:val="left"/>
      </w:pPr>
      <w:r>
        <w:rPr>
          <w:rFonts w:ascii="Times New Roman" w:hAnsi="Times New Roman" w:eastAsia="Times New Roman" w:cs="Times New Roman"/>
        </w:rPr>
        <w:t>Миллерийн хөдөлгөөнийхөн Даниелын номын хоёр, долоо, наймдугаар бүлгүүдэд дүрслэгдсэн Библийн эш үзүүллэгийн хаанчлалуудын тухай ойлголтдоо зөв байсан, гэвч тэдний ойлголт бүрэн бус байв. Даниелын номын хоёрдугаар бүлгийн тухай Миллерийн эрдэнэ нь эцсийн өдрүүдэд арав дахин илүү тод гялалздаг, учир нь энэ нь Библийн эш үзүүллэгийн хаанчлалуудын зөвхөн анхны дурдалыг төдийгүй, мөн найм дахь нь долооны дотроос болохыг илчлэх илчлэлийн анхны дурдалыг тодорхойлдог гэж хүлээн зөвшөөрөгддөг. Есүс аливаа зүйлийн төгсгөлийг үргэлж түүний эхлэлээр дүрслэн харуулдаг.</w:t>
      </w:r>
    </w:p>
    <w:p>
      <w:pPr>
        <w:pStyle w:val="ArticleBody"/>
        <w:jc w:val="left"/>
      </w:pPr>
      <w:r>
        <w:rPr>
          <w:rFonts w:ascii="Times New Roman" w:hAnsi="Times New Roman" w:eastAsia="Times New Roman" w:cs="Times New Roman"/>
        </w:rPr>
        <w:t>Бүх эш үзүүлэгчид эцсийн өдрүүдийн тухай өгүүлж байгаа бөгөөд Илчлэлт номын арван долоодугаар бүлэгт Иохан “байсан, одоо үгүй, мөн ёроолгүй ангалын гүнээс гарч ирээд сүйрэл уруу одох араатан”-ыг дүрслэн үзүүлэхдээ дэлхий дээрх сүүлчийн хаант улсыг тодорхойлж байна. Тэр араатан “ёроолгүй ангал”-аас гарч ирдэг бөгөөд энэ нь “сатаны хүчний шинэ илрэл”-ийн бэлгэдэл юм.</w:t>
      </w:r>
    </w:p>
    <w:p>
      <w:pPr>
        <w:pStyle w:val="ArticleScripture"/>
        <w:jc w:val="left"/>
      </w:pPr>
      <w:r>
        <w:rPr>
          <w:rFonts w:ascii="Times New Roman" w:hAnsi="Times New Roman" w:eastAsia="Times New Roman" w:cs="Times New Roman"/>
        </w:rPr>
        <w:t>“‘Тэд гэрчлэлээ дуусгах [дуусгаж байх] үедээ.’ Хоёр гэрч тааран хувцас өмсөн эш үзүүлэх ёстой байсан хугацаа 1798 онд төгссөн. Тэдний бүдэг байдал дунд үйлчлэлээ дуусгах цаг ойртож байх үед, “ёроолгүй ангалын ёроолоос гарч ирдэг араатан” хэмээн дүрслэгдсэн хүч тэдний эсрэг дайн хийх ёстой байв. Европын олон үндэстэнд Сүм ба Төрд ноёрхож байсан эрх мэдлүүд олон зууны турш папын засаглалаар дамжин Сатаны хяналтад байжээ. Харин энд Сатаны хүчний шинэ илрэл үзэгдэлд авчирч тавигдаж байна.” Агуу тэмцэл, 268.</w:t>
      </w:r>
    </w:p>
    <w:p>
      <w:pPr>
        <w:pStyle w:val="ArticleBody"/>
        <w:jc w:val="left"/>
      </w:pPr>
      <w:r>
        <w:rPr>
          <w:rFonts w:ascii="Times New Roman" w:hAnsi="Times New Roman" w:eastAsia="Times New Roman" w:cs="Times New Roman"/>
        </w:rPr>
        <w:t>Зарим теологичид Илчлэлт арван нэгд гардаг “ёроолгүй ангалнаас гарч ирдэг араатан”-ыг тухайн эшлэлд Францын хувьсгалын атеизм хэмээн тодорхойлсон тул “ёроолгүй ангал” гэсэн хэллэг нь атеизмын бэлгэдэл мөн гэж маргах болно. Гэвч Илчлэлт есд Ислам “ёроолгүй ангал”-аас гарч ирсэн бөгөөд Ислам нь атеизм биш юм. Ёроолгүй ангал нь сатанлаг илрэлийг төлөөлдөг.</w:t>
      </w:r>
    </w:p>
    <w:p>
      <w:pPr>
        <w:pStyle w:val="ArticleScripture"/>
        <w:jc w:val="left"/>
      </w:pPr>
      <w:r>
        <w:rPr>
          <w:rFonts w:ascii="Times New Roman" w:hAnsi="Times New Roman" w:eastAsia="Times New Roman" w:cs="Times New Roman"/>
        </w:rPr>
        <w:t>“Би түүнд Эзэн надад үзэгдлээр месмеризм нь чөтгөрөөс, ёроолгүй ангалын ёроолоос гарсан болохыг, мөн түүнийг үргэлжлүүлэн хэрэглэсээр байх хүмүүсийн хамт удалгүй тийшээ очих болно гэдгийг харуулсан гэж хэлсэн.” Review and Herald, July 21, 1851.</w:t>
      </w:r>
    </w:p>
    <w:p>
      <w:pPr>
        <w:pStyle w:val="ArticleBody"/>
        <w:jc w:val="left"/>
      </w:pPr>
      <w:r>
        <w:rPr>
          <w:rFonts w:ascii="Times New Roman" w:hAnsi="Times New Roman" w:eastAsia="Times New Roman" w:cs="Times New Roman"/>
        </w:rPr>
        <w:t>“Чөтгөрөөс” ирсэн аливаа зүйл бол “ёроолгүй гүнээс” ирсэн зүйл мөн. Илчлэл арван долоодугаар бүлэгт ёроолгүй гүнээс өгсөж гарч ирдэг араатан нь сөнөл рүү очих хүч бөгөөд нэрс нь номд бичигдээгүй хүмүүс түүнийг даган гайхан биширнэ. “Сөнөл” гэдэг нь мөнхийн яллалт гэсэн утгатай бөгөөд Илчлэлд араатныг хаядаг газар болох “галт нуур”-аар дүрслэгдсэн байдаг.</w:t>
      </w:r>
    </w:p>
    <w:p>
      <w:pPr>
        <w:pStyle w:val="ArticleScripture"/>
        <w:jc w:val="left"/>
      </w:pPr>
      <w:r>
        <w:rPr>
          <w:rFonts w:ascii="Times New Roman" w:hAnsi="Times New Roman" w:eastAsia="Times New Roman" w:cs="Times New Roman"/>
        </w:rPr>
        <w:t>Тэгээд араатан баригдаж, түүний өмнө тэмдгүүдийг үйлдэн, араатны тамгыг хүлээн авсан болон түүний дүрсэнд мөргөсөн хүмүүсийг түүгээрээ мэхэлсэн хуурамч эш үзүүлэгч түүнтэй хамт баригдав. Тэд хоёул амьдаараа хүхэр дүрэлзэн шатах гал нуурт хаягдав. Илчлэлт 19:20.</w:t>
      </w:r>
    </w:p>
    <w:p>
      <w:pPr>
        <w:pStyle w:val="ArticleBody"/>
        <w:jc w:val="left"/>
      </w:pPr>
      <w:r>
        <w:rPr>
          <w:rFonts w:ascii="Times New Roman" w:hAnsi="Times New Roman" w:eastAsia="Times New Roman" w:cs="Times New Roman"/>
        </w:rPr>
        <w:t>Арван гуравдугаар бүлэгт далайгаас гарч ирдэг эхний араатан, буюу Уайт эгч шууд папын засаглал хэмээн тодорхойлон тэмдэглэсэн тэрхүү араатан илэрхийлэгддэг. Тэр хэсэгт дэлхий нийтээрээ папын араатныг гайхан дагадаг.</w:t>
      </w:r>
    </w:p>
    <w:p>
      <w:pPr>
        <w:pStyle w:val="ArticleScripture"/>
        <w:jc w:val="left"/>
      </w:pPr>
      <w:r>
        <w:rPr>
          <w:rFonts w:ascii="Times New Roman" w:hAnsi="Times New Roman" w:eastAsia="Times New Roman" w:cs="Times New Roman"/>
        </w:rPr>
        <w:t>Тэгээд би түүний нэгэн толгой нь үхтлээ шархадсан мэт байгааг харлаа; харин түүний үхлийн шарх эдгэрчээ: бөгөөд бүх дэлхий араатныг гайхан дагав. Илчлэлт 13:13.</w:t>
      </w:r>
    </w:p>
    <w:p>
      <w:pPr>
        <w:pStyle w:val="ArticleBody"/>
        <w:jc w:val="left"/>
      </w:pPr>
      <w:r>
        <w:rPr>
          <w:rFonts w:ascii="Times New Roman" w:hAnsi="Times New Roman" w:eastAsia="Times New Roman" w:cs="Times New Roman"/>
        </w:rPr>
        <w:t>Илчлэл арван долоодугаар бүлэгт “дэлхий дээр оршин суугчид гайхан дагах” хэмээн өгүүлэгдсэн араатан нь, тун удахгүй гарах Ням гаргийн хуулийн үед папын засгийн үхлийн шарх эдгэрэхэд илрэх сатанлаг хүчний эцсийн илрэл мөн. Арван долоодугаар бүлэг дэх эмэгтэй болон түүний унаж буй араатны эш үзүүллэгийн шинж бүр нь, 1950 оноос өмнө хэвлэгдсэн толь бичгүүдийн тодорхойлж байсанчлан, Ромын сүмийг заан таниулдаг.</w:t>
      </w:r>
    </w:p>
    <w:p>
      <w:pPr>
        <w:pStyle w:val="ArticleBody"/>
        <w:jc w:val="left"/>
      </w:pPr>
      <w:r>
        <w:rPr>
          <w:rFonts w:ascii="Times New Roman" w:hAnsi="Times New Roman" w:eastAsia="Times New Roman" w:cs="Times New Roman"/>
        </w:rPr>
        <w:t>Илчлэлт арван долоод гардаг араатан нь араатны дүр болох сүм ба төрийн нэгдлийн бэлгэдэл юм. Долоон толгой, арван эвэртэй араатан нь арван хаадаас бүрэлдсэн хаанчлал (Нэгдсэн Үндэстний Байгууллага) бөгөөд түүний дээр эмэгтэй сууж, түүнийг захирдаг. Тэр эмэгтэй нь янхануудын эх, агуу Вавилон хэмээн тодорхойлогддог папын засаглал мөн. Эдгээр бэлгэдлүүдийг таньж тогтоосны дараа бид 1798 он руу буцан очиж болно; энэ нь Иохан Библийн эш үзүүллэгийн хаанчлалуудын сүүлчийн дүрслэлийг хүлээн авахын тулд аваачигдсан түүхэн цэг юм.</w:t>
      </w:r>
    </w:p>
    <w:p>
      <w:pPr>
        <w:pStyle w:val="ArticleBody"/>
        <w:jc w:val="left"/>
      </w:pPr>
      <w:r>
        <w:rPr>
          <w:rFonts w:ascii="Times New Roman" w:hAnsi="Times New Roman" w:eastAsia="Times New Roman" w:cs="Times New Roman"/>
        </w:rPr>
        <w:t>Бид дараагийн өгүүлэлд тэдгээр хаант улсууд болон Даниелын хоёрдугаар бүлэгт тэдгээрийг хэрхэн дүрсэлснийг авч үзнэ.</w:t>
      </w:r>
    </w:p>
    <w:p>
      <w:pPr>
        <w:pStyle w:val="ArticleScripture"/>
        <w:jc w:val="left"/>
      </w:pPr>
      <w:r>
        <w:rPr>
          <w:rFonts w:ascii="Times New Roman" w:hAnsi="Times New Roman" w:eastAsia="Times New Roman" w:cs="Times New Roman"/>
        </w:rPr>
        <w:t>“Үйл явдлын тайзнаа гарч ирсэн үндэстэн бүрт ‘Харагч ба Ариун Нэгэний’ зорилгыг биелүүлэх эсэх нь илэрхий харагдахын тулд газар дэлхий дээр өөрийн байр суурийг эзлэх боломж олгогдсон билээ.” Зөгнөл нь дэлхийн агуу их эзэнт гүрнүүд болох Вавилон, Мидо-Перс, Грек, Ромын мандан бадарч, унан доройтсоныг мөрдөн тэмдэглэсэн байдаг. Эдгээрийн нэг бүрийн хувьд, бага хүч чадалтай үндэстнүүдийн адил, түүх давтагдсан. Тус бүр сорилтынхаа үеийг туулсан, тус бүр бүтэлгүйтсэн, сүр жавхлан нь бүдгэрсэн, хүч чадал нь арилсан, байр суурийг нь өөр нэгэн эзэлсэн юм.</w:t>
      </w:r>
    </w:p>
    <w:p>
      <w:pPr>
        <w:pStyle w:val="ArticleScripture"/>
        <w:jc w:val="left"/>
      </w:pPr>
      <w:r>
        <w:rPr>
          <w:rFonts w:ascii="Times New Roman" w:hAnsi="Times New Roman" w:eastAsia="Times New Roman" w:cs="Times New Roman"/>
        </w:rPr>
        <w:t>“Үндэстнүүд Бурханы зарчмуудыг няцааж, тэрхүү няцаалтаараа өөрсдийн сүйрлийг үйлдэж байсан хэдий ч, бүх тэдний хөдөлгөөнөөр дамжин тэнгэрлэг, бүхнийг захирах зорилго хэрэгжиж байсан нь илэрхий хэвээр байв.” Боловсрол,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Зургаа</dc:title>
  <dc:subject>Илчлэлт 17-ын нууцыг тайлах нь: Агуу янхан ба араатны тухай эцсийн эш үзүүллэг</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