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Тавин Долоо Дугаар</w:t>
      </w:r>
    </w:p>
    <w:p>
      <w:pPr>
        <w:pStyle w:val="ArticleSubtitle"/>
        <w:jc w:val="left"/>
      </w:pPr>
      <w:r>
        <w:rPr>
          <w:rFonts w:ascii="Arial" w:hAnsi="Arial" w:eastAsia="Arial" w:cs="Arial"/>
        </w:rPr>
        <w:t>Илчлэл номын эш үзүүллэгийн нууцуудыг нээн илчлэх нь: Эцсийн цаг үеийн эш үзүүллэгүүдээр хийх аялал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Бүх эш үзүүлэгчид дэлхийн төгсгөлийн талаар өгүүлдэг бөгөөд бүх эш үзүүллэг Илчлэлтийн номд нийлж, тэндээ төгсөнө. Илчлэлтийн номд Даниелын номд гардагтай адил шугам үргэлжилдэг, учир нь тэд нэг л ном мөн. Эдгээр эш үзүүллэгийн бүх зарчим өмнөх өгүүллүүдэд баттай тэмдэглэгдэн үлдээсэн билээ. Илчлэлтийн номд сорилтын хугацаа хаагдахын яг өмнө лацлагдсан байсан нэгэн эш үзүүллэг нээгддэг тухай бидэнд мэдүүлсэн байдаг. Эдгээр өгүүлэл нь одоо нээгдэж буй Илчлэлтийн ном дахь мэдээтэй холбоотой эш үзүүллэгийн бүрэлдэхүүн хэсгүүдийг тайлбарлан гаргаж ирсэн юм. Энэ мэдээ нь ганцхан эш үзүүллэгийн үнэн биш бөгөөд нээгдэж буй уг мэдээний бүрэлдэхүүн бүр нь Есүс Христийн Илчлэлийн ангилалд хамаардаг.</w:t>
      </w:r>
    </w:p>
    <w:p>
      <w:pPr>
        <w:pStyle w:val="ArticleBody"/>
        <w:jc w:val="left"/>
      </w:pPr>
      <w:r>
        <w:rPr>
          <w:rFonts w:ascii="Times New Roman" w:hAnsi="Times New Roman" w:eastAsia="Times New Roman" w:cs="Times New Roman"/>
        </w:rPr>
        <w:t>Мэдээ нь “цаг ойртсон” үед, нигүүлслийн хугацаа хаагдахын яг өмнөхөн лацгүй болдог. Даниел ба Илчлэл номууд, Зөгнөлийн Сүнсний бичвэрүүд дэх тайлбартай хамт, эш үзүүллэгийн мэдээг лацгүй болгох үйл явцын талаар маш тодорхой өгүүлдэг. Лацгүй болгохыг Иудагийн овгийн Арслан гүйцэлдүүлдэг бөгөөд тэр үүнийг хийхдээ мэдээг толилуулах тогтолцоот аргыг хэрэглэдэг. Тэрээр долоон лацаар лацлагдсан Библийг барьж буйгаар дүрслэгдсэн Эцгээс мэдээг хүлээн авдаг. Иудагийн овгийн Арслан, мөн Давидын үндэс бөгөөд нядлагдсан Хурга мөн болох Тэр, номыг Эцгээс авч, лацуудыг нь тайлдаг.</w:t>
      </w:r>
    </w:p>
    <w:p>
      <w:pPr>
        <w:pStyle w:val="ArticleBody"/>
        <w:jc w:val="left"/>
      </w:pPr>
      <w:r>
        <w:rPr>
          <w:rFonts w:ascii="Times New Roman" w:hAnsi="Times New Roman" w:eastAsia="Times New Roman" w:cs="Times New Roman"/>
        </w:rPr>
        <w:t>Дараа нь Есүс уг мэдээг Габриелд өгдөг бөгөөд Габриел бусад тэнгэрэлчүүдийн хамтаар тэрхүү мэдээг нэгэн эш үзүүлэгчид дамжуулна. Тэр эш үзүүлэгч мэдээг бичиж, сүмүүдэд илгээдэг. Эш үзүүллэгийн мэдээг лацыг нь тайлах цаг ойртон ирэхэд, тэрхүү эш үзүүллэгийн мэдээ нээгдэх нь гурван үе шаттай шалгалтын үйл явцыг бий болгодог бөгөөд энэ нь эш үзүүлэгчийн бичвэрийн зорилтот уншигчид болох сүмүүдийн доторх хүмүүсийг шалгадаг. Сүмийн тэр гишүүдийн хувь хүний хариу үйлдэлд үндэслэн тэд өөрсдийгөө хоёр ангиллын аль нэгэнд байгааг тогтоодог. Лац нь тайлагдсан мэдээнээс үүдэн гарч ирэх мэдлэгийн өсөлтийг хүлээн авдаг хүмүүсийг “мэргэн” хэмээн тодорхойлдог; харин түүнийг хүлээн авдаггүй хүмүүсийг Даниел “хорон муу,” Матай “мунхаг” хэмээн тодорхойлдог.</w:t>
      </w:r>
    </w:p>
    <w:p>
      <w:pPr>
        <w:pStyle w:val="ArticleBody"/>
        <w:jc w:val="left"/>
      </w:pPr>
      <w:r>
        <w:rPr>
          <w:rFonts w:ascii="Times New Roman" w:hAnsi="Times New Roman" w:eastAsia="Times New Roman" w:cs="Times New Roman"/>
        </w:rPr>
        <w:t>Эцсийн эш үзүүллэгийн нууцын лац тайлагдахтай холбоотой эдгээр бүх хүчин зүйлсийг Илчлэлт арван долоодугаар бүлгийн есдүгээр зүйлд авч үзэж, онцлон тэмдэглэсэн байдаг. Учир нь уг зүйл нь Есүс Христийн Илчлэлтийн дотор мөргөгчдийн хоёр ангийг сорих нэгэн элементийг тодорхойлдог. Тэрхүү зүйл нь тухайн зүйлийн анхааруулгын тугийн дараах мэдээг ойлгох хүмүүс нь “мэргэн” хүмүүс мөн гэдгийг зааснаар үүнийг илэрхийлдэг.</w:t>
      </w:r>
    </w:p>
    <w:p>
      <w:pPr>
        <w:pStyle w:val="ArticleScripture"/>
        <w:jc w:val="left"/>
      </w:pPr>
      <w:r>
        <w:rPr>
          <w:rFonts w:ascii="Times New Roman" w:hAnsi="Times New Roman" w:eastAsia="Times New Roman" w:cs="Times New Roman"/>
        </w:rPr>
        <w:t>Мөн энд мэргэн ухаантай оюун ухаан байна. Долоон толгой нь эмэгтэй сууж буй долоон уул мөн. Мөн долоон хаан байна: тав нь унасан, нэг нь байгаа, нөгөө нь хараахан ирээгүй; тэр ирэхдээ богинохон хугацаанд оршин тогтнох ёстой. Мөн байсан боловч одоо үгүй болсон араатан, тэр өөрөө найм дахь нь бөгөөд долоогийн нэгэн мөн, сүйрэл уруу явдаг. Илчлэл 17:9–11.</w:t>
      </w:r>
    </w:p>
    <w:p>
      <w:pPr>
        <w:pStyle w:val="ArticleBody"/>
        <w:jc w:val="left"/>
      </w:pPr>
      <w:r>
        <w:rPr>
          <w:rFonts w:ascii="Times New Roman" w:hAnsi="Times New Roman" w:eastAsia="Times New Roman" w:cs="Times New Roman"/>
        </w:rPr>
        <w:t>“Мэргэн ухаантай оюун” гэдэг нь “мэргэд”-ийн оюун юм. “Мэргэд” мэдлэгийн өсөлтийг ойлгодог бөгөөд эш үзүүллэгийн тэмдгийн дараахан шууд дүрслэгдсэн мэдлэгийн өсөлт нь мэргэдийн ойлгох, харин хорон муу хүмүүсийн няцаах үнэн болохыг илтгэнэ; тэр үнэн нь дараах эшлэлүүдэд дэвшүүлэн тавигдсан Библийн эш үзүүллэг дэх хаанчлалуудтай холбоотой үнэн мөн. Эдгээр эшлэлүүд нь Библийн эш үзүүллэг дэх хаанчлалуудын тухай сүүлчийн дүрслэлийг төлөөлдөг бөгөөд эцсийн өдрүүдэд лац нь тайлагддаг зүйл нь тэдгээр найман хаанчлал Даниелын хоёрдугаар бүлэг дэх Библийн эш үзүүллэгийн хаанчлалуудын анхны дүрслэлд мөн төлөөлөгдөн харуулагдсан явдал юм.</w:t>
      </w:r>
    </w:p>
    <w:p>
      <w:pPr>
        <w:pStyle w:val="ArticleBody"/>
        <w:jc w:val="left"/>
      </w:pPr>
      <w:r>
        <w:rPr>
          <w:rFonts w:ascii="Times New Roman" w:hAnsi="Times New Roman" w:eastAsia="Times New Roman" w:cs="Times New Roman"/>
        </w:rPr>
        <w:t>Үнэн илчлэгдэн гарах нь Миллерийн эрдэнийн нэгийг бүрдүүлж байсан Библийн эш үзүүлгийн хаант улсуудын талаарх хязгаарлагдмал ойлголтыг батлан хадгалдаг боловч, тэр нь арав дахин илүү гэрэлтэн гийсэн; учир нь энэ нь Миллерчүүдийн түүхэн цаг үеийнхээ хязгаарлагдмал байр сууриас ойлгосноос хавьгүй илүү үнэнийг агуулдаг бөгөөд “арав” гэсэн тоогоор, мөн “мэргэн ухаантай оюун ухаан энд байна” хэмээх оршлын сануулгын анхааруулах гэрэлт дохиогоор дүрслэгдсэнчлэн, сорилтыг төлөөлдөг; эш үзүүллэгийн утгаар тайлбарлавал, хаагдах хугацаа дуусахаас яг өмнө лац нь тайлагдах мэдээг хүлээн авах чуулгануудыг дараах үнэн сорих болно гэсэн үг юм.</w:t>
      </w:r>
    </w:p>
    <w:p>
      <w:pPr>
        <w:pStyle w:val="ArticleBody"/>
        <w:jc w:val="left"/>
      </w:pPr>
      <w:r>
        <w:rPr>
          <w:rFonts w:ascii="Times New Roman" w:hAnsi="Times New Roman" w:eastAsia="Times New Roman" w:cs="Times New Roman"/>
        </w:rPr>
        <w:t>Илчлэлт арван долоодугаар бүлэгт Иохан папын харанхуй ноёрхлын нэг мянга хоёр зуун жаран жилийн цөлийн дунд аваачигдсан. Тэрээр 1798 онд, өөрөөр хэлбэл уг хугацааны яг төгсгөлд байрлуулсан бөгөөд энэ нь Илчлэлт арван гуравдугаар бүлэгт түүнийг байрлуулсан тэрхүү яг адил түүхэн үе мөн юм.</w:t>
      </w:r>
    </w:p>
    <w:p>
      <w:pPr>
        <w:pStyle w:val="ArticleScripture"/>
        <w:jc w:val="left"/>
      </w:pPr>
      <w:r>
        <w:rPr>
          <w:rFonts w:ascii="Times New Roman" w:hAnsi="Times New Roman" w:eastAsia="Times New Roman" w:cs="Times New Roman"/>
        </w:rPr>
        <w:t>Тэгээд би тэнгисийн элсэн дээр зогсож байтал, тэнгисээс долоон толгой, арван эвэртэй нэгэн араатан гарч ирэхийг харлаа; түүний эвэрнүүд дээр арван титэм, толгойнууд дээр нь доромжлолын нэр байв. Илчлэлт 13:1.</w:t>
      </w:r>
    </w:p>
    <w:p>
      <w:pPr>
        <w:pStyle w:val="ArticleBody"/>
        <w:jc w:val="left"/>
      </w:pPr>
      <w:r>
        <w:rPr>
          <w:rFonts w:ascii="Times New Roman" w:hAnsi="Times New Roman" w:eastAsia="Times New Roman" w:cs="Times New Roman"/>
        </w:rPr>
        <w:t>“Тэнгисийн элс” нь 1798 оныг төлөөлдөг. Учир нь энэ нь Иоханд папын засаглалыг (тэнгисийн араатан) өнгөрсөн цагийн байр сууринаас харуулж, мөн Америкийн Нэгдсэн Улсыг (газрын араатан) өндийн гарч ирж буйгаар, эцэст нь удахгүй ирэх Ням гаргийн хуулийн үед луу мэт ярих болно гэдгийг харуулсан түүхэн харах өнцгийг төлөөлдөг. Дараа нь газрын араатан дэлхийг “араатны дүр”-ийг хүлээн зөвшөөрөхөд албадан, тэрхүү дүр нь ярьж, бүх дэлхий даяар Ням гаргийн хууль тогтоомжийг хэрэгжүүлэх болно.</w:t>
      </w:r>
    </w:p>
    <w:p>
      <w:pPr>
        <w:pStyle w:val="ArticleScripture"/>
        <w:jc w:val="left"/>
      </w:pPr>
      <w:r>
        <w:rPr>
          <w:rFonts w:ascii="Times New Roman" w:hAnsi="Times New Roman" w:eastAsia="Times New Roman" w:cs="Times New Roman"/>
        </w:rPr>
        <w:t>“Өөрийн хүч чадлаас салж, хавчлагыг зогсоохоос өөр аргагүй болсон Папын эрхт засгийн үед Иохан луугийн дуу хоолойг давтан, мөн адил харгис бөгөөд Бурханыг доромжилсон ажлыг үргэлжлүүлэн явуулах шинэ хүч гарч ирэхийг үзжээ. Сүм болон Бурханы хуультай дайн хийх эцсийн хүч болох энэ эрх мэдэл нь хурганы адил эвэртэй араатнаар төлөөлөгдсөн байдаг. Түүнээс өмнөх араатнууд тэнгисээс гарч ирсэн; харин энэ нь газраас гарч ирсэн нь түүний бэлгэдэж буй үндэстэн—Америкийн Нэгдсэн Улс—энх тайвнаар мандан гарсныг илэрхийлдэг.” Signs of the Times, February 8, 1910.</w:t>
      </w:r>
    </w:p>
    <w:p>
      <w:pPr>
        <w:pStyle w:val="ArticleBody"/>
        <w:jc w:val="left"/>
      </w:pPr>
      <w:r>
        <w:rPr>
          <w:rFonts w:ascii="Times New Roman" w:hAnsi="Times New Roman" w:eastAsia="Times New Roman" w:cs="Times New Roman"/>
        </w:rPr>
        <w:t>Иохан арван долоодугаар бүлэгт Библийн эш үзүүллэгийн хаанчлалуудын эцсийн танилцуулгыг хүлээн авахын тулд түүхийн тэрхүү адил харах цэгт аваачигддаг. Тэрхүү харах цэг дээр зогсох үед хаанчлалууд танилцуулагдана. Эхлээд түүнд араатан сүмийг ч, төрийг ч захирдгийг мэдэгддэг; учир нь тэрээр зөвхөн долоон толгой дээр бус, мөн долоон уулан дээр сууж байна. Агуу янхны суудал нь түүнийг араатныг унаж явагч нэгэн мөн болохыг илтгэж байгаа бөгөөд араатныг унаж явагч нь араатныг захирдаг нэгэн юм.</w:t>
      </w:r>
    </w:p>
    <w:p>
      <w:pPr>
        <w:pStyle w:val="ArticleScripture"/>
        <w:jc w:val="left"/>
      </w:pPr>
      <w:r>
        <w:rPr>
          <w:rFonts w:ascii="Times New Roman" w:hAnsi="Times New Roman" w:eastAsia="Times New Roman" w:cs="Times New Roman"/>
        </w:rPr>
        <w:t>Чиний харсан тэр эмэгтэй бол газрын хаадын дээр ноёрхогч агуу хот мөн. Илчлэлт 17:18.</w:t>
      </w:r>
    </w:p>
    <w:p>
      <w:pPr>
        <w:pStyle w:val="ArticleBody"/>
        <w:jc w:val="left"/>
      </w:pPr>
      <w:r>
        <w:rPr>
          <w:rFonts w:ascii="Times New Roman" w:hAnsi="Times New Roman" w:eastAsia="Times New Roman" w:cs="Times New Roman"/>
        </w:rPr>
        <w:t>“Ноёрхдог” гэдэг үг нь захирч барих, эрхшээн ноёрхох гэсэн утгатай. Морьтон жолоогоо барин араатныг захирдаг. Папын засаглал долоон толгой дээр, мөн долоон уулын дээр ноёрхдог. Даниелын хоёрдугаар бүлэгт Даниел Небухаднезарт түүнийг алтан “толгой” мөн гэж мэдүүлдэг. Исаиагийн долоодугаар бүлэгт “толгой” нь мөн хаан, нийслэл, эсвэл хаант улс гэсэн утгатай байдаг.</w:t>
      </w:r>
    </w:p>
    <w:p>
      <w:pPr>
        <w:pStyle w:val="ArticleScripture"/>
        <w:jc w:val="left"/>
      </w:pPr>
      <w:r>
        <w:rPr>
          <w:rFonts w:ascii="Times New Roman" w:hAnsi="Times New Roman" w:eastAsia="Times New Roman" w:cs="Times New Roman"/>
        </w:rPr>
        <w:t>Учир нь Сирийн тэргүүн нь Дамаск, Дамаскийн тэргүүн нь Резин мөн; жаран таван жилийн дотор Ефраим эвдэгдэж, ард түмэн байхаа болино. Мөн Ефраимын тэргүүн нь Самари, Самарийн тэргүүн нь Ремалиагийн хүү мөн. Хэрэв та нар итгэхгүй бол, үнэхээр та нар бат тогтохгүй. Исаиа 7:7, 8.</w:t>
      </w:r>
    </w:p>
    <w:p>
      <w:pPr>
        <w:pStyle w:val="ArticleBody"/>
        <w:jc w:val="left"/>
      </w:pPr>
      <w:r>
        <w:rPr>
          <w:rFonts w:ascii="Times New Roman" w:hAnsi="Times New Roman" w:eastAsia="Times New Roman" w:cs="Times New Roman"/>
        </w:rPr>
        <w:t>Араатан дээр мордон яваа эмэгтэй болох папын засаг дэлхийн бүх хаадын дээр ноёрхдог. Тэдгээр хаад нь сүүлчийн өдрүүдийн луугийн хүчийг илэрхийлсэн “арван хаад” хэмээн дүрслэгддэг. Тэд бол Тирийн янхан завхайрлаа үйлддэг хаад мөн. Тэдгээр “арван хаад” папын засгийн эрх мэдлийг хүлээн зөвшөөрөхөд албадуулсан боловч, тэр арван хааны тэргүүлэх хаан нь Америкийн Нэгдсэн Улс юм. Иймээс Америкийн Нэгдсэн Улсыг мөн Израилийн хойд арван овгийн хаан болох Ахабаар төлөөлүүлэн дүрсэлдэг. “Долоо” гэсэн тоо нь “бүрэн”-ийг илэрхийлдэг бөгөөд, папын засгийг газрын хаадын дээр хаанчлан буйгаар дүрслэх үед тэрээр мөн арван хаадын дээр хаанчлан, долоон толгойн дээр заларч байна.</w:t>
      </w:r>
    </w:p>
    <w:p>
      <w:pPr>
        <w:pStyle w:val="ArticleBody"/>
        <w:jc w:val="left"/>
      </w:pPr>
      <w:r>
        <w:rPr>
          <w:rFonts w:ascii="Times New Roman" w:hAnsi="Times New Roman" w:eastAsia="Times New Roman" w:cs="Times New Roman"/>
        </w:rPr>
        <w:t>Энд мэргэн ухаантай оюун ухаан байна. Учир нь эцсийн өдрүүдийн мэргэн хүмүүс “мөр дээр мөр” хэмээх аргачлалыг хэрэглэдэг бөгөөд янхны захирч буй төрийн бодлогын бэлгэдэл бүр нэгэн адил үнэнийг зааж байгааг тэд танин мэддэг. Тэр мөн долоон уулыг захирдаг бөгөөд Миллеритүүд Библийн эш үзүүллэгт “уул”-ыг хаант улсын бэлгэдэл гэж тодорхойлсон, гэвч бэлгэдлүүд нэгээс илүү утгатай байдгийг ч мөн тэд тогтоосон юм.</w:t>
      </w:r>
    </w:p>
    <w:p>
      <w:pPr>
        <w:pStyle w:val="ArticleBody"/>
        <w:jc w:val="left"/>
      </w:pPr>
      <w:r>
        <w:rPr>
          <w:rFonts w:ascii="Times New Roman" w:hAnsi="Times New Roman" w:eastAsia="Times New Roman" w:cs="Times New Roman"/>
        </w:rPr>
        <w:t>Уулс мөн чуулганы бэлгэдэл болдог. Сударт гардаг “алдарт ариун уул” нь Бурханы чуулганыг төлөөлдөг.</w:t>
      </w:r>
    </w:p>
    <w:p>
      <w:pPr>
        <w:pStyle w:val="ArticleScripture"/>
        <w:jc w:val="left"/>
      </w:pPr>
      <w:r>
        <w:rPr>
          <w:rFonts w:ascii="Times New Roman" w:hAnsi="Times New Roman" w:eastAsia="Times New Roman" w:cs="Times New Roman"/>
        </w:rPr>
        <w:t>Исаиа, Амозын хүү, Иуда ба Иерусалимын тухай үзсэн үг. Эцсийн өдрүүдэд ЭЗЭНий өргөөний уул нь уулсын оргил дээр тогтоогдож, толгодын дээр өргөмжлөгдөнө; бүх үндэстэн түүн уруу урсан ирнэ. Олон ард түмэн явж, — Ирэгтүн, ЭЗЭНий уул өөд, Иаковын Бурханы өргөө уруу өгсөцгөөе; Тэр Өөрийн замуудаас бидэнд зааж, бид Түүний жимээр алхах болно. Учир нь хууль Сионоос гарч, ЭЗЭНий үг Иерусалимаас гарах болно, хэмээн өгүүлнэ. Исаиа 2:1–3.</w:t>
      </w:r>
    </w:p>
    <w:p>
      <w:pPr>
        <w:pStyle w:val="ArticleBody"/>
        <w:jc w:val="left"/>
      </w:pPr>
      <w:r>
        <w:rPr>
          <w:rFonts w:ascii="Times New Roman" w:hAnsi="Times New Roman" w:eastAsia="Times New Roman" w:cs="Times New Roman"/>
        </w:rPr>
        <w:t>“Эзэний өргөө” нь Түүний сүм бөгөөд энэ нь “уул” юм. Агуу янхан долоон уулан дээр суусан байдаг бөгөөд энэ нь тэр бүх хаадын дээр ноёрхдогийн адил бүх сүмүүдийн дээр ноёрхож буйг нь илтгэнэ. Тэрээр бүх дэлхийн бүх сүмүүд болон бүх төр улсуудыг захирч байдаг.</w:t>
      </w:r>
    </w:p>
    <w:p>
      <w:pPr>
        <w:pStyle w:val="ArticleBody"/>
        <w:jc w:val="left"/>
      </w:pPr>
      <w:r>
        <w:rPr>
          <w:rFonts w:ascii="Times New Roman" w:hAnsi="Times New Roman" w:eastAsia="Times New Roman" w:cs="Times New Roman"/>
        </w:rPr>
        <w:t>Бидний сая эш татсан, Исаиад «Иуда ба Иерусалимын тухай» өөрт нь ирсэн гэж тодорхойлж буй үзэгдэл цааш үргэлжилж байгаа бөгөөд энэ нь дөрөвдүгээр бүлгийн мөнөөх л адил хэсэг хэвээр байна. Исаиагийн хэлснээр хүмүүс, «Ирэгтүн, ЭЗЭНий уул өөд, Иаковын Бурханы өргөө уруу өгсөцгөөе» гэж хэлдэг «тэр өдөр» мөн хэвээр байна. Тэрхүү цаг хугацааны яг тэр үед «долоон эмэгтэй» хэмээн дурдагдсан байдаг.</w:t>
      </w:r>
    </w:p>
    <w:p>
      <w:pPr>
        <w:pStyle w:val="ArticleScripture"/>
        <w:jc w:val="left"/>
      </w:pPr>
      <w:r>
        <w:rPr>
          <w:rFonts w:ascii="Times New Roman" w:hAnsi="Times New Roman" w:eastAsia="Times New Roman" w:cs="Times New Roman"/>
        </w:rPr>
        <w:t>Тэр өдөр долоон эмэгтэй нэг эрийг барьж авч, “Бид өөрсдийн талхаа идэж, өөрсдийн хувцсаа өмсөнө; зөвхөн биднийг чиний нэрээр нэрлүүлж, бидний ичгүүрийг арилгаач” гэж хэлнэ. Тэр өдөр ЭЗЭНий Мөчир үзэсгэлэнтэй бөгөөд алдар суугтай байх бөгөөд газрын үр жимс нь Израилиас аврагдагсдад эрхэм сайхан байх болно. Мөн Сионд үлдсэн нэгэн, Иерусалимд хоцрон үлдэгсэд нь, өөрөөр хэлбэл Иерусалим дахь амьд хүмүүсийн дунд бичигдсэн хүн бүр ариун хэмээн нэрлэгдэх болно. ЭЗЭН шүүлтийн сүнсээр болон шатаалтын сүнсээр Сионы охидын бузрыг угаан зайлуулж, Иерусалимын цусны бузар булайг түүний дундаас ариусгасны дараа, ЭЗЭН Сион уулын орон байр болгоны дээр, мөн түүний цуглаануудын дээр өдөр нь үүл ба утааг, шөнө нь дүрэлзсэн галын гэрэлтэлтийг бүтээх болно. Учир нь бүх алдар сууны дээр халхавч байх болно. Мөн халуунд өдрийн цагт сүүдэр болох асар майхан, шуурга ба борооноос орогнох хоргодох газар, нөмөр болох байр байх болно. Исаиа 4:1–6.</w:t>
      </w:r>
    </w:p>
    <w:p>
      <w:pPr>
        <w:pStyle w:val="ArticleBody"/>
        <w:jc w:val="left"/>
      </w:pPr>
      <w:r>
        <w:rPr>
          <w:rFonts w:ascii="Times New Roman" w:hAnsi="Times New Roman" w:eastAsia="Times New Roman" w:cs="Times New Roman"/>
        </w:rPr>
        <w:t>Исаиагийн үзэгдлийн сэдэв болсон тэрхүү “өдөр” нь Илчлэл номын арван нэгдүгээр бүлгийн агуу газар хөдлөлтийн “цаг” мөн. 2020 оны 7 дугаар сарын 18-ны урам хугарлын дараа “буцан ирэх” гэсэн сануулгыг хүлээн авч, Левит хорин зургаадугаар бүлгийн шаардлагуудыг биелүүлсэн мэргэн хүмүүс, мөн Езекиелийн эхний эш үзүүлгээр хамт цуглуулагдсан тэд, Исламын дөрвөн салхины тухай Езекиелийн хоёр дахь мэдээг хүлээн авахдаа лацлагддаг. Дараа нь тэд туг тэмдэг болгон тэнгэр өөд өргөгдөж, Бурханы Вавилонд буй бусад хүүхдүүд газар хөдлөлтөөс эхэлдэг, удахгүй гарах Ням гаргийн хуулиар эхлэх Вавилоноос гарах дуудлагад хариу өгч эхэлдэг. Бурханы өөр сүрэг Вавилоноос гарах мэдээг сонсон, “Нааш ирцгээе, ЭЗЭНий уул уруу, Иаковын Бурханы өргөө уруу өгсөн гарцгаая” хэмээн тунхагладаг.</w:t>
      </w:r>
    </w:p>
    <w:p>
      <w:pPr>
        <w:pStyle w:val="ArticleBody"/>
        <w:jc w:val="left"/>
      </w:pPr>
      <w:r>
        <w:rPr>
          <w:rFonts w:ascii="Times New Roman" w:hAnsi="Times New Roman" w:eastAsia="Times New Roman" w:cs="Times New Roman"/>
        </w:rPr>
        <w:t>Тэрхүү “цагт” агуу янхан өөрийн дуунуудаа дуулж эхлэн, газрын хаадтай завхайрал үйлддэг. Амийн Хурганы номд нэрс нь бичигдээгүй хүмүүс тэр янханыг даган, тэдний сүмүүд түүний эрх мэдэл дор ордог. Тэдгээр сүмийг Исаиа “долоон эмэгтэй” хэмээн дүрсэлсэн байдаг. Тэрхүү “долоон эмэгтэй” нь АНУ бүх дэлхийг араатны дүрийг босгоход албадан, тэр дүр нь ярьж, мөн бүгдийг папын эрх мэдлийн тэмдгийг хүлээн авахад хүргэх үед, папын засаглал ноёрхох “долоон уул” мөн юм.</w:t>
      </w:r>
    </w:p>
    <w:p>
      <w:pPr>
        <w:pStyle w:val="ArticleBody"/>
        <w:jc w:val="left"/>
      </w:pPr>
      <w:r>
        <w:rPr>
          <w:rFonts w:ascii="Times New Roman" w:hAnsi="Times New Roman" w:eastAsia="Times New Roman" w:cs="Times New Roman"/>
        </w:rPr>
        <w:t>“Долоон эмэгтэй нэг эрийг барьж авна” гэсний, тэр “эр” нь Паулын “нүглийн хүн” хэмээн тодорхойлсон тэр “эр” мөн. Тэр сорилтын үед “Иерусалимд үлдсэн” хүмүүс, өөрөөр хэлбэл “Иерусалим дахь амьд хүмүүсийн дунд нэр нь бичигдсэн хүн бүр ариун гэж дуудагдана.” Бурханы хүмүүс гэдэг нь тэр цаг үед нэр нь ертөнцийн сууриас өмнө нядлагдсан Хурганы амийн номд бичигдсэн хүмүүс юм. Харин “нүглийн хүнийг” барьж авдаг нөгөө бүлэг нь Илчлэлт 13-р бүлэгт гардаг, нүглийн хүнд мөргөдөг хүмүүс мөн.</w:t>
      </w:r>
    </w:p>
    <w:p>
      <w:pPr>
        <w:pStyle w:val="ArticleScripture"/>
        <w:jc w:val="left"/>
      </w:pPr>
      <w:r>
        <w:rPr>
          <w:rFonts w:ascii="Times New Roman" w:hAnsi="Times New Roman" w:eastAsia="Times New Roman" w:cs="Times New Roman"/>
        </w:rPr>
        <w:t>Дэлхий дээр оршин суугчид бүгд түүнийг мөргөнө. Харин ертөнцийн сууриас өмнө нядлагдсан Хурганы амийн номд нэр нь бичигдээгүй хүмүүс л түүнийг мөргөнө. Хэрэв хэн нэгэн нь чихтэй бол, сонсогтун. Илчлэлт 13:8, 9.</w:t>
      </w:r>
    </w:p>
    <w:p>
      <w:pPr>
        <w:pStyle w:val="ArticleBody"/>
        <w:jc w:val="left"/>
      </w:pPr>
      <w:r>
        <w:rPr>
          <w:rFonts w:ascii="Times New Roman" w:hAnsi="Times New Roman" w:eastAsia="Times New Roman" w:cs="Times New Roman"/>
        </w:rPr>
        <w:t>Ням гарагийн хуулийн хямрал болох агуу газар хөдлөлтийн “цаг” нь мөрдөн шалгах шүүлтийн төгсгөл бөгөөд тэрхүү шүүлт нь таны нэр амийн номд бичигдсэн эсэх, эсвэл бичигдээгүй эсэх дээр үндэслэдэг. Иймээс тэр цаг үед амийн номтой харьцах харьцаагаар төлөөлөгдөх хоёр бүлэг нь шүүлтийн хамгийн эцсийн үзэгдлүүдийг илтгэн тодорхойлж байна. “Нүглийн хүнийг” баримтлагчид өөрсдийн “талхыг” “идэж, өөрсдийн хувцсыг” “өмсөнө” хэмээн тунхагладаг боловч тэдний үндсэн хүсэл нь “чиний нэрээр нэрлэгдэх” явдал мөн.</w:t>
      </w:r>
    </w:p>
    <w:p>
      <w:pPr>
        <w:pStyle w:val="ArticleBody"/>
        <w:jc w:val="left"/>
      </w:pPr>
      <w:r>
        <w:rPr>
          <w:rFonts w:ascii="Times New Roman" w:hAnsi="Times New Roman" w:eastAsia="Times New Roman" w:cs="Times New Roman"/>
        </w:rPr>
        <w:t>Тэд өөрсдийн итгэлийн сургаалын тунхгийг хадгалсаар байх болно (өөрсдийн талхаа идэх), мөн өөрсдийн урсгалын мэргэжлийг хадгалсаар байх болно (өөрсдийн хувцсыг өмсөх), харин “нүглийн хүний” нэрийг хүлээн авах болно. “Нүглийн хүний” нэр нь “католик” бөгөөд энэ нь “нийтлэг” гэсэн утгатай. “Нүглийн хүнийг” зуурч авдаг хүмүүс “нийтлэг сүм”-ийн нэг хэсэг болохыг хүсдэг бөгөөд тэр нь Католик сүм юм. Тэд өөрсдийн “гутаан доромжлол”-ыг “зайлуулахын” тулд тэрхүү харилцааг хүсдэг.</w:t>
      </w:r>
    </w:p>
    <w:p>
      <w:pPr>
        <w:pStyle w:val="ArticleBody"/>
        <w:jc w:val="left"/>
      </w:pPr>
      <w:r>
        <w:rPr>
          <w:rFonts w:ascii="Times New Roman" w:hAnsi="Times New Roman" w:eastAsia="Times New Roman" w:cs="Times New Roman"/>
        </w:rPr>
        <w:t>“Гутамшиг” нь эцсийн өдрүүдэд бүх чуулганууд болон бүх үндэстнүүдийн дээр ноёрхдог араатны хоёр чухал шинжийг хөндөн өгүүлдэг. Илчлэлт номын арван нэгдүгээр бүлэг дэх “агуу газар хөдлөлтийн цагт” “гурав дахь гай түргэн ирнэ.” “Гурав дахь гай” нь Ислам юм. Илчлэлт номын арван нэгдүгээр бүлэг дэх “агуу газар хөдлөлтийн цагт” Долоо дахь Бүрээ дуугарна. Долоо дахь Бүрээ нь Ислам юм. Ислам нь “агуу газар хөдлөлтийн цагт” цохилт өгдөг. Учир нь бүх Бүрээнүүд нь дэлхийн түүхийн туршид албадан мөрдүүлсэн Ням гаргийн шүтлэг дээрх шүүлтэд Бурханы хэрэглэж ирсэн эш үзүүллэгийн зэмсгүүд билээ.</w:t>
      </w:r>
    </w:p>
    <w:p>
      <w:pPr>
        <w:pStyle w:val="ArticleBody"/>
        <w:jc w:val="left"/>
      </w:pPr>
      <w:r>
        <w:rPr>
          <w:rFonts w:ascii="Times New Roman" w:hAnsi="Times New Roman" w:eastAsia="Times New Roman" w:cs="Times New Roman"/>
        </w:rPr>
        <w:t>Америкийн Нэгдсэн Улсын “үндэсний сүйрэл” тун удахгүй гарах Ням гарагийн хуулиар хэрэгжих үед “үндэстнүүд уурлах болно.” Библийн эш үзүүлэгт үндэстнүүдийг уурлуулдаг зүйл нь Ислам бөгөөд энэ нь Эхлэл ном дахь Исламын тухай анхны дурдатгалаар дүрслэгдсэн байдаг.</w:t>
      </w:r>
    </w:p>
    <w:p>
      <w:pPr>
        <w:pStyle w:val="ArticleScripture"/>
        <w:jc w:val="left"/>
      </w:pPr>
      <w:r>
        <w:rPr>
          <w:rFonts w:ascii="Times New Roman" w:hAnsi="Times New Roman" w:eastAsia="Times New Roman" w:cs="Times New Roman"/>
        </w:rPr>
        <w:t>ЭЗЭНий тэнгэрэлч түүнд ийн хэлэв: Үзэгтүн, чи жирэмсэн бөгөөд хүү төрүүлнэ; түүний нэрийг Ишмаэл гэж дууд. Учир нь ЭЗЭН чиний зовлонг сонссон билээ. Тэр хүн зэрлэг хүн мэт байх бөгөөд түүний гар хүн бүрийн эсрэг, хүн бүрийн гар түүний эсрэг байх болно; тэр бүх ах дүүсийнхээ өмнө оршин суух болно. Эхлэл 16:11, 12.</w:t>
      </w:r>
    </w:p>
    <w:p>
      <w:pPr>
        <w:pStyle w:val="ArticleBody"/>
        <w:jc w:val="left"/>
      </w:pPr>
      <w:r>
        <w:rPr>
          <w:rFonts w:ascii="Times New Roman" w:hAnsi="Times New Roman" w:eastAsia="Times New Roman" w:cs="Times New Roman"/>
        </w:rPr>
        <w:t>Сүүлчийн өдрүүдийн “гутаан доромжлол” нь Исламын шашин мөн. Дэлхийн сүмүүд болон үндэстнүүд Католик сүмийн захиргаанд байдаг Нэгдсэн Үндэстний Байгууллагын Шинэ Дэлхийн Дэг Журмын эрх мэдэл дор орно. 330 онд Константин папын засагт суудлыг нь өгсөнтэй адил, пап нэг дэлхийн тогтолцоон дээр заларна. Үндэстнүүд хүн төрөлхтний эсрэг Исламын авчирч буй дайсагналыг даван туулах чадвар нь зөвхөн нэгдмэл хүчин чармайлтаар л хэрэгжинэ гэж тогтоох бөгөөд энэ нь ёс суртахууны ямар нэгэн эрх мэдэлд захирагдахыг шаардах ба тэрхүү эрх мэдэл нь Ромын сүм мөн гэж Америкийн Нэгдсэн Улс зүтгүүлнэ. 533 онд Юстиниан Католик сүмд агуу эрх мэдлийг нь олгосонтой адил түүх давтагдана. Америкийн Нэгдсэн Улс 496 онд Кловис Католик сүмийн төлөө хийсэнтэй адил, цэргийн хүч чадлаараа дэлхийг хүчээр дуулгавартай болгоно. Илчлэлт номын арван гуравдугаар бүлгийн хоёрдугаар эшлэлийн түүх давтагдах болно.</w:t>
      </w:r>
    </w:p>
    <w:p>
      <w:pPr>
        <w:pStyle w:val="ArticleScripture"/>
        <w:jc w:val="left"/>
      </w:pPr>
      <w:r>
        <w:rPr>
          <w:rFonts w:ascii="Times New Roman" w:hAnsi="Times New Roman" w:eastAsia="Times New Roman" w:cs="Times New Roman"/>
        </w:rPr>
        <w:t>Миний харсан араатан нь ирвэстэй адилхан, хөл нь баавгайн хөл мэт, ам нь арслангийн ам мэт байв. Луу түүнд өөрийн хүч чадал, сэнтий, агуу эрх мэдлийг өгчээ. Илчлэл 13:2.</w:t>
      </w:r>
    </w:p>
    <w:p>
      <w:pPr>
        <w:pStyle w:val="ArticleBody"/>
        <w:jc w:val="left"/>
      </w:pPr>
      <w:r>
        <w:rPr>
          <w:rFonts w:ascii="Times New Roman" w:hAnsi="Times New Roman" w:eastAsia="Times New Roman" w:cs="Times New Roman"/>
        </w:rPr>
        <w:t>Дүрс нэгэнт босгогдсоны дараа, Исламын довтолгоонд уурсан хилэгнэсэн газрын хаад дэлхий даяар араатны дүрсийг бий болгон босгоход хэрэглэгдсэн Исламын эсрэг бүх нийтийн “зэмлэл” нь “нүглийн хүн” (Иезавель)-ийн үнэндээ санаа тавьж байсан “зэмлэл” байгаагүйг танин мэдэх болно. Хэтэрхий оройтсон хойно дэлхий Иезавель Исламын талаар огтхон ч санаа тавьдаггүй, харин түүний зүрх сэтгэл нь Иродиас Иохан Баптистыг алуулсанчлан Елиаг алахыг хүсдэг болохыг мэдэх болно.</w:t>
      </w:r>
    </w:p>
    <w:p>
      <w:pPr>
        <w:pStyle w:val="ArticleBody"/>
        <w:jc w:val="left"/>
      </w:pPr>
      <w:r>
        <w:rPr>
          <w:rFonts w:ascii="Times New Roman" w:hAnsi="Times New Roman" w:eastAsia="Times New Roman" w:cs="Times New Roman"/>
        </w:rPr>
        <w:t>“Мэргэн ухаантай оюун” нь “мэргэдийн оюун” бөгөөд “мэргэд” гэдэг нь сорилтын хугацаа хаагдахын яг өмнөхөн Иудагийн овгийн Арслан Есүс Христийн Илчлэлийг лацыг нь тайлан нээх үед бий болдог “мэдлэгийн өсөлт”-ийг ойлгодог хүмүүс юм.</w:t>
      </w:r>
    </w:p>
    <w:p>
      <w:pPr>
        <w:pStyle w:val="ArticleScripture"/>
        <w:jc w:val="left"/>
      </w:pPr>
      <w:r>
        <w:rPr>
          <w:rFonts w:ascii="Times New Roman" w:hAnsi="Times New Roman" w:eastAsia="Times New Roman" w:cs="Times New Roman"/>
        </w:rPr>
        <w:t>Тэр надад ийн хэлэв: Энэ номын эш үзүүллэгийн үгсийг бүү лацад; учир нь цаг нь ойрхон байна. Зүй бус нэгэн нь зүй бус хэвээр байг; бузар нэгэн нь бузар хэвээр байг; зөвт нэгэн нь зөвт хэвээр байг; ариун нэгэн нь ариун хэвээр байг. Илчлэлт 22:10, 11.</w:t>
      </w:r>
    </w:p>
    <w:p>
      <w:pPr>
        <w:pStyle w:val="ArticleBody"/>
        <w:jc w:val="left"/>
      </w:pPr>
      <w:r>
        <w:rPr>
          <w:rFonts w:ascii="Times New Roman" w:hAnsi="Times New Roman" w:eastAsia="Times New Roman" w:cs="Times New Roman"/>
        </w:rPr>
        <w:t>“Долоон толгой нь эмэгтэйн сууж буй долоон уул мөн” гэдэг нь папын засаг сүм ба төрийн аль алины дээр ноёрхох үнэнийг илэрхийлдэг. Бэлгэдлүүд нэгээс илүү утгатай байдаг бөгөөд тэдгээрийг тухайн бэлгэдэл дүрслэгдсэн эшлэлийн хам сэдвээр тодорхойлж, ойлгох ёстой. Уг эшлэл толгойнууд нь уулс мөн хэмээн тодорхойлж байна, тийм атал толгойнуудыг (төрийн бодлого, төрийн эрхийн үйл хэрэг), уулсыг (сүмийн бодлого, сүмийн эрхийн үйл хэрэг) гэж ялган таних үндэслэл юу байх вэ гэсэн маргаан гарч ирдэг. Энэхүү ялгаа нь Даниелын долоо ба наймдугаар бүлгүүдэд тогтоогддог. Долоодугаар бүлэгт харь үндэстний Ром ч, папын Ром ч, өөрсдийнх нь өмнө байсан араатнуудаас “ялгаатай” хэмээн тодорхойлогдсон байдаг.</w:t>
      </w:r>
    </w:p>
    <w:p>
      <w:pPr>
        <w:pStyle w:val="ArticleBody"/>
        <w:jc w:val="left"/>
      </w:pPr>
      <w:r>
        <w:rPr>
          <w:rFonts w:ascii="Times New Roman" w:hAnsi="Times New Roman" w:eastAsia="Times New Roman" w:cs="Times New Roman"/>
        </w:rPr>
        <w:t>Долоодугаар бүлгийг наймдугаар бүлэг дээр авчирч тавихад (мөр мөрийн дээр), бид наймдугаар бүлэгт эрэгтэй, эмэгтэй, эрэгтэй, эмэгтэй хэмээн ээлжлэн хэлбэлздэг Ромын жижиг эвэрийг олж хардаг. Хоёр эрх мэдлийг төлөөлдөг нэгэн бэлгэдэл (жижиг эвэр). Тэдгээр бүлгүүдэд эвэр нь хаант улс бөгөөд, хаант улс нь мөн толгой байдаг. Наймдугаар бүлэгт жижиг эвэр нь Библийн эш үзүүллийн дөрөвдүгээр ба тавдугаар хаант улс гэсэн хоёр хаант улсыг төлөөлдөг. Жижиг эвэр нь бэлгэдлийн утгаар хоёр хаант улсыг төлөөлдөг бөгөөд түүний төлөөлдөг тэр хоёр хаант улс нь төрийн заль бодлого ба сүмийн заль бодлогын нэгдлийг тодорхойлдог хаант улсууд юм. Долоон толгой нь, мөн долоон уул ч болох бөгөөд, хоёр хаант улсыг төлөөлдөг; нэг хаант улс нь сүмийн заль бодлого, нөгөө нь төрийн заль бодлого мөн.</w:t>
      </w:r>
    </w:p>
    <w:p>
      <w:pPr>
        <w:pStyle w:val="ArticleBody"/>
        <w:jc w:val="left"/>
      </w:pPr>
      <w:r>
        <w:rPr>
          <w:rFonts w:ascii="Times New Roman" w:hAnsi="Times New Roman" w:eastAsia="Times New Roman" w:cs="Times New Roman"/>
        </w:rPr>
        <w:t>Даниелын хоёрдугаар бүлэгт энэхүү эш үзүүллэгийн бэлгэдлийн талаар бас нэгэн гэрчлэл байдаг. Учир нь тэнд Миллеритүүдийн Ромын дөрөв дэх хаанчлал гэж ойлгож байсан эцсийн хаанчлал төмөр ба шавраар дүрслэгдсэн байдаг. Төмөр ба шавар нь хоорондоо нэгдсэн мэт үзүүлэгддэг боловч үнэн хэрэгтээ төмөр шавартай нийлдэггүй. Гэвч Эгч Уайт “төмөр ба шавар”-ын талаар тайлбарлахдаа, үүнийг наймдугаар бүлгийн жижиг эвэр, мөн уулс ч мөн болох Илчлэлт арван долоогийн толгойнуудын дүрсэлдгийн адил, сүмийн эрх мэдэл ба төрийн эрх мэдлийн бэлгэдэл мөн гэж тодорхойлдог.</w:t>
      </w:r>
    </w:p>
    <w:p>
      <w:pPr>
        <w:pStyle w:val="ArticleScripture"/>
        <w:jc w:val="left"/>
      </w:pPr>
      <w:r>
        <w:rPr>
          <w:rFonts w:ascii="Times New Roman" w:hAnsi="Times New Roman" w:eastAsia="Times New Roman" w:cs="Times New Roman"/>
        </w:rPr>
        <w:t>“Бид Бурханы ариун үйл хэрэг нь төмөр нь шавартай холилдсон тэр хөргийн хөлөөр төлөөлөгдөн үзүүлэгддэг цаг үед ирээд байна. Бурханд ариусгагдсан байх учиртай ялган таних чадвартай, сонгогдсон ард түмэн бий; тэд суурин дээр мод, өвс, сүрэл тавьснаар өөрсдийгөө бузарлуулах ёсгүй. Бурханы тушаалуудад үнэнч байдаг сүнс бүхэн бидний итгэлийн ялгарах онцлог нь долоо дахь өдрийн Амралтын өдөр мөн гэдгийг харах болно. Хэрэв төр засаг Бурханы тушаасан ёсоор Амралтын өдрийг хүндэтгэвэл, Бурханы хүч чадал дотор бат зогсож, нэгэнт ариун хүмүүст хүлээлгэн өгөгдсөн итгэлийг хамгаалан зогсох байлаа. Харин төрийн зүтгэлтнүүд хуурамч амралтын өдрийг дэмжинэ; мөн тэд шашны итгэлээ папын эрхт ёсны энэ үр хүүхдийн мөрдлөгтэй хольж, Эзэний ариусгаж, ерөөж, хүн ариунаар сахихад зориулан Өөрийн болон Өөрийн ард түмний хооронд мянган үеийн турш тэмдэг болгон тусгаарласан Амралтын өдрөөс дээгүүр тавина. Сүмийн арга ухаан ба төрийн арга ухааны холилдол нь төмөр ба шавраар төлөөлөгдөнө. Энэхүү нэгдэл нь сүмүүдийн бүх хүч чадлыг сулруулж байна. Сүмийг төрийн эрх мэдлээр хангах энэ явдал муу үр дүн авчирна. Хүмүүс Бурханы тэвчээрийн хил хязгаарыг бараг давчихсан байна. Тэд хүч чадлаа улс төрд зориулж, папын эрх мэдэлтэй нэгдсэн. Гэвч Бурхан Өөрийн хуулийг хүчингүй болгосон хүмүүсийг шийтгэх цаг ирнэ, мөн тэдний бузар ажил өөрсөд дээр нь эргэн бууна.” The Seventh-day Adventist Bible Commentary, volume 4, 1168, 1169.</w:t>
      </w:r>
    </w:p>
    <w:p>
      <w:pPr>
        <w:pStyle w:val="ArticleBody"/>
        <w:jc w:val="left"/>
      </w:pPr>
      <w:r>
        <w:rPr>
          <w:rFonts w:ascii="Times New Roman" w:hAnsi="Times New Roman" w:eastAsia="Times New Roman" w:cs="Times New Roman"/>
        </w:rPr>
        <w:t>Бид энэ судалгааг дараагийн өгүүлэлд үргэлжлүүлэх болно.</w:t>
      </w:r>
    </w:p>
    <w:p>
      <w:pPr>
        <w:pStyle w:val="ArticleScripture"/>
        <w:jc w:val="left"/>
      </w:pPr>
      <w:r>
        <w:rPr>
          <w:rFonts w:ascii="Times New Roman" w:hAnsi="Times New Roman" w:eastAsia="Times New Roman" w:cs="Times New Roman"/>
        </w:rPr>
        <w:t>“Христ бидний төлөө үйлдэж буй ажлыг, мөн Сатан бидний эсрэг тууштайгаар ял тулган буруутгаж буйг дүрсэлсэн энэ үзэгдэлд Иошуа тэргүүн тахилчаар зогсож, Бурханы тушаалыг сахигч ард түмнийхээ төлөө гуйлт өргөнө. Үүний зэрэгцээ Сатан Бурханы ард түмнийг агуу нүгэлтнүүд хэмээн төлөөлүүлж, тэднийг бүх амьдралынх нь турш үйлдүүлэхээр өөрөө уруу татсан нүглүүдийн жагсаалтыг Бурханы өмнө гарган тавьж, тэдний гэмт үйлдлүүдийн улмаас тэднийг устгуулахаар өөрийн гарт тушаах ёстой хэмээн шаардана. Тэрээр тэднийг бузар муугийн холбоотны эсрэг үйлчлэгч тэнгэрэлчүүдээр хамгаалуулж болохгүй гэж зүтгэнэ. Тэр Бурханы ард түмнийг ертөнцтэй хамт боодол болгон хүлж, өөртөө бүрэн үнэнч байдалд оруулж чадахгүй байгаа учраас хилэнгээр дүүрэн байна. Хаад, захирагчид, амбан ноёд өөрсөд дээрээ антихристийн тэмдгийг тавьсан бөгөөд Бурханы тушаалуудыг сахидаг, Есүсийн итгэлийг хадгалдаг ариун хүмүүсийн эсрэг дайн хийхээр явдаг луугаар төлөөлөгдөнө. Бурханы ард түмний эсрэг дайсагналдаа тэд Христийн оронд Бараббаг сонгосон буруутайд мөн адил өөрсдийгөө илчилдэг.”</w:t>
      </w:r>
    </w:p>
    <w:p>
      <w:pPr>
        <w:pStyle w:val="ArticleScripture"/>
        <w:jc w:val="left"/>
      </w:pPr>
      <w:r>
        <w:rPr>
          <w:rFonts w:ascii="Times New Roman" w:hAnsi="Times New Roman" w:eastAsia="Times New Roman" w:cs="Times New Roman"/>
        </w:rPr>
        <w:t>“Бурхан ертөнцтэй маргаантай байдаг. Шүүлт сууж, номууд нээгдэх үед Түүнд шийдвэрлэх аймшигт тооцоо бий; хэрэв хүмүүс сатанлаг төөрөгдөл ба мэхлэлд сохорч, шившиглэгдээгүйсэн бол энэ нь одоо л ертөнцийг айж чичрэхэд хүргэхсэн. Бурхан Өөрийн цорын ганц Төрсөн Хүүгийн үхлийн төлөө ертөнцөөс хариуцлага нэхэх болно. Учир нь ертөнц, бүх утгаараа, Түүний ард түмнийг хавчин мөшгөхдөө Христийг дахин цовдолж, илтэд ичгүүрт оруулсан билээ. Ертөнц Христийг Түүний ариун хүмүүсийн дотор байхад нь няцаасан; эш үзүүлэгчид, элч нар, элч нарын мэдээг дамжуулагчдын мэдээг няцаахдаа Түүний мэдээнүүдийг татгалзсан. Тэд Христтэй хамтран зүтгэгчдийг няцаасан бөгөөд үүнийхээ төлөө тэд тайлангаа өгөх ёстой болно.”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Тавин Долоо Дугаар</dc:title>
  <dc:subject>Илчлэл номын эш үзүүллэгийн нууцуудыг нээн илчлэх нь: Эцсийн цаг үеийн эш үзүүллэгүүдээр хийх аялал</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