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Тавин Наймдугаар Дугаар</w:t>
      </w:r>
    </w:p>
    <w:p>
      <w:pPr>
        <w:pStyle w:val="ArticleSubtitle"/>
        <w:jc w:val="left"/>
      </w:pPr>
      <w:r>
        <w:rPr>
          <w:rFonts w:ascii="Arial" w:hAnsi="Arial" w:eastAsia="Arial" w:cs="Arial"/>
        </w:rPr>
        <w:t>Мэргэн ухаан тайлагдав: Зөгнөл дэх Гурвалсан нэгдэл ба 666-гийн оньсыг шинжлэн судлах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Түүхэнд ч, эш үзүүллэгт ч Ром үргэлж наймдугаарт гарч ирдэг бөгөөд долоогийн нэг мөн болох нь хэд хэдэн гэрчээр тогтоогдсон билээ. Энэ бэлгэдлийн эш үзүүллэгийн оньсого нь шалгалтын хугацаа хаагдахын яг өмнө Иуда овгийн Арслангийн лацдан нээдэг зүйлсийн нэг хэсэг юм. Христ хэзээ ч өөрчлөгддөггүй бөгөөд Миллерийн хөдөлгөөний түүхэн дэх Эхний болон Агуу Урам Хугаралд Тэрээр уг урам хугарлын нууцыг тайлбарласан нэгэн үнэнийг илчилсэн юм.</w:t>
      </w:r>
    </w:p>
    <w:p>
      <w:pPr>
        <w:pStyle w:val="ArticleBody"/>
        <w:jc w:val="left"/>
      </w:pPr>
      <w:r>
        <w:rPr>
          <w:rFonts w:ascii="Times New Roman" w:hAnsi="Times New Roman" w:eastAsia="Times New Roman" w:cs="Times New Roman"/>
        </w:rPr>
        <w:t>Миллеритүүдийн түүхэн дэх Эхний Урам хугаралтын дараа Тэрбээр 1843 оны хүснэгт дээр дүрслэгдсэн зарим тооцооллын алдаанаас Өөрийн мутрыг татан авсан. Тэрхүү алдаа нь Урам хугаралтыг үүсгэсэн эш үзүүллэгийн талаарх буруу ойлголтыг илэрхийлж байв. Эцэст нь Миллеритүүдийг хоёр мянга гурван зуун өдрийн эхлэх огноог баттай тогтоосон цуврал ойлголтуудад хүргэгдсэн юм. Голчлон цовдлолын огноонд тулгуурласан энэхүү баттай эхлэлтэй болсноор тэд 1843 оныг тогтоохдоо хэрэглэж байсан мөнөөх л эш үзүүллэгийн нотолгоо үнэндээ зөвхөн 1844 оныг төдийгүй, 1844 оны аравдугаар сарын 22-ны яг тэр өдрийг зааж байсныг олж харсан юм.</w:t>
      </w:r>
    </w:p>
    <w:p>
      <w:pPr>
        <w:pStyle w:val="ArticleBody"/>
        <w:jc w:val="left"/>
      </w:pPr>
      <w:r>
        <w:rPr>
          <w:rFonts w:ascii="Times New Roman" w:hAnsi="Times New Roman" w:eastAsia="Times New Roman" w:cs="Times New Roman"/>
        </w:rPr>
        <w:t>Хоёр дахь, агуу Их Урам хугаралтын дараа, 1844 оны 10-р сарын 22-ныг Христийн Хоёр дахь Ирэлт мөн хэмээсэн тэдний буруу тунхаглалаас үүссэн эш үзүүллэгийн бүх бэрхшээлд хариу болсон үнэнийг Эзэн дахин илчилсэн. Эзэн Ариун сүмийн тухай сэдэв болон түүнтэй холбоотой үнэнүүдийг нээж өгсөн бөгөөд агуу Их Урам хугаралт тайлбарлагдсан юм.</w:t>
      </w:r>
    </w:p>
    <w:p>
      <w:pPr>
        <w:pStyle w:val="ArticleScripture"/>
        <w:jc w:val="left"/>
      </w:pPr>
      <w:r>
        <w:rPr>
          <w:rFonts w:ascii="Times New Roman" w:hAnsi="Times New Roman" w:eastAsia="Times New Roman" w:cs="Times New Roman"/>
        </w:rPr>
        <w:t>“Ардын хувьд бид эш үзүүллэгийг нухацтай судлагчид байх ёстой; Даниел ба Иоханы үзэгдлүүдэд илчлэгдсэн ариун сүмийн тухай сэдвийг ойлгон мэдлэгтэй болох хүртлээ бид тайвшран зогсох ёсгүй. Энэ сэдэв нь бидний өнөөгийн байр суурь болон ажлын талаар агуу гэрэл тусгаж, өнгөрсөн туршлагад маань Бурхан биднийг удирдан хөтөлсөн гэдгийн маргашгүй нотолгоог өгдөг. Энэ нь 1844 оны бидний урам хугарлыг тайлбарлаж, цэвэрлэгдэх учиртай ариун сүм нь бидний төсөөлж байсанчлан газар дэлхий бус, харин Христ тэр үед тэнгэрийн ариун сүмийн хамгийн ариун тасалгаанд орж, эш үзүүлэгч Даниелд тэнгэрэлчийн хэлсэн, ‘Хоёр мянга гурван зуун хоног хүртэл; дараа нь ариун сүм цэвэрлэгдэнэ’ гэсэн үгийн биелэл болгон Өөрийн тахилчийн албаны төгсгөлийн ажлыг тэнд гүйцэтгэж байгааг бидэнд харуулдаг.”</w:t>
      </w:r>
    </w:p>
    <w:p>
      <w:pPr>
        <w:pStyle w:val="ArticleScripture"/>
        <w:jc w:val="left"/>
      </w:pPr>
      <w:r>
        <w:rPr>
          <w:rFonts w:ascii="Times New Roman" w:hAnsi="Times New Roman" w:eastAsia="Times New Roman" w:cs="Times New Roman"/>
        </w:rPr>
        <w:t>“Эхний, хоёр дахь, гурав дахь тэнгэрэлчийн мэдээнүүдтэй холбогдох бидний итгэл зөв байсан. Бидний туулан өнгөрүүлсэн агуу замын тэмдэгүүд хөдөлшгүй. Тамын цэргүүд тэдгээрийг сууриас нь тас татан унагахаар оролдож, үүндээ амжилт олсон хэмээн ялгуусан бодож болох боловч, тэд амжилтад хүрдэггүй. Эдгээр үнэний баганууд мөнхийн уулс мэт бат зогсож, хүмүүсийн бүх хүчин чармайлт Сатан ба түүний цэргийн хүчтэй нийлсэн ч хөдөлдөггүй. Бид ихийг сурч чадна, мөн эдгээр зүйл үнэхээр тийм эсэхийг мэдэхийн тулд Судруудыг байнга шинжлэн судлах ёстой. Бурханы ард түмэн одоо тэнгэр дэх ариун газарт нүдээ тогтоох учиртай; тэнд бидний агуу Тэргүүн Тахилч шүүлтийн ажлын хүрээнд эцсийн үйлчлэлээ явуулж байгаа бөгөөд—тэнд Өөрийн ард түмний төлөө зуучлан өмгөөлж байна.” Review and Herald, 1883 оны 11 дүгээр сарын 27.</w:t>
      </w:r>
    </w:p>
    <w:p>
      <w:pPr>
        <w:pStyle w:val="ArticleBody"/>
        <w:jc w:val="left"/>
      </w:pPr>
      <w:r>
        <w:rPr>
          <w:rFonts w:ascii="Times New Roman" w:hAnsi="Times New Roman" w:eastAsia="Times New Roman" w:cs="Times New Roman"/>
        </w:rPr>
        <w:t>Цовдлолтын үеийн шавь нарын урам хугаралт нь Христ загалмай дээр тогтоох гэж байсан хаанчлалын талаархи буруу ойлголт дээр үндэслэж байв. Иохан Баптист болон элч Паулын үйлчлэлд махбодит Израиль болон махбодит газрын ариун сүмийн эдийн засаглал сүнслэг Израиль болон тэнгэрийн сүнслэг ариун сүм рүү шилжин орсныг тодорхойлон заах ажил багтаж байлаа. Иуда овгийн Арслан “мэргэдэд” урам хугарлын учрыг үргэлж тайлбарладаг. Ром “найм дахь нь боловч долоон дотроосынх” хэмээх эш үзүүллэгийн оньсогын тайлал нь 2020 оны 7 дугаар сарын 18-ны урам хугарлыг тайлбарлахын тулд Иудагийн Арслангийн гүйцэтгэж буй ажлын нэг хэсэг мөн.</w:t>
      </w:r>
    </w:p>
    <w:p>
      <w:pPr>
        <w:pStyle w:val="ArticleBody"/>
        <w:jc w:val="left"/>
      </w:pPr>
      <w:r>
        <w:rPr>
          <w:rFonts w:ascii="Times New Roman" w:hAnsi="Times New Roman" w:eastAsia="Times New Roman" w:cs="Times New Roman"/>
        </w:rPr>
        <w:t>Миллеритүүд Ромыг Библийн эш үзүүлгийн дөрөв дэх хаант улс гэж үзэж, харийн шүтлэг ба папын ёсны хоорондын ялгааг олж харж байсан боловч Библийн эш үзүүлгийн тав дахь хаант улс нь папын Ром мөн гэдгийг харж чадсангүй. 1844 оноос удалгүй анхдагчид Америкийн Нэгдсэн Улсыг Библийн эш үзүүлгийн дараагийн хаант улс болохыг олж харсан.</w:t>
      </w:r>
    </w:p>
    <w:p>
      <w:pPr>
        <w:pStyle w:val="ArticleBody"/>
        <w:jc w:val="left"/>
      </w:pPr>
      <w:r>
        <w:rPr>
          <w:rFonts w:ascii="Times New Roman" w:hAnsi="Times New Roman" w:eastAsia="Times New Roman" w:cs="Times New Roman"/>
        </w:rPr>
        <w:t>Тэрхүү хүлээн зөвшөөрөлт нь 1850 оны анхдагчдын зурагт дүрслэгдсэн байдаг. Гэвч Илчлэлт номын арван долоодугаар бүлэгт дүрслэгдсэнээр Библийн эш үзүүллэг дэх хаанчлалуудын бүрэн дүрслэлийг танин мэдэх чадвар нь тэдний ойлгох боломжийн хэрээс хэтэрсэн байв. Учир нь тэд 1863 онд “долоон цаг”-ийг няцаасныхаа дараа Лаодикийн цөлөөр тэнүүчилж эхэлсэн юм.</w:t>
      </w:r>
    </w:p>
    <w:p>
      <w:pPr>
        <w:pStyle w:val="ArticleScripture"/>
        <w:jc w:val="left"/>
      </w:pPr>
      <w:r>
        <w:rPr>
          <w:rFonts w:ascii="Times New Roman" w:hAnsi="Times New Roman" w:eastAsia="Times New Roman" w:cs="Times New Roman"/>
        </w:rPr>
        <w:t>“Эртний Израилийн түүх нь Адвентист биеийн өнгөрсөн туршлагын тод жишээ мөн. Бурхан Өөрийн ард түмнийг Египетээс гарсан Израилийн хөвгүүдийг удирдсанчлан адилхан адвентийн хөдөлгөөнд удирдсан билээ. Агуу урам хугарал дунд тэдний итгэл нь Улаан тэнгисийн дэргэдэх Еврейчүүдийнхтэй адил соригдсон юм. Хэрэв тэд өнгөрсөн туршлагынх нь туршид өөрсөдтэй нь хамт байсан удирдан чиглүүлэгч мутарт үргэлжлүүлэн итгэсээр байсан бол, тэд Бурханы авралыг харах байсан. Хэрэв 1844 онд энэ ажилд нэгэн санаагаар хөдөлмөрлөсөн бүх хүн гурав дахь тэнгэрэлчийн мэдээг хүлээн авч, Ариун Сүнсний хүчээр тунхагласан бол, Эзэн тэдний хүчин чармайлттай хүчтэйгээр хамтран үйлдэх байсан. Гэрлийн их үер дэлхий дээр асгаруулах байсан. Олон жилийн өмнө газрын оршин суугчдад анхааруулга өгөгдөж, төгсгөлийн ажил дуусаж, Христ Өөрийн ард түмнийг аврахын тулд ирэх байсан.”</w:t>
      </w:r>
    </w:p>
    <w:p>
      <w:pPr>
        <w:pStyle w:val="ArticleScripture"/>
        <w:jc w:val="left"/>
      </w:pPr>
      <w:r>
        <w:rPr>
          <w:rFonts w:ascii="Times New Roman" w:hAnsi="Times New Roman" w:eastAsia="Times New Roman" w:cs="Times New Roman"/>
        </w:rPr>
        <w:t>“Израиль ард түмэн цөлөөр дөчин жил тэнүүчлэх нь Бурханы хүсэл байгаагүй; Тэр тэднийг Канаан нутагт шууд удирдан авч орж, тэнд ариун, жаргалтай ард түмэн болгон тогтоохыг хүссэн юм. Гэвч ‘тэд итгэлгүйгээсээ болж орж чадсангүй.’ Еврей 3:19. Тэд ухарч буцсан болон тэрслэн няцсаны улмаас цөлд мөхөж, Амлагдсан Нутагт орохоор өөр хүмүүс босгогдов. Үүнтэй адил, Христийн ирэлт ийнхүү удаан саатаж, Түүний ард түмэн нүгэл ба уй гашуугийн энэ ертөнцөд ийм олон жил үлдэх нь ч Бурханы хүсэл байгаагүй. Харин итгэлгүй байдал тэднийг Бурханаас тусгаарлав. Тэдэнд Түүний оноосон ажлыг хийхээс татгалзсан тул, мэдээг тунхаглахаар өөр хүмүүс босгогдов. Есүс дэлхийд өршөөл үзүүлэн Өөрийн ирэлтийг хойшлуулдаг нь, нүгэлтнүүдэд сэрэмжлүүлгийг сонсож, Бурханы уур хилэн асгарч гарахаас өмнө Түүн дотор хоргодох орон олох боломж олгохын тулд юм.” Агуу Тэмцэл, 458.</w:t>
      </w:r>
    </w:p>
    <w:p>
      <w:pPr>
        <w:pStyle w:val="ArticleBody"/>
        <w:jc w:val="left"/>
      </w:pPr>
      <w:r>
        <w:rPr>
          <w:rFonts w:ascii="Times New Roman" w:hAnsi="Times New Roman" w:eastAsia="Times New Roman" w:cs="Times New Roman"/>
        </w:rPr>
        <w:t>Жеймс болон Эллен Уайт хоёулаа 1856 онд энэ хөдөлгөөн Лаодикийн хөдөлгөөнд шилжсэн болохыг тодорхойлсон бөгөөд, өмнөх эшлэлд тэрээр “1844 онд ажилд нэгэн санаагаар хамтран зүтгэсэн бүх хүн гурав дахь тэнгэрэлчийн мэдээг хүлээн авч, Ариун Сүнсний хүчээр тунхагласан бол, Эзэн тэдний хүчин чармайлттай хамт хүчтэйгээр үйлдэх байсан” гэж тодорхойлдог. Дараа нь тэр, “Үүнтэй адил,” эртний Израилийн илэрхийлсэн “арагш ухралт ба тэрслэл” нь эртний Израилийг “цөлд мөхөхөд” хүргэсэн гэж хэлдэг. Энэ эшлэл нь Лаодикийн Адвентизм Шөнийн Дунд Хашхирааны мэдээг тунхаглаж байсан хүмүүс амьд сэрүүн хэвээр байсан цаг үед цөлөөр тэнүүчилж эхэлснийг зааж байна.</w:t>
      </w:r>
    </w:p>
    <w:p>
      <w:pPr>
        <w:pStyle w:val="ArticleBody"/>
        <w:jc w:val="left"/>
      </w:pPr>
      <w:r>
        <w:rPr>
          <w:rFonts w:ascii="Times New Roman" w:hAnsi="Times New Roman" w:eastAsia="Times New Roman" w:cs="Times New Roman"/>
        </w:rPr>
        <w:t>Өнөөдөр теологичид (эрдэмтэд) Илчлэлт номын арван долоодугаар бүлэгт янз бүрийн хэрэглээг оноон тайлбарлаж байна. Эдгээр нь нэг бол Иезуитүүдийн зохиож гаргасан футуризмын аргачлалаас үүдэн гарсан, эсвэл тэрсэлсэн Протестантизмын завхарсан теологийн дадлуудаас урган гарсан байдаг. Илчлэлт арван долоогийн бэлгэдлүүд маш энгийн юм. Бид шаардлагатай бэлгэдлүүдийг тодорхойлсон тул, одоо тэнд дүрслэгдсэн хаанчлалууд руу эргэн очиж, тэдгээрийг Даниел номын хоёрдугаар бүлгийн хаанчлалуудтай тулган нийцүүлье. Учир нь Есүс аливаа зүйлийн төгсгөлийг үргэлж түүний эхлэлээр дүрслэн харуулдаг билээ.</w:t>
      </w:r>
    </w:p>
    <w:p>
      <w:pPr>
        <w:pStyle w:val="ArticleScripture"/>
        <w:jc w:val="left"/>
      </w:pPr>
      <w:r>
        <w:rPr>
          <w:rFonts w:ascii="Times New Roman" w:hAnsi="Times New Roman" w:eastAsia="Times New Roman" w:cs="Times New Roman"/>
        </w:rPr>
        <w:t>Тэнд долоон хаан бий: таваас нь унасан, нэг нь одоо байна, нөгөө нь хараахан ирээгүй; харин тэр ирэхдээ, багахан хугацаанд оршин тогтнох ёстой. Урьд нь байсан атлаа одоо үгүй болсон тэр араатан, өөрөө найм дахь нь бөгөөд долоон дотроос гарсан нэгэн мөн, мөн сүйрэл рүү оддог. Чиний харсан арван эвэр бол арван хаан мөн; тэд одоогоор хаанчлал хүлээн аваагүй боловч, араатантай хамт нэг цагийн турш хаадын адил эрх мэдэл хүлээн авдаг. Илчлэл 17:10–12.</w:t>
      </w:r>
    </w:p>
    <w:p>
      <w:pPr>
        <w:pStyle w:val="ArticleBody"/>
        <w:jc w:val="left"/>
      </w:pPr>
      <w:r>
        <w:rPr>
          <w:rFonts w:ascii="Times New Roman" w:hAnsi="Times New Roman" w:eastAsia="Times New Roman" w:cs="Times New Roman"/>
        </w:rPr>
        <w:t>Гуравдугаар эшлэлд Иохан сүнслэгээр 1798 он уруу зөөгдөн очсон. Түүхийн тэрхүү цэг дээр түүнд аль хэдийн унасан таван хаант улс байгааг хэлсэн. Тэдгээр хаант улсууд нь Вавилон, Мидо-Перс, Грек, шүтээнлэг Ром, мөн папын Ром байв. Уильям Миллер арван долдугаар бүлгийн энэ хэсгийг тайлж чадсангүй. Учир нь тэр папын Ромыг шүтээнлэг Ромоос ялгаатай, тусдаа нэгэн хаант улс гэдгийг таньж чадаагүй юм. Гэвч энэ дараалал Илчлэлт номын арван хоёр, арван гуравдугаар бүлгүүдэд өгүүлэгдсэн байдаг. Учир нь арван хоёрдугаар бүлгийн луу нь шүтээнлэг Ромыг төлөөлж, арван гуравдугаар бүлэгт тэнгисээс гарч ирсэн араатан нь папын тогтолцоог, харин газрын араатан нь Америкийн Нэгдсэн Улсыг илэрхийлсэн юм. Уайт эгч эдгээр гурван араатныг луу, араатан, хуурамч эш үзүүлэгч хэмээн тодорхойлдог. Өөрийн гэрчлэлийг өгүүлэхдээ тэрээр хаант улсуудын дарааллыг тодорхойлсон бөгөөд тэрхүү дараалал нь Илчлэлт арван долоодугаар бүлэгт бидний хийж буй хэрэглээтэй нийцдэг.</w:t>
      </w:r>
    </w:p>
    <w:p>
      <w:pPr>
        <w:pStyle w:val="ArticleScripture"/>
        <w:jc w:val="left"/>
      </w:pPr>
      <w:r>
        <w:rPr>
          <w:rFonts w:ascii="Times New Roman" w:hAnsi="Times New Roman" w:eastAsia="Times New Roman" w:cs="Times New Roman"/>
        </w:rPr>
        <w:t>“Агуу улаан луу, ирвэс мэт араатан, мөн хурганы адил эвэртэй араатны бэлгэдлийн дор, Бурханы хуулийг онцгойлон гишгэлэн доромжлох бөгөөд Түүний ард түмнийг хавчин мөшгөх дэлхийн засаглалуудыг Иоханд үзүүлсэн юм. Энэ дайн цаг хугацааны төгсгөл хүртэл үргэлжилнэ. Ариун эмэгтэй болон түүний хүүхдүүдээр бэлгэдэгдсэн Бурханы ард түмэн үлэмжхэн цөөнхийн байдалтайгаар дүрслэгдсэн. Эцсийн өдрүүдэд зөвхөн үлдэгдэл хэсэг л оршсоор байв. Иохан тэдний тухай “Бурханы тушаалуудыг сахидаг, мөн Есүс Христийн гэрчлэлийг эзэмшдэг” хэмээн өгүүлдэг.”</w:t>
      </w:r>
    </w:p>
    <w:p>
      <w:pPr>
        <w:pStyle w:val="ArticleScripture"/>
        <w:jc w:val="left"/>
      </w:pPr>
      <w:r>
        <w:rPr>
          <w:rFonts w:ascii="Times New Roman" w:hAnsi="Times New Roman" w:eastAsia="Times New Roman" w:cs="Times New Roman"/>
        </w:rPr>
        <w:t>“Харь шашинтнуудын шүтлэгээр дамжин, дараа нь Папын засаглалаар дамжин Сатан Бурханы үнэнч гэрч нарыг дэлхийгээс арчин үгүй хийх гэсэн оролдлогоор олон зууны турш өөрийн хүчийг хэрэгжүүлсэн. Харь шашинтнууд ба папистууд хоёул ижил луугийн сүнсээр хөдөлгөгдөж байв. Тэдний ялгаа нь зөвхөн үүнд оршиж байлаа: Папын засаглал нь Бурханд үйлчилж буй дүр эсгэн, илүү аюултай, илүү харгис дайсан болсон юм. Ромын шашны нөлөө, үйлчлэлээр дамжин Сатан дэлхийг олзлон эрхэндээ оруулсан. Бурханы хэмээн нэрлэгддэг сүм хүртэл энэ төөрөгдлийн эгнээнд автагдан орж, Бурханы ард түмэн мянга гаруй жилийн турш луугийн хилэн дор зовлон амссан. Харин Папын засаглал хүч чадлаасаа салж, хавчлагыг зогсоохоос өөр аргагүй болоход, Иохан луугийн дуу хоолойг цуурайтуулж, мөнөөх харгис бөгөөд Бурханыг доромжилсон ажлыг үргэлжлүүлэхээр өндийн гарч ирж буй шинэ нэгэн хүчийг үзсэн. Сүмийн эсрэг болон Бурханы хуулийн эсрэг дайн хийх эцсийн энэ хүчийг хурганы адил эвэртэй араатнаар бэлгэдсэн байв.”</w:t>
      </w:r>
    </w:p>
    <w:p>
      <w:pPr>
        <w:pStyle w:val="ArticleScripture"/>
        <w:jc w:val="left"/>
      </w:pPr>
      <w:r>
        <w:rPr>
          <w:rFonts w:ascii="Times New Roman" w:hAnsi="Times New Roman" w:eastAsia="Times New Roman" w:cs="Times New Roman"/>
        </w:rPr>
        <w:t>“Гэвч эш үзүүллэгийн харандааны хатуу ширүүн таталбар энэ амгалан дүр зурагт өөрчлөлт орсныг илчилдэг. Хурганы адил эвэртэй араатан луугийн дуугаар ярьж, ‘түүний өмнөх анхны араатны бүх эрх мэдлийг эдэлдэг.’ Эш үзүүллэгт, тэр газар дээр оршин суугчдад араатанд зориулсан дүр бүтээхийг хэлнэ гэж, мөн ‘жижиг, агуу, баян, ядуу, эрх чөлөөт, боол гэлгүй бүгдэд нь баруун гарт нь, эсвэл магнай дээр нь тэмдэг тавиулдаг; тэгээд тэр тэмдэг, эсвэл араатны нэр, эсвэл түүний нэрийн тоог авснаас өөр хэн ч худалдаж авах буюу худалдах боломжгүй болгоно’ гэж тунхагласан байдаг. Ийнхүү Протестантизм Папын ёсыг мөрдөн дагадаг.” Signs of the Times, 1899 оны 11 дүгээр сарын 1.</w:t>
      </w:r>
    </w:p>
    <w:p>
      <w:pPr>
        <w:pStyle w:val="ArticleBody"/>
        <w:jc w:val="left"/>
      </w:pPr>
      <w:r>
        <w:rPr>
          <w:rFonts w:ascii="Times New Roman" w:hAnsi="Times New Roman" w:eastAsia="Times New Roman" w:cs="Times New Roman"/>
        </w:rPr>
        <w:t>Сүүлчийн ишлэлийн эхний догол мөрөнд Уайт эгч харь үндэстний Ром, папын Ром болон Америкийн Нэгдсэн Улсыг “дэлхийн засаглалууд” хэмээн тодорхойлдог. Хоёр дахь догол мөрөнд тэрээр эдгээр засаглалууд дараалсан байсныг “харь шүтлэгээр дамжин, дараа нь Папын эрх мэдлээр дамжин” хэмээн, мөн “Папын эрх мэдэл хүч чадлаасаа салж, хавчлагаа зогсоохоос өөр аргагүй болоход, Иохан луугийн дуу хоолойг давтан цуурайтуулж, мөнөөх л харгис, Бурханыг доромжилсон ажлыг үргэлжлүүлэхээр гарч ирж буй шинэ хүчийг харсан” хэмээн хэлэхдээ тодорхойлдог. Гэвч тэр үүгээр зогсдоггүй. Учир нь гурав дахь догол мөрөнд Америкийн Нэгдсэн Улс өөр нэгэн хаанчлалыг бүх дэлхийд албадан тулгах ёстой байсныг тэрээр тодорхойлдог. Тэрээр, “Хурганы мэт эвэртэй араатан луугийн дуу хоолойгоор ярьж, ‘түүний өмнөх эхний араатны бүх эрх мэдлийг хэрэгжүүлдэг.’ Зөгнөлд тэрээр газар дээр оршин суугчдад араатны дүрийг бүтээх ёстой гэж хэлнэ хэмээн тунхагладаг” гэжээ.</w:t>
      </w:r>
    </w:p>
    <w:p>
      <w:pPr>
        <w:pStyle w:val="ArticleBody"/>
        <w:jc w:val="left"/>
      </w:pPr>
      <w:r>
        <w:rPr>
          <w:rFonts w:ascii="Times New Roman" w:hAnsi="Times New Roman" w:eastAsia="Times New Roman" w:cs="Times New Roman"/>
        </w:rPr>
        <w:t>Илчлэл номын арван хоёр, арван гуравдугаар бүлгүүдэд шүтээн мөргөлийн Ром, папын Ром, Америкийн Нэгдсэн Улс, мөн Америкийн Нэгдсэн Улсын байгуулдаг араатны дэлхий дахины хөргийг тодорхойлон үзүүлдэг. “Араатны хөрөг”-ийн тодорхойлолт нь Сүм ба Төрийн нэгдэл бөгөөд, бүх дэлхий араатны хөргийг байгуулах явдал нь тодорхойлолтынхоо дагуу эцсийн өдрүүдэд нэг дэлхийн засаглал бүх дэлхий дээр хүчээр тулгагдахыг илтгэнэ. Тэрхүү хаанчлал нь Төр ба Сүмээс бүрдэх бөгөөд, Сүм нь энэ харилцаанд ноёрхон захирах болно. Илчлэл номын арван хоёр, арван гуравдугаар бүлгүүдэд дараалсан дөрвөн хаанчлалыг тодорхойлон үзүүлдэг бөгөөд, тэрхүү мөн хаанчлалуудыг арван долоодугаар бүлэгт, мөн Даниел номын хоёрдугаар бүлэгт ч төлөөлөн үзүүлсэн байдаг.</w:t>
      </w:r>
    </w:p>
    <w:p>
      <w:pPr>
        <w:pStyle w:val="ArticleBody"/>
        <w:jc w:val="left"/>
      </w:pPr>
      <w:r>
        <w:rPr>
          <w:rFonts w:ascii="Times New Roman" w:hAnsi="Times New Roman" w:eastAsia="Times New Roman" w:cs="Times New Roman"/>
        </w:rPr>
        <w:t>1798 онд Иохан Библийн эш үзүүллэгийн эхний таван хаанчлал аль хэдийн унасан бөгөөд 1798 онд нэгэн хаанчлал тухайн үед оршин байгааг харсан. 1798 онд эхэлсэн Библийн эш үзүүллэгийн тэрхүү хаанчлал нь Илчлэлт арван гурав дахь газрын араатан байсан бөгөөд тэр нь хурга мэт эхэлсэн ч эцэстээ луу мэт ярьдаг. Америкийн Нэгдсэн Улс нь үхлийн шарх авсан сүнслэг Вавилоны тав дахь хаанчлалыг дагалдан гарч ирдэг, Библийн эш үзүүллэгийн хоёр эвэртэй зургаа дахь хаанчлал мөн. Тав дахь хаанчлал нь бодит Вавилоны эхний хаанчлалаар төлөөлүүлэгдэж байсан сүнслэг Вавилон байв. Хоёр эвэртэй зургаа дахь хаанчлал нь мөнгөөр хийсэн хоёр мутраар төлөөлүүлэгдэж байжээ.</w:t>
      </w:r>
    </w:p>
    <w:p>
      <w:pPr>
        <w:pStyle w:val="ArticleBody"/>
        <w:jc w:val="left"/>
      </w:pPr>
      <w:r>
        <w:rPr>
          <w:rFonts w:ascii="Times New Roman" w:hAnsi="Times New Roman" w:eastAsia="Times New Roman" w:cs="Times New Roman"/>
        </w:rPr>
        <w:t>1798 онд ирээдүйд хараахан бий болоогүй нэгэн хаант улс байх ёстой байсан. Учир нь 1798 онд “нөгөө нь хараахан ирээгүй байна” гэжээ. Тэр долоо дахь хаант улс түүхэнд гарч ирэх үедээ зөвхөн “богино хугацаанд” л оршин тогтох байв. Тав дахь хаант улс үхлийн шарх авсан, зургаа дахь хаант улс хоёр эвэртэй, харин долоо дахь хаант улс зөвхөн богино хугацаанд үргэлжилдэг. Уг хэсгийн хам сэдэв нь долоо дахь хаант улсыг “арван хаад”-аар төлөөлүүлэн тодорхойлж байна. Учир нь “арван хаад” хаант улс болох үедээ тэд зөвхөн “нэг цаг” захирдаг бөгөөд нэг “цаг” нь богино “хугацаа” юм. “Арван хаад” үнэхээр хаанчлах үедээ тэд араатантай хамт тэр “нэг цаг”-ийн турш хамтран захирдаг.</w:t>
      </w:r>
    </w:p>
    <w:p>
      <w:pPr>
        <w:pStyle w:val="ArticleScripture"/>
        <w:jc w:val="left"/>
      </w:pPr>
      <w:r>
        <w:rPr>
          <w:rFonts w:ascii="Times New Roman" w:hAnsi="Times New Roman" w:eastAsia="Times New Roman" w:cs="Times New Roman"/>
        </w:rPr>
        <w:t>Чиний харсан арван эвэр бол арван хаан мөн; тэд одоогоор хаанчлал аваагүй боловч араатантай хамт нэгэн цагийн турш хаадын адил эрх мэдэл хүлээн авна. Илчлэлт 17:12.</w:t>
      </w:r>
    </w:p>
    <w:p>
      <w:pPr>
        <w:pStyle w:val="ArticleBody"/>
        <w:jc w:val="left"/>
      </w:pPr>
      <w:r>
        <w:rPr>
          <w:rFonts w:ascii="Times New Roman" w:hAnsi="Times New Roman" w:eastAsia="Times New Roman" w:cs="Times New Roman"/>
        </w:rPr>
        <w:t>“Арван эвэр” нь долоо дахь хаанчлал мөн боловч тэд араатантай хамт “нэг цагийн” турш захирдаг. “Нэг цаг” гэдэг нь удахгүй Америкийн Нэгдсэн Улсад хэрэгжих Ням гаргийн хуулиас эхлэх Ням гаргийн хуулийн хямралын үе юм. Тэд араатантай хамт захирахаар зөвшөөрдөг, учир нь тэднийг тэргүүн хаан болох Америкийн Нэгдсэн Улс тийнхүү үйлдэхэд албаддаг. Уайт эгч саяхан бидний эш татсан хэсэгт Бурханы ардыг хавчин мөшгөгч эцсийн хүч нь газрын араатан мөн гэдгийг тодорхойлсон.</w:t>
      </w:r>
    </w:p>
    <w:p>
      <w:pPr>
        <w:pStyle w:val="ArticleScripture"/>
        <w:jc w:val="left"/>
      </w:pPr>
      <w:r>
        <w:rPr>
          <w:rFonts w:ascii="Times New Roman" w:hAnsi="Times New Roman" w:eastAsia="Times New Roman" w:cs="Times New Roman"/>
        </w:rPr>
        <w:t>“Иохан луугийн дуу хоолойг давтан цуурайтуулж, мөнөөх харгис, Бурханыг доромжилсон үйл хэргийг цааш үргэлжлүүлэхээр гарч ирж буй нэгэн шинэ хүчийг үзэв. Сүмийн эсрэг болон Бурханы хуулийн эсрэг дайн хийх хамгийн сүүлчийн энэ хүч нь хурганы мэт эвэртэй араатнаар бэлгэдэгдсэн байв.” Signs of the Times, 1899 оны 11 дүгээр сарын 1.</w:t>
      </w:r>
    </w:p>
    <w:p>
      <w:pPr>
        <w:pStyle w:val="ArticleBody"/>
        <w:jc w:val="left"/>
      </w:pPr>
      <w:r>
        <w:rPr>
          <w:rFonts w:ascii="Times New Roman" w:hAnsi="Times New Roman" w:eastAsia="Times New Roman" w:cs="Times New Roman"/>
        </w:rPr>
        <w:t>Библийн эш үзүүлгийн сүүлчийн хаанчлал нь Хуурамч Эш Үзүүлэгч болох Америкийн Нэгдсэн Улсын үйлдсэн мэхлэлээр бий болдог. Тэрхүү хаанчлал 1798 онд хурга мэтээр эхэлсэн боловч эцсийн өдрүүдэд дэлхийг араатны дэлхий даяарх дүр төрхийг хүлээн зөвшөөрөхөд албаддаг бөгөөд энэ нь тодорхойлолтоороо Сүм ба Төрийн нэгдэл, үүнд Сүм нь харилцааг захирах байр суурьтай байдгийн хослол мөн. Тэр хаанчлалыг мөн гурвалсан нэгдэл хэмээн тодорхойлдог.</w:t>
      </w:r>
    </w:p>
    <w:p>
      <w:pPr>
        <w:pStyle w:val="ArticleScripture"/>
        <w:jc w:val="left"/>
      </w:pPr>
      <w:r>
        <w:rPr>
          <w:rFonts w:ascii="Times New Roman" w:hAnsi="Times New Roman" w:eastAsia="Times New Roman" w:cs="Times New Roman"/>
        </w:rPr>
        <w:t>“АНУ-ын протестантууд Сүнслэг үзэлтэй гар барихаар ангал дээгүүр гараа хамгийн түрүүнд сунгах болно; тэд Ромын эрх мэдэлтэй гар барихаар ёроолгүй ангал дээгүүр хүрэх болно; мөн энэ гурвалсан холбооны нөлөөн дор энэ улс мөс чанарын эрхийг гишгэлэн дэвслэхдээ Ромын мөрөөр дагах болно.” Агуу тэмцэл, 588.</w:t>
      </w:r>
    </w:p>
    <w:p>
      <w:pPr>
        <w:pStyle w:val="ArticleBody"/>
        <w:jc w:val="left"/>
      </w:pPr>
      <w:r>
        <w:rPr>
          <w:rFonts w:ascii="Times New Roman" w:hAnsi="Times New Roman" w:eastAsia="Times New Roman" w:cs="Times New Roman"/>
        </w:rPr>
        <w:t>Гурвалсан холбоо гэдэг нь луу, араатан, хуурамч эш үзүүлэгчийн нэгдэл бөгөөд Илчлэлт номын арван зургаад тэд газар дэлхийн хаад уруу гарч, ертөнцийг Армагеддон руу хөтөлдөг.</w:t>
      </w:r>
    </w:p>
    <w:p>
      <w:pPr>
        <w:pStyle w:val="ArticleScripture"/>
        <w:jc w:val="left"/>
      </w:pPr>
      <w:r>
        <w:rPr>
          <w:rFonts w:ascii="Times New Roman" w:hAnsi="Times New Roman" w:eastAsia="Times New Roman" w:cs="Times New Roman"/>
        </w:rPr>
        <w:t>Тэгээд би луугийн амнаас, мөн араатны амнаас, мөн хуурамч эш үзүүлэгчийн амнаас мэлхий мэт гурван бузар сүнс гарч ирэхийг харав. Учир нь тэд бол гайхамшгуудыг үйлдэгч чөтгөрүүдийн сүнснүүд бөгөөд Төгс Хүчит Бурханы тэр агуу өдрийн тулалдаанд тэднийг цуглуулахын тулд газрын хаад уруу, мөн бүх дэлхий уруу гарч оддог. Илчлэлт 16:13, 14.</w:t>
      </w:r>
    </w:p>
    <w:p>
      <w:pPr>
        <w:pStyle w:val="ArticleBody"/>
        <w:jc w:val="left"/>
      </w:pPr>
      <w:r>
        <w:rPr>
          <w:rFonts w:ascii="Times New Roman" w:hAnsi="Times New Roman" w:eastAsia="Times New Roman" w:cs="Times New Roman"/>
        </w:rPr>
        <w:t>“Ромын эрх мэдэл” нь үхлийн шарх авсан папын засаглал, араатан, мөн Библийн эш үзүүллэгийн тав дахь хаанчлал мөн. “Протестантууд” нь Америкийн Нэгдсэн Улс, хуурамч эш үзүүлэгч, Библийн эш үзүүллэгийн зургаа дахь бөгөөд эцсийн хаанчлалыг төлөөлнө. “Сүнслэг үзэл” нь Нэгдсэн Үндэстний Байгууллага, луу, мөн араатантай хамт нэг цагийн турш захирахаар зөвшөөрдөг хаанчлал мөн. Гурвалсан нэгдэл нь Илчлэлт арван нэгд байдаг “агуу газар хөдлөлт”-ийн “цаг” болох “нэг цаг”-ийн үеэр, өөрөөр хэлбэл тун удахгүй ирэх Ням гаргийн хуулийн үед биелнэ.</w:t>
      </w:r>
    </w:p>
    <w:p>
      <w:pPr>
        <w:pStyle w:val="ArticleScripture"/>
        <w:jc w:val="left"/>
      </w:pPr>
      <w:r>
        <w:rPr>
          <w:rFonts w:ascii="Times New Roman" w:hAnsi="Times New Roman" w:eastAsia="Times New Roman" w:cs="Times New Roman"/>
        </w:rPr>
        <w:t>“Бурханы хуулийг зөрчин Папын засаглалыг тогтоохыг албадсан зарлигаар манай үндэстэн өөрийгөө зөвт байдлаас бүрэн салгана. Протестантизм ангалын цаана гар сунган Ромын эрх мэдлийн гарыг атгах үед, тэрээр ёроолгүй ангал дээгүүр хүрч Спиритизмтэй гар барих үед, энэ гурвалсан нэгдлийн нөлөөн дор манай улс Протестант, бүгд найрамдах засаглалынхаа хувьд Үндсэн хуулийнхаа зарчим бүрийг няцааж, папын худал сургаал ба төөрөгдлийг түгээн дэлгэрүүлэхэд зориулан арга хэмжээ авах үед, тэгэхэд л Сатаны гайхамшигт үйл ажиллагааны цаг ирснийг, мөн төгсгөл ойрхон байгааг бид мэдэж болно.” Гэрчлэлүүд, 5-р боть, 451.</w:t>
      </w:r>
    </w:p>
    <w:p>
      <w:pPr>
        <w:pStyle w:val="ArticleBody"/>
        <w:jc w:val="left"/>
      </w:pPr>
      <w:r>
        <w:rPr>
          <w:rFonts w:ascii="Times New Roman" w:hAnsi="Times New Roman" w:eastAsia="Times New Roman" w:cs="Times New Roman"/>
        </w:rPr>
        <w:t>Даниелын хоёрдугаар бүлэгт алтаар дүрслэгдсэн толгойгоор төлөөлөгдсөн Библийн эш үзүүллэгийн эхний хаанчлал болох Вавилон нь Библийн эш үзүүллэгийн тав дахь хаанчлал болох сүнслэг Вавилоны хэв шинж болдог. Мөнгөөр дүрслэгдсэн мөр ба хоёр гар болох Меде ба Персийн хосолмол хаанчлал, Даниелын хоёрдугаар бүлэг дэх Библийн эш үзүүллэгийн хоёр дахь хаанчлал нь эвэр хоёртой газрын араатан болох Америкийн Нэгдсэн Улсыг, өөрөөр хэлбэл Библийн эш үзүүллэгийн зургаа дахь хаанчлалыг төлөөлдөг. Даниелын хоёрдугаар бүлгийн хөргийн гууль нь Грекийг, өөрөөр хэлбэл Библийн эш үзүүллэгийн гурав дахь хаанчлалыг төлөөлөх бөгөөд “нэг цаг” үргэлжлэх долоо дахь толгой болох Нэгдсэн Үндэстний Байгууллагыг төлөөлдөг бөгөөд мөн луу, араатан, хуурамч эш үзүүлэгчийн гурвалсан холбоонд байр суурь эзлэхийг зөвшөөрдөг.</w:t>
      </w:r>
    </w:p>
    <w:p>
      <w:pPr>
        <w:pStyle w:val="ArticleBody"/>
        <w:jc w:val="left"/>
      </w:pPr>
      <w:r>
        <w:rPr>
          <w:rFonts w:ascii="Times New Roman" w:hAnsi="Times New Roman" w:eastAsia="Times New Roman" w:cs="Times New Roman"/>
        </w:rPr>
        <w:t>Даниелын хоёрдугаар бүлгийн төмөр хаант улс, Библийн эш үзүүллэгийн дөрөв дэх хаант улс нь долоон хаант улсын нэг болох найм дахь хаант улсыг төлөөлдөг. Шууд утгаараа харь Ром болох дөрөв дэх хаант улс нь Сүм ба Төрийн нэгдлээр зохион байгуулагдсан, харин тэрхүү харилцаанд Сүм нь ноёрхон захирдаг хаант улс болох орчин үеийн Ромыг төлөөлдөг. Тэр хаант улс нь мөн чанартаа гуравласан шинжтэй; учир нь “арван хаад”-ын тэргүүн хаан нь газрын араатан болох зургаа дахь хаант улс юм. Зургаа дахь хаант улс нь Иезавельтай гэрлэсэн Ахаб юм. Зургаа дахь хаант улс гуравласан холбоогоороо төлөөлөгдөх үедээ орчин үеийн Ром бөгөөд түүний өмнө тав дахь хаант улс болох папын Ром байсан, харин түүний өмнө харь Ром болох дөрөв дэх хаант улс байсан.</w:t>
      </w:r>
    </w:p>
    <w:p>
      <w:pPr>
        <w:pStyle w:val="ArticleBody"/>
        <w:jc w:val="left"/>
      </w:pPr>
      <w:r>
        <w:rPr>
          <w:rFonts w:ascii="Times New Roman" w:hAnsi="Times New Roman" w:eastAsia="Times New Roman" w:cs="Times New Roman"/>
        </w:rPr>
        <w:t>Миллерчүүд Ромыг зөвхөн дөрөв дэх бөгөөд эцсийн хаант улс гэж харж байв. Тэд түүний мөн чанар хоёр талтайг хүлээн зөвшөөрч байсан боловч, үүний дараа дагах өөр ямар ч газар дэлхийн хаант улсыг олж харж чадсангүй. Дөрөв дэх хаант улс нь харь шашинт Ром байсан бөгөөд түүний дараа тав дахь хаант улс болох папын Ром, үүний дараа зургаа дахь хаант улс болох орчин үеийн Ром гарч ирсэн юм. Зургаа дахь хаант улс нь Ромын илрэлүүдийн гурваас гурав дахь нь юм.</w:t>
      </w:r>
    </w:p>
    <w:p>
      <w:pPr>
        <w:pStyle w:val="ArticleBody"/>
        <w:jc w:val="left"/>
      </w:pPr>
      <w:r>
        <w:rPr>
          <w:rFonts w:ascii="Times New Roman" w:hAnsi="Times New Roman" w:eastAsia="Times New Roman" w:cs="Times New Roman"/>
        </w:rPr>
        <w:t>Луу, араатан, хуурамч эш үзүүлэгчийн гурвалсан холбоо нь нэгэн зэрэг орчин үеийн Ром мөн бөгөөд үхлийн шарх нь эдгэсэн Агуу Вавилон мөн юм. Америкийн Нэгдсэн Улс, Нэгдсэн Үндэстний Байгууллага, Тирийн янхан нь найм дахь бөгөөд эцсийн хаант улсыг төлөөлдөг боловч тэд гуравлаа Бурханы сүм ба Бурханы хуулийн эсрэг «дайн хийх» сүүлчийн хүч болох зургаа дахь хаант улсын гурвалсан холбооны холбоотнууд мөн юм.</w:t>
      </w:r>
    </w:p>
    <w:p>
      <w:pPr>
        <w:pStyle w:val="ArticleBody"/>
        <w:jc w:val="left"/>
      </w:pPr>
      <w:r>
        <w:rPr>
          <w:rFonts w:ascii="Times New Roman" w:hAnsi="Times New Roman" w:eastAsia="Times New Roman" w:cs="Times New Roman"/>
        </w:rPr>
        <w:t>Америкийн Нэгдсэн Улс нь зургаа дахь хаанчлалын гуравны нэг мөн. Гурвалсан холбооны нэг хэсэг болох Нэгдсэн Үндэстний Байгууллага мөн зургаа дахь хаанчлалын гуравны нэг бөгөөд папын засаглал ч бас зургаа дахь хаанчлалын гуравны нэг мөн. Энэ түвшинд Америкийн Нэгдсэн Улсын тоо нь ЗУРГАА, Нэгдсэн Үндэстний Байгууллагын тоо нь ЗУРГАА, папын засаглалын тоо нь мөн ЗУРГАА юм. Гурвалсан холбоо нь хүний тоог, өөрөөр хэлбэл “нүглийн хүн”-ий тоог төлөөлдөг бөгөөд түүний тоо нь ЗУРГАА-ЗУРГАА-ЗУРГАА юм.</w:t>
      </w:r>
    </w:p>
    <w:p>
      <w:pPr>
        <w:pStyle w:val="ArticleScripture"/>
        <w:jc w:val="left"/>
      </w:pPr>
      <w:r>
        <w:rPr>
          <w:rFonts w:ascii="Times New Roman" w:hAnsi="Times New Roman" w:eastAsia="Times New Roman" w:cs="Times New Roman"/>
        </w:rPr>
        <w:t>Энд мэргэн ухаан байна. Ойлгоцтой нэгэн араатны тоог тоологтун. Учир нь энэ нь хүний тоо бөгөөд түүний тоо нь зургаан зуун жаран зургаа билээ. Илчлэлт 13:18.</w:t>
      </w:r>
    </w:p>
    <w:p>
      <w:pPr>
        <w:pStyle w:val="ArticleBody"/>
        <w:jc w:val="left"/>
      </w:pPr>
      <w:r>
        <w:rPr>
          <w:rFonts w:ascii="Times New Roman" w:hAnsi="Times New Roman" w:eastAsia="Times New Roman" w:cs="Times New Roman"/>
        </w:rPr>
        <w:t>Зургаа дахь бөгөөд эцсийн тусдаа хаанчлал нь Америкийн Нэгдсэн Улс мөн, гэвч тэр нь Хуурамч Эш Үзүүлэгч учраас дэлхийг мэхэлдэг.</w:t>
      </w:r>
    </w:p>
    <w:p>
      <w:pPr>
        <w:pStyle w:val="ArticleScripture"/>
        <w:jc w:val="left"/>
      </w:pPr>
      <w:r>
        <w:rPr>
          <w:rFonts w:ascii="Times New Roman" w:hAnsi="Times New Roman" w:eastAsia="Times New Roman" w:cs="Times New Roman"/>
        </w:rPr>
        <w:t>Тэр нь өмнөх араатны бүх эрх мэдлийг түүний өмнө хэрэгжүүлж, дэлхий болон түүн дээр оршин суугчдыг үхлийн шарх нь эдгэсэн анхны араатанд мөргүүлэхэд хүргэнэ. Мөн тэрээр агуу гайхамшгуудыг үйлдэж, хүмүүсийн нүдэн дээр тэнгэрээс газарт гал буулгадаг. Тэгээд араатны өмнө үйлдэх эрх түүнд өгөгдсөн тэрхүү гайхамшгуудынхаа улмаас дэлхий дээр оршин суугчдыг мэхэлж, сэлэмний шарх авсан атлаа амьд үлдсэн тэр араатанд зориулан хөрөг дүрс босгохыг дэлхий дээр оршин суугчдад айлдана. Илчлэлт 13:12–14.</w:t>
      </w:r>
    </w:p>
    <w:p>
      <w:pPr>
        <w:pStyle w:val="ArticleBody"/>
        <w:jc w:val="left"/>
      </w:pPr>
      <w:r>
        <w:rPr>
          <w:rFonts w:ascii="Times New Roman" w:hAnsi="Times New Roman" w:eastAsia="Times New Roman" w:cs="Times New Roman"/>
        </w:rPr>
        <w:t>“Түүний өмнөх эхний араатны эрх мэдэл” гэдэг нь 496 онд Хлодвигээс эхлэн Европын хаад пап ламын засагт олгосон эрх мэдлийг илэрхийлдэг. Америкийн Нэгдсэн Улс цэргийн хүч чадлаа эдийн засгийн хүч чадалтайгаа хавсран хэрэглэж, ертөнцийг мэхэлж, албаддаг. Америкийн Нэгдсэн Улс Ням гаргийн мөргөлийг хуульчлан хэрэгжүүлэх замаар ертөнцийг пап ламын засагт мөргүүлэхэд хүргэдэг. Америкийн Нэгдсэн Улс тэнгэрээс гал буулгаж буй мэт агуу гайхамшгуудыг үйлддэг бөгөөд гал нь мэдээг бэлгэддэг; энэ нь Тархины угаалт ба суртал ухуулгын бүрэн хөгжлийг төлөөлдөг Мэдээллийн супер хурдны замаар хэрэгжих зүйл бөгөөд энэ нь ховсдолтын орчин үеийн илрэл мөн. Ислам үндэстнүүдийг хилэгнүүлэх үүргээ биелүүлж, улмаар дэлхий дээр өсөн нэмэгдэж буй хямралыг авчирч байгаа учраас луу, араатан, хуурамч эш үзүүлэгчээс бүрдэх Сүм ба Төрийн нэгдлийн дэлхий дахины тогтолцоог хүлээн зөвшөөрөхөд ертөнц мэхлэгддэг.</w:t>
      </w:r>
    </w:p>
    <w:p>
      <w:pPr>
        <w:pStyle w:val="ArticleBody"/>
        <w:jc w:val="left"/>
      </w:pPr>
      <w:r>
        <w:rPr>
          <w:rFonts w:ascii="Times New Roman" w:hAnsi="Times New Roman" w:eastAsia="Times New Roman" w:cs="Times New Roman"/>
        </w:rPr>
        <w:t>Илчлэл 13-ын арван наймдугаар зүйлд араатны тоог тоол хэмээн өгүүлэхдээ, тэрхүү тоо нь зургаа дахь бөгөөд эцсийн хаант улсыг бүрдүүлэхээр нэгдэн ирэх гурван хүчийг зааж байна. 666-ын тэр хаант улс тогтоогдох үед, найм дахь хаан нь долоон хаадын дотроос мөн хэмээх эш үзүүллэгийн оньсого биеллээ олох болно. Тэрхүү эш үзүүллэгийн оньсого нь Иуда овгийн Арслан Есүс Христийн Илчлэлийг лацаас тайлах үед илчлэгддэг үнэний нэг хэсэг мөн.</w:t>
      </w:r>
    </w:p>
    <w:p>
      <w:pPr>
        <w:pStyle w:val="ArticleBody"/>
        <w:jc w:val="left"/>
      </w:pPr>
      <w:r>
        <w:rPr>
          <w:rFonts w:ascii="Times New Roman" w:hAnsi="Times New Roman" w:eastAsia="Times New Roman" w:cs="Times New Roman"/>
        </w:rPr>
        <w:t>Ийм учраас гуравласан зургаа дахь хаанчлал болох эцсийн хаанчлалын оньсого—өөрөөр хэлбэл далан бэлгэдэлт жилийн турш мартагдсан сүнслэг Вавилон бөгөөд, орчин үеийн Ром мөн бөгөөд, мөн анхны Вавилоны хаанчлал болон харь үндэстний Ромын дөрөв дэх хаанчлалаар дүрслэгдсэн араатны дэлхий дахины хөрөг мөн болох тэрхүү оньсого—энэ үнэнийг ойлгох нь “мэргэд”-ийнх гэж тогтоосон тодорхойлолтоор хоёртаа гэрчлэгддэг; учир нь 666-гийн нууц нь мэргэн ухаантай хүмүүс дээр үндэслэдэгтэй адил, долоогийн дотроос гарсан найм дахь хааны нууц ч мөн тийнхүү үндэслэдэг.</w:t>
      </w:r>
    </w:p>
    <w:p>
      <w:pPr>
        <w:pStyle w:val="ArticleScripture"/>
        <w:jc w:val="left"/>
      </w:pPr>
      <w:r>
        <w:rPr>
          <w:rFonts w:ascii="Times New Roman" w:hAnsi="Times New Roman" w:eastAsia="Times New Roman" w:cs="Times New Roman"/>
        </w:rPr>
        <w:t>Энд мэргэн ухаан байна. Ухаантай нэгэн араатны тоог тоологтун. Учир нь энэ нь хүний тоо бөгөөд түүний тоо нь зургаан зуун жаран зургаа мөн. Илчлэлт 13:18.</w:t>
      </w:r>
    </w:p>
    <w:p>
      <w:pPr>
        <w:pStyle w:val="ArticleScripture"/>
        <w:jc w:val="left"/>
      </w:pPr>
      <w:r>
        <w:rPr>
          <w:rFonts w:ascii="Times New Roman" w:hAnsi="Times New Roman" w:eastAsia="Times New Roman" w:cs="Times New Roman"/>
        </w:rPr>
        <w:t>Мэргэн ухаантай оюун ухаан энд байна. Долоон толгой нь эмэгтэй сууж буй долоон уул мөн. Илчлэлт 17:9.</w:t>
      </w:r>
    </w:p>
    <w:p>
      <w:pPr>
        <w:pStyle w:val="ArticleBody"/>
        <w:jc w:val="left"/>
      </w:pPr>
      <w:r>
        <w:rPr>
          <w:rFonts w:ascii="Times New Roman" w:hAnsi="Times New Roman" w:eastAsia="Times New Roman" w:cs="Times New Roman"/>
        </w:rPr>
        <w:t>Есүс Христийн Илчлэлийн лацыг тайлах нь хорон муу хүмүүст бус, харин “мэргэн” хүмүүст ойлгогддог. Илчлэлт ном дахь мэргэн ухааны тухай хоёр ишлэл хоёулаа “ухаарал”-тай хүмүүсийн талаар өгүүлдэг бөгөөд “мэргэн” хүмүүсийн ойлгодог зүйл нь “мэдлэгийн нэмэгдэл” юм. Есүс Христийн Илчлэл мөн болох тэрхүү “мэдлэгийн нэмэгдэл” нь 666-гийн гурвалсан хаанчлал болох найм дахь хаанчлал Даниелын хоёрдугаар бүлэгт мөн дүрслэгдсэн байдаг гэсэн илчлэл юм. Учир нь Миллерийн зүүдний эрдэнийн чулуунууд эцсийн өдрүүдэд арав дахин илүү тод гэрэлтэх ёстой юм.</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“Илчлэлт номд Бурханы гүн гүнзгий зүйлс дүрслэгдэн үзүүлэгдсэн байдаг. Түүний онгодоор бичигдсэн хуудсанд өгөгдсөн ‘Илчлэлт’ гэх нэр өөрөө энэ нь лацдан хаагдсан ном гэсэн мэдэгдлийг няцаадаг. Илчлэлт гэдэг нь ил болгогдсон зүйл юм. Эзэн Өөрөө энэ номд агуулагдах нууцуудыг Өөрийн зарцад илчилсэн бөгөөд тэдгээр нь хүн бүрийн судлан үзэхэд нээлттэй байхаар Тэр зорьсон билээ. Түүний үнэнүүд нь энэ дэлхийн түүхийн эцсийн өдрүүдэд амьдарч буй хүмүүст, мөн Иоханы өдрүүдэд амьдарч байсан хүмүүст ч хандсан байдаг. Энэ эш үзүүллэгт дүрслэгдсэн зарим үзэгдэл өнгөрсөнд хамаарна, зарим нь одоо биелэгдэж байна; зарим нь харанхуйн хүчнүүд ба тэнгэрийн Хунтайжийн хоорондох агуу тэмцлийн төгсгөлийг үзүүлдэг, мөн зарим нь шинэчлэгдсэн дэлхий дээр аврагдагсдын ялалт ба баяр хөөрийг илчилдэг.</w:t>
      </w:r>
    </w:p>
    <w:p>
      <w:pPr>
        <w:pStyle w:val="ArticleScripture"/>
        <w:jc w:val="left"/>
      </w:pPr>
      <w:r>
        <w:rPr>
          <w:rFonts w:ascii="Times New Roman" w:hAnsi="Times New Roman" w:eastAsia="Times New Roman" w:cs="Times New Roman"/>
        </w:rPr>
        <w:t>“Илчлэлт дэх бэлгэдэл бүрийн утгыг тайлбарлаж чадахгүй учраас энэ номд агуулагдах үнэний утгыг мэдэхийн тулд уг номыг шинжлэн судлах нь тэдэнд ашиггүй гэж хэн ч бүү бодог. Эдгээр нууцуудыг Иоханд илчилсэн Нэгэн үнэнийг хичээнгүйлэн эрж хайгчид тэнгэрлэг юмсын урьдчилсан амтыг өгнө. Зүрх сэтгэл нь үнэнийг хүлээн авахад нээлттэй хүмүүс түүний сургаалыг ойлгох чадвартай болж, мөн ‘энэ эш үзүүллийн үгсийг сонсож, түүнд бичигдсэн зүйлсийг сахидаг’ хүмүүст амлагдсан ерөөлийг хүртэх болно.”</w:t>
      </w:r>
    </w:p>
    <w:p>
      <w:pPr>
        <w:pStyle w:val="ArticleScripture"/>
        <w:jc w:val="left"/>
      </w:pPr>
      <w:r>
        <w:rPr>
          <w:rFonts w:ascii="Times New Roman" w:hAnsi="Times New Roman" w:eastAsia="Times New Roman" w:cs="Times New Roman"/>
        </w:rPr>
        <w:t>“Илчлэл номд Библийн бүх номууд нийлж, төгсгөлдөө хүрдэг. Энд Даниелын номын гүйцээлт байна. Нэг нь эш үзүүллэг; нөгөө нь илчлэл юм. Лацадсан байсан ном нь Илчлэл биш, харин сүүлчийн өдрүүдтэй холбоотой Даниелын эш үзүүллэгийн тэр хэсэг юм. Тэнгэрэлч, ‘Харин чи, Даниел аа, эдгээр үгсийг далдлан, төгсгөлийн цаг хүртэл номыг лацдан хадгал’ гэж тушаасан.” Даниел 12:4. Үйлсийн элч нар,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Тавин Наймдугаар Дугаар</dc:title>
  <dc:subject>Мэргэн ухаан тайлагдав: Зөгнөл дэх Гурвалсан нэгдэл ба 666-гийн оньсыг шинжлэн судлах нь</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