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Жаран Үч дэх Хэсэг</w:t>
      </w:r>
    </w:p>
    <w:p>
      <w:pPr>
        <w:pStyle w:val="ArticleSubtitle"/>
        <w:jc w:val="left"/>
      </w:pPr>
      <w:r>
        <w:rPr>
          <w:rFonts w:ascii="Arial" w:hAnsi="Arial" w:eastAsia="Arial" w:cs="Arial"/>
        </w:rPr>
        <w:t>Миллерийн хүснэгтүүдээс цааш: Ислам, мөрдөн шалгах шүүлт, ба эцсийн сорилт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“Бурхан Уильям Миллерийн оюун санааг эш үзүүллэгүүдэд чиглүүлж, Илчлэлийн номон дээр түүнд агуу гэрэл өгсөн” хэмээн бидэнд мэдүүлсэн байдаг. Миллерийг өргөгдөн гарч ирсэн үеийн түүхэн нөхцөл байдал нь Илчлэлийн номын арван хоёр, арван гурав, арван зургаа, арван долоо, арван наймдугаар бүлгүүдэд буй “агуу гэрэл”-ийг ойлгохоос нь саатуулсан юм. Учир нь тэдгээр бүлэг нь эш үзүүллэгийн хаант улсуудын ажлыг тодорхойлдог бөгөөд тэрбээр өөрийн түүхэн байр сууриасаа үүнийг харж чадахгүй байв.</w:t>
      </w:r>
    </w:p>
    <w:p>
      <w:pPr>
        <w:pStyle w:val="ArticleBody"/>
        <w:jc w:val="left"/>
      </w:pPr>
      <w:r>
        <w:rPr>
          <w:rFonts w:ascii="Times New Roman" w:hAnsi="Times New Roman" w:eastAsia="Times New Roman" w:cs="Times New Roman"/>
        </w:rPr>
        <w:t>Илчлэлийн номын тухай Миллерт өгөгдсөн гэрэл нь Чуулганууд, Лацууд, Бүрээнүүдийн тухай байсан бөгөөд “гурван гай” хэмээн тодорхойлогддог сүүлчийн гурван Бүрээ нь Хабаккукийн хоёр самбар дээр дүрслэгдсэн байдаг. Илчлэлийн ном дахь Миллерт өгөгдсөн “агуу гэрэл” нь Библийн эш үзүүллэг дэх Исламын үүргийн талаар юм. Гэвч тэрхүү “агуу гэрэл” хүртэл түүний түүхэн нөхцөл байдлаар хязгаарлагдаж байсан.</w:t>
      </w:r>
    </w:p>
    <w:p>
      <w:pPr>
        <w:pStyle w:val="ArticleScripture"/>
        <w:jc w:val="left"/>
      </w:pPr>
      <w:r>
        <w:rPr>
          <w:rFonts w:ascii="Times New Roman" w:hAnsi="Times New Roman" w:eastAsia="Times New Roman" w:cs="Times New Roman"/>
        </w:rPr>
        <w:t>“Азийн долоон чуулган нь Христийн чуулганы долоон хэлбэр дэх түүх мөн бөгөөд, элч нарын өдрүүдээс эхлэн ертөнцийн төгсгөл хүртэлх хугацаанд түүний бүх эргэлт, хувирал дунд, бүх мандаж бадарсан болон зовлон бэрх цаг үеийн туршид өрнөсөн түүх юм. Долоон тамга нь мөн тэрхүү хугацаанд газрын хүчтэнүүд ба хаадын чуулганы дээр үйлдсэн хэрэг явдлуудын түүх, түүнчлэн Бурханы Өөрийн ард түмнийг хамгаалсан хамгаалалтын түүх мөн. Долоон бүрээ нь газар дэлхий, өөрөөр хэлбэл Ромын хаанчлал дээр илгээгдсэн онцгой бөгөөд хүнд долоон шүүлтийн түүх мөн. Харин долоон аяга нь Папын Ромын дээр илгээгдсэн эцсийн долоон гай гамшиг мөн. Эдгээртэй сүлэлдэн, цутгалан урсгалууд мэт нэхэгдсэн өөр олон үйл явдал ч бас бий; тэдгээр нь эш үзүүллэгийн аугаа мөрнийг дүүргэсээр, эцэст нь бүхэлдээ мөнхийн далайд хүрч төгсөнө.”</w:t>
      </w:r>
    </w:p>
    <w:p>
      <w:pPr>
        <w:pStyle w:val="ArticleScripture"/>
        <w:jc w:val="left"/>
      </w:pPr>
      <w:r>
        <w:rPr>
          <w:rFonts w:ascii="Times New Roman" w:hAnsi="Times New Roman" w:eastAsia="Times New Roman" w:cs="Times New Roman"/>
        </w:rPr>
        <w:t>“Энэ бол, миний хувьд, Илчлэлт ном дахь Иоханы эш үзүүллийн төлөвлөгөө мөн. Мөн энэ номыг ойлгохыг хүсэгч хүн Бурханы үгийн бусад хэсгүүдийн талаар гүнзгий мэдлэгтэй байх ёстой. Энэ эш үзүүлэлд хэрэглэгдсэн дүрслэлүүд ба ёгтлолууд нь бүгд энэ номд өөрт нь тайлбарлагдаагүй бөгөөд харин бусад эш үзүүлэгчдийн бичвэрээс олдох ёстой, мөн Судрын бусад хэсгүүдэд тайлбарлагдах ёстой. Тиймээс аливаа нэг хэсгийн талаар тодорхой мэдлэг олж авахын тулд бүхэл Судрыг судлахыг Бурхан зориуд төлөвлөсөн нь илэрхий байна.” William Miller, Miller’s Lectures, volume 2, lecture 12, 178.</w:t>
      </w:r>
    </w:p>
    <w:p>
      <w:pPr>
        <w:pStyle w:val="ArticleBody"/>
        <w:jc w:val="left"/>
      </w:pPr>
      <w:r>
        <w:rPr>
          <w:rFonts w:ascii="Times New Roman" w:hAnsi="Times New Roman" w:eastAsia="Times New Roman" w:cs="Times New Roman"/>
        </w:rPr>
        <w:t>Миллер долоон сүүлчийн гай гамшгийг папын Ром дээр буух долоон шүүлт хэмээн ойлгож байсныг анзаарагтун. Папын Ромд эдгэрэх учиртай үхлийн шарх өгөгдсөнийг тэр ойлгож чадсангүй. Тэрээр долоон бүрээг “дэлхий, эсвэл Ромын хаанчлал уруу илгээгдсэн онцгой бөгөөд хүнд долоон шүүлтийн түүх” хэмээн хүлээн зөвшөөрч байсан боловч, харь Ром болон папын Ромын хаанчлалуудын хоорондын ялгааг таньж чадсангүй. Иймээс эхний дөрвөн бүрээ болон сүүлийн гурван бүрээний хоорондын ялгааг олж харах түүний чадвар хязгаарлагдмал байв.</w:t>
      </w:r>
    </w:p>
    <w:p>
      <w:pPr>
        <w:pStyle w:val="ArticleBody"/>
        <w:jc w:val="left"/>
      </w:pPr>
      <w:r>
        <w:rPr>
          <w:rFonts w:ascii="Times New Roman" w:hAnsi="Times New Roman" w:eastAsia="Times New Roman" w:cs="Times New Roman"/>
        </w:rPr>
        <w:t>Миллер Ромын эсрэг авчирсан шүүлтүүд нь Ням гаргийг албадан сахиулахын эсрэг Бурханы хариу үйлдэл байсан гэдгийг таньж чадсангүй. Учир нь Миллерчүүд өөрсдийн түүхэн үед ням гаригт мөргөл үйлдсээр байсан юм. Миллер бүрээнүүд нь Ромын дээр буусан шүүлтүүд мөн гэдгийг зөвөөр таньсан боловч, тэдгээр шүүлт яагаад авчирсан тодорхой шалтгаан, мөн эхний дөрвөн Бүрээ ба сүүлийн гурван Бүрээний хоорондын ялгаа нь хязгаарлагдмал, эсвэл огт байхгүй байв. Тэрхүү хязгаарлагдмал үзлийн улмаас, Исламын гурван гайгийн “эрдэнэ” нь Бурханы мутрын удирдлагаар чиглүүлэгдсэн хүснэгтүүд дээр хэвээрээ багтсан байсан бөгөөд өөрчилж болохгүй.</w:t>
      </w:r>
    </w:p>
    <w:p>
      <w:pPr>
        <w:pStyle w:val="ArticleBody"/>
        <w:jc w:val="left"/>
      </w:pPr>
      <w:r>
        <w:rPr>
          <w:rFonts w:ascii="Times New Roman" w:hAnsi="Times New Roman" w:eastAsia="Times New Roman" w:cs="Times New Roman"/>
        </w:rPr>
        <w:t>Гэгээрсэн ялган таних ухаан нь эш үзүүллэгийг судлагч “мэргэн” хүнд Бурхан Библийг бичсэн ариун хүмүүсийг зөвхөн онгодлон удирдаад зогсохгүй, мөн Хаан Жеймсийн Библийг орчуулсан хүмүүсийн ажлыг ч захиран жолоодсон бөгөөд түүнчлэн Тэрээр хоёр ариун хүснэгтийг бүтээх явцад мөн ийм төрлийн тэнгэрлэг хяналтыг хэрэглэснээ онцлон айлддаг гэдгийг танин мэдэх боломжийг олгодог.</w:t>
      </w:r>
    </w:p>
    <w:p>
      <w:pPr>
        <w:pStyle w:val="ArticleBody"/>
        <w:jc w:val="left"/>
      </w:pPr>
      <w:r>
        <w:rPr>
          <w:rFonts w:ascii="Times New Roman" w:hAnsi="Times New Roman" w:eastAsia="Times New Roman" w:cs="Times New Roman"/>
        </w:rPr>
        <w:t>Миллерийн тав, зургаа, долоо дахь Бүрээнүүдийн (Исламын) талаарх “эрдэнэ” нь эцсийн өдрүүдэд арав дахин илүү хурцаар гэрэлтдэг. Учир нь энэ нь эцсийн Шөнө дундын Хашхирааны сэдвийг тодорхойлдог. Миллерчүүдийн түүхэн дэх Шөнө дундын Хашхирааны сэдэв нь эш үзүүллэгийн хугацаануудын төгсгөлийн огноо байсан бөгөөд энэ утгаараа эцсийн өдрүүдийн “Шөнө дундын Хашхираан” мэдээ (гурав дахь Гаслангийн Исламын мэдээ) нь 1844 оны 10 дугаар сарын 22-ны өдрөөр хэв шинжлэгдсэн юм. Миллерчүүдийн түүхэнд уг огноо нь удахгүй гарах Ням гаргийн хуулийг хэв шинжлэн үзүүлдэг бөгөөд 1844 оны 10 дугаар сарын 22-ны өдөр ч, Ням гаргийн хууль ч хоёулаа Христийн Ялгуусан Оролтын төгсгөл болсон загалмайгаар хэв шинжлэгдсэн юм.</w:t>
      </w:r>
    </w:p>
    <w:p>
      <w:pPr>
        <w:pStyle w:val="ArticleBody"/>
        <w:jc w:val="left"/>
      </w:pPr>
      <w:r>
        <w:rPr>
          <w:rFonts w:ascii="Times New Roman" w:hAnsi="Times New Roman" w:eastAsia="Times New Roman" w:cs="Times New Roman"/>
        </w:rPr>
        <w:t>Миллерийн тав, зургаа, долдугаар Бүрээнүүдийн (Ислам) тухай “эрдэнэ” нь эцсийн өдрүүдэд арав дахин илүү тод гэрэлтдэг. Учир нь энэ нь эцсийн өдрүүдийн шинэчлэлийн хөдөлгөөний сэдэвтэй нийцэн Исламыг тогтоон харуулдаг бөгөөд тэрхүү сэдэв нь гурав дахь Гаслангийн Ислам юм. Иймээс нэг зуун дөчин дөрвөн мянгын эцсийн шинэчлэлийн хөдөлгөөний сэдэв болохын хувьд, энэ нь өмнөх шинэчлэлийн хөдөлгөөн бүрийн сэдвээр урьдчилан дүрслэгдсэн байдаг. Үүнд Христийн шинэчлэлийн хөдөлгөөн дэх “амилалт”-ын сэдэв, Миллерчүүдийн түүх дэх “эш үзүүллэгийн цаг хугацаа”-ны сэдэв, Давидын шинэчлэлийн хөдөлгөөн дэх “Бурханы авдар”-ын сэдэв, эсвэл Мосегийн шинэчлэлийн хөдөлгөөн дэх “гэрээ”-ний сэдэв аль нь ч хамаарна.</w:t>
      </w:r>
    </w:p>
    <w:p>
      <w:pPr>
        <w:pStyle w:val="ArticleBody"/>
        <w:jc w:val="left"/>
      </w:pPr>
      <w:r>
        <w:rPr>
          <w:rFonts w:ascii="Times New Roman" w:hAnsi="Times New Roman" w:eastAsia="Times New Roman" w:cs="Times New Roman"/>
        </w:rPr>
        <w:t>Загалмайн үйл явдал ч бай, 1844 оны 10 дугаар сарын 22-ны өдөр ч бай, эсвэл шинэчлэлийн хөдөлгөөнүүдийн янз бүрийн сэдвүүд ч бай, өдөр бүр, сэдэв бүр тухайн үеийн үеийнхний хувьд амь нас эсвэл үхлийн шинжтэй сорилтын асуулт байв. Исламын гурван Гаслангийн тухай Миллерийн “эрдэнэ” нь арван охины сургаалт зүйрлэл дэх “тос”-оор дүрслэгдсэнчлэн амь нас эсвэл үхлийн сорилтын асуулт мөн. Зүүднийх нь эхэнд Миллерийн эрдэнэс нар мэт гэрэлтэж байсан боловч зүүднийх нь төгсгөлд тэд “арав дахин илүү тод” гэрэлтэв. Миллерийн эрдэнэс Миллерчүүдийн түүхэнд керосин (дэнгийн тос) мэт байсан бол өнөөдөр тэр эрдэнэсүүд пуужингийн түлш мөн!</w:t>
      </w:r>
    </w:p>
    <w:p>
      <w:pPr>
        <w:pStyle w:val="ArticleBody"/>
        <w:jc w:val="left"/>
      </w:pPr>
      <w:r>
        <w:rPr>
          <w:rFonts w:ascii="Times New Roman" w:hAnsi="Times New Roman" w:eastAsia="Times New Roman" w:cs="Times New Roman"/>
        </w:rPr>
        <w:t>Миллерийн хөдөлгөөнийхөн хоёр дахь Гаслангийн Исламтай холбоотой цаг хугацааны эш үзүүллэгийг ойлгож, зөв хэрэгжүүлсэн бөгөөд тэр нь 1840 оны 8 дугаар сарын 11-нд биелсэн юм. Гэвч гурав дахь Гаслан, өөрөөр хэлбэл Долоо дахь Бүрээний талаарх тэдний ойлголт нь Библийн эш үзүүллэг дэх зургаа дахь хаанчлал дээр буух шүүлт болгон гурав дахь Гаслан ирж буйг харж чадаагүй, учир нь тэд Библийн эш үзүүллэг дэх тав дахь хаанчлалыг ч, тэр бүү хэл зургаа дахь хаанчлалыг ч олж хараагүй байв. Гэсэн хэдий ч Миллерт өгөгдсөн Илчлэл номын талаарх “аугаа гэрэл” эцсийн өдрүүдийн “Шөнө дундын Хашхираанд” арав дахин илүү тод гэрэлтэх ёстой.</w:t>
      </w:r>
    </w:p>
    <w:p>
      <w:pPr>
        <w:pStyle w:val="ArticleBody"/>
        <w:jc w:val="left"/>
      </w:pPr>
      <w:r>
        <w:rPr>
          <w:rFonts w:ascii="Times New Roman" w:hAnsi="Times New Roman" w:eastAsia="Times New Roman" w:cs="Times New Roman"/>
        </w:rPr>
        <w:t>Хабаккукийн хоёр самбарт дүрслэгдсэн үнэнүүд нь үндсэндээ өнгөрсөн түүхэнд биелсэн үнэнүүд мөн. Эдгээр хүснэгтүүд нь Миллерт эмхэтгэн нэгтгэхэд удирдуулсан цаг хугацааны эш үзүүлгүүдэд тулгуурладаг бөгөөд тэдгээр бүх цаг хугацааны эш үзүүлгүүд 1844 он гэхэд дууссан байв. Тэдгээр цаг хугацааны эш үзүүлгүүд эцсийн өдрүүдэд улам тод гэрэлтэх болно. Учир нь тэд Миллерийн хөдөлгөөний түүхэнд хэрхэн үнэн зөв байсан шигээ өнөөдөр ч мөн адил үнэн зөв болох нь харагдах болно. Гэвч тэдгээрт эцсийн өдрүүдэд хамаарах шууд цаг хугацааны зөгнөлүүд байдаггүй. Харин тэд өнгөрсөнд төлөөлж байсан түүхүүдийнхээ дахин давтагдах эш үзүүллэгийн хэв шинжүүдийг өгдөг. Гэвч Миллерийн зарим эрдэнэсийн хамт ирээдүйн зөгнөлүүд шууд дүрслэгдсэн байдаг.</w:t>
      </w:r>
    </w:p>
    <w:p>
      <w:pPr>
        <w:pStyle w:val="ArticleBody"/>
        <w:jc w:val="left"/>
      </w:pPr>
      <w:r>
        <w:rPr>
          <w:rFonts w:ascii="Times New Roman" w:hAnsi="Times New Roman" w:eastAsia="Times New Roman" w:cs="Times New Roman"/>
        </w:rPr>
        <w:t>1844 онд эхэлсэн тэнгэрийн ариун сүм дэх Христийн ажил тэрхүү ажил бүрэн дуусах хүртэл үргэлжилсээр байна. Хоёр мянга гурван зуун өдрийн зөгнөл болон түүний заасан ариусган цэвэршүүлэх ажил нь Улэй ба Хиддекел голуудын талаар Систер Уайт өгүүлсэнчлэн одоо ч “биеллийн явцад” байгаа тул, тэрхүү зөгнөл нь дэлхийн төгсгөлийн үеийн биелэлтэй юм.</w:t>
      </w:r>
    </w:p>
    <w:p>
      <w:pPr>
        <w:pStyle w:val="ArticleScripture"/>
        <w:jc w:val="left"/>
      </w:pPr>
      <w:r>
        <w:rPr>
          <w:rFonts w:ascii="Times New Roman" w:hAnsi="Times New Roman" w:eastAsia="Times New Roman" w:cs="Times New Roman"/>
        </w:rPr>
        <w:t>“Даниелын Бурханаас хүлээн авсан гэрэл нь ялангуяа эдгээр эцсийн өдрүүдэд зориулагдан өгөгдсөн юм. Түүний Шинарын агуу голууд болох Улай болон Хиддекелийн эрэг дээр үзсэн үзэгдлүүд эдүгээ биелэх үйл явцдаа орсон бөгөөд зөгнөн хэлэгдсэн бүх үйл явдал тун удалгүй тохиолдох болно.” Testimonies to Ministers, 112.</w:t>
      </w:r>
    </w:p>
    <w:p>
      <w:pPr>
        <w:pStyle w:val="ArticleBody"/>
        <w:jc w:val="left"/>
      </w:pPr>
      <w:r>
        <w:rPr>
          <w:rFonts w:ascii="Times New Roman" w:hAnsi="Times New Roman" w:eastAsia="Times New Roman" w:cs="Times New Roman"/>
        </w:rPr>
        <w:t>Хоёр самбар дээр буй Даниелын долоо, наймдугаар бүлгүүдийн үзэгдлүүдийн зарим хэсэг нь одоо ч ирээдүйд хамаарах бөгөөд, учир нь аль аль нь Христийн ариун сүмийн үйлчлэлийг тодорхойлдог. Гэвч эдгээр хоёр бүлэгт буй Библийн эш үзүүллэгийн хаанчлалуудын түүх нь папын Ром үхлийн шархаа хүлээн авснаар төгсөнө. «Хүний гараар бус, уулнаас таслагдсан» «чулуу» болон Даниел хоёрдугаар бүлгийн найм дахь хаанчлал нь одоо ч ирээдүйд байна. Харин Даниелын хоёр, долоо, наймдугаар бүлгүүдтэй холбогдон самбарууд дээр дүрслэгдсэн зүйлсийн ихэнх нь биелсэн юм.</w:t>
      </w:r>
    </w:p>
    <w:p>
      <w:pPr>
        <w:pStyle w:val="ArticleBody"/>
        <w:jc w:val="left"/>
      </w:pPr>
      <w:r>
        <w:rPr>
          <w:rFonts w:ascii="Times New Roman" w:hAnsi="Times New Roman" w:eastAsia="Times New Roman" w:cs="Times New Roman"/>
        </w:rPr>
        <w:t>Ариун газарт Христийн үйлдэж буй ажил болон Исламын гурав дахь Гай нь үндсэндээ Миллерчүүдийн үеэс хойших эш үзүүллэгийн түүхийг төлөөлдөг хоёр сэдэв мөн. Эдгээр хоёр сэдэвтэй хамт, хоёр зураглалыг нэг шугаман дээр нэгтгэн тавихад дүрслэгддэг эцсийн өдрүүдийн түүх ч мөн багтдаг. Тийнхүү хийхэд, эхний зураглал дээр дүрслэгдсэн 1843 оны анхны урам хугаралт хоёр дахь зураглал дээр өөрийн залруулгыг олдог. Эдгээр нь хамтад нь одоо Есүс Христийн Илчлэл тайлагдаж буйтай уялдан лац нь тайлагдаж буй Долоон Аянгын “далд түүх”-ийг бий болгож, тодорхойлдог.</w:t>
      </w:r>
    </w:p>
    <w:p>
      <w:pPr>
        <w:pStyle w:val="ArticleBody"/>
        <w:jc w:val="left"/>
      </w:pPr>
      <w:r>
        <w:rPr>
          <w:rFonts w:ascii="Times New Roman" w:hAnsi="Times New Roman" w:eastAsia="Times New Roman" w:cs="Times New Roman"/>
        </w:rPr>
        <w:t>Тэр “далд түүх” нь “үнэн” дээр бүтээгдсэн бөгөөд “үнэн” гэдэг нь нийлээд “үнэн” гэсэн үгийг бүрдүүлдэг еврей цагаан толгойн гурван үсэг юм. Тэрхүү үг нь еврей цагаан толгойн эхний, арван гурав дахь, мөн сүүлчийн үсгүүдээр бүрддэг бөгөөд Есүсийг зөвхөн Үнэн төдийгүй Альфа ба Омега мөн болохыг илэрхийлдэг. Тэр “далд түүх” урам хугаралтайгаар эхэлж, урам хугаралтайгаар төгсдөг бөгөөд дунд нь бослого байдаг. Учир нь “арван гурав” нь бослогыг төлөөлдөг тоо юм.</w:t>
      </w:r>
    </w:p>
    <w:p>
      <w:pPr>
        <w:pStyle w:val="ArticleBody"/>
        <w:jc w:val="left"/>
      </w:pPr>
      <w:r>
        <w:rPr>
          <w:rFonts w:ascii="Times New Roman" w:hAnsi="Times New Roman" w:eastAsia="Times New Roman" w:cs="Times New Roman"/>
        </w:rPr>
        <w:t>Эхний зурагт хүснэгт дээр дүрслэгдсэн 1843 он нь эхний урам хугарал болон саатлын цаг ирснийг тодорхойлдог. Саатлын цаг нь Шөнө дундын хашхирааны мэдээ ирэхэд хүргэдэг бөгөөд тэнд мэргэн бус онгон охидын тэрслүү байдал илэрхий болдог. Дараа нь Шөнө дундын хашхирааны мэдээ эцсийн урам хугарал хүртэл тунхаглагддаг. Шөнө дундын хашхирааны тэр “далд түүх” эцсийн өдрүүдэд (үсэг бүрээр нь) дахин давтагдана.</w:t>
      </w:r>
    </w:p>
    <w:p>
      <w:pPr>
        <w:pStyle w:val="ArticleScripture"/>
        <w:jc w:val="left"/>
      </w:pPr>
      <w:r>
        <w:rPr>
          <w:rFonts w:ascii="Times New Roman" w:hAnsi="Times New Roman" w:eastAsia="Times New Roman" w:cs="Times New Roman"/>
        </w:rPr>
        <w:t>“Намайг арван онгоны сургаалт зүйрлэл рүү олонтаа хандуулдаг бөгөөд тэдгээрийн тав нь ухаалаг, тав нь мунхаг байсан. Энэхүү сургаалт зүйрлэл үг үсгийнх нь дагуу биелсэн бөгөөд цаашид ч биелэх болно, учир нь энэ нь энэ цаг үед онцгой хамааралтай бөгөөд гурав дахь тэнгэрэлчийн мэдээний адил биелсэн, мөн цаг хугацааны төгсгөл хүртэл өнөөгийн үнэн хэвээр байх болно.” Review and Herald, August 19, 1890.</w:t>
      </w:r>
    </w:p>
    <w:p>
      <w:pPr>
        <w:pStyle w:val="ArticleBody"/>
        <w:jc w:val="left"/>
      </w:pPr>
      <w:r>
        <w:rPr>
          <w:rFonts w:ascii="Times New Roman" w:hAnsi="Times New Roman" w:eastAsia="Times New Roman" w:cs="Times New Roman"/>
        </w:rPr>
        <w:t>Зөвөөр ойлговол, өмнөх мэдэгдэл нь эцсийн өдрүүдэд мунхаг эсвэл ухаалаг охин болох боломжтой цорын ганц бүлэг хүмүүс нь урам хугарал амссан нэгэн бүлгийн доторх хүмүүс мөн болохыг тодорхойлж байна. Тэрхүү урам хугарал нь саатлын хугацааг үүсгэдэг бөгөөд “үсэг бүрээрээ биелсэн бөгөөд биелэх болно” гэсэн сургаалт зүйрлэл нь урам хугаралтайгаар эхэлдэг саатлын хугацааны туршид охидын дотор дотоодоор бий болдог нөлөөнүүд дээр үндэслэдэг. Хотын гудамжинд буй “хоёр гэрч”-ийг хороож, тэднийг үхлийн хөндий дэх үхмэл, хатсан яс болгон бууруулсан тэр урам хугарал 2020 оны 7-р сарын 18-нд тохиосон. Адвентизм, ерөнхийд нь авч үзвэл, тэрхүү урам хугаралд оролцоогүй. Харин ч эсрэгээр, “хоёр гэрч” гудамжинд алагдан хэвтэж байх үед тэд бүтэлгүй зөгнөлийг тэмдэглэн баярласан. “Үсэг бүрээрээ” гэдэг нь “үсэг бүрээрээ” гэсэн утгатай.</w:t>
      </w:r>
    </w:p>
    <w:p>
      <w:pPr>
        <w:pStyle w:val="ArticleBody"/>
        <w:jc w:val="left"/>
      </w:pPr>
      <w:r>
        <w:rPr>
          <w:rFonts w:ascii="Times New Roman" w:hAnsi="Times New Roman" w:eastAsia="Times New Roman" w:cs="Times New Roman"/>
        </w:rPr>
        <w:t>Миллерит хөдөлгөөний түүхэнд хуучин гэрээний ард түмэн (Протестантизм) 1843 оны бүтэлгүй зөгнөлийг (эхний урам хугарал) тэмдэглэн өнгөрүүлсэн бөгөөд тэр мөчид протестантууд өөрсдийн сорилтын шалгалтын хугацааны хязгаарыг даван өнгөрсөн юм. Тэрхүү шалгалтын хугацаа 1840 оны 8 дугаар сарын 11-нд, хоёр дахь Гаслангийн (Ислам) цаг хугацааны эш үзүүллэг биелэх үед Илчлэл 10-ын хүчирхэг тэнгэрэлч бууж ирснээр эхэлсэн билээ. Протестантууд эхний урам хугарлын үед эш үзүүллэгийн цаг хугацааг няцаасан, учир нь тэрхүү алдаатай зөгнөл тэдэнд үнэнийг цаашид эрж хайхаа болих шалтаг болсон юм. Миллерит түүхийн бүх замын тэмдгүүдийн сэдэв нь “цаг хугацааны эш үзүүллэг” байв.</w:t>
      </w:r>
    </w:p>
    <w:p>
      <w:pPr>
        <w:pStyle w:val="ArticleBody"/>
        <w:jc w:val="left"/>
      </w:pPr>
      <w:r>
        <w:rPr>
          <w:rFonts w:ascii="Times New Roman" w:hAnsi="Times New Roman" w:eastAsia="Times New Roman" w:cs="Times New Roman"/>
        </w:rPr>
        <w:t>2001 оны 9 дүгээр сарын 11-нд Илчлэлт арван наймын тэнгэрэлч гурав дахь Гаслангийн (Ислам) эш үзүүллэг биелэх үед бууж ирсэн юм. Эцсийн өдрүүд дэх бүх зааг тэмдгийн сэдэв нь Ислам мөн. Эхний урам хугаралт нь өмнөх гэрээний ард түмний цэвэршүүлэлтийн төгсгөлийг тэмдэглэдэг бөгөөд үүгээр өмнөх гэрээний ард түмэнд үнэнийг цаашид эрэлхийлэхгүй байх шалтаг олгогдсон юм. Дараа нь эцсийн өдрүүдийн “охид”-ын шалгалтын цаг эхэлсэн, учир нь тэнгэрэлчийн бууж ирэлтээр эхэлсэн өмнөх гэрээний ард түмний шалгалт эхний урам хугаралтаар төгссөн билээ. Ийнхүү охидоор төлөөлүүлэн дүрслэгдсэн хүмүүсийн шалгалт эхэлсэн бөгөөд тэрхүү шалгалтын үйл явц эцэст нь охид мунхаг эсвэл мэргэн алин болохыг илэрхийлэн харуулах болно.</w:t>
      </w:r>
    </w:p>
    <w:p>
      <w:pPr>
        <w:pStyle w:val="ArticleBody"/>
        <w:jc w:val="left"/>
      </w:pPr>
      <w:r>
        <w:rPr>
          <w:rFonts w:ascii="Times New Roman" w:hAnsi="Times New Roman" w:eastAsia="Times New Roman" w:cs="Times New Roman"/>
        </w:rPr>
        <w:t>Эхний бөгөөд сүүлчийн урам хугаралтын хооронд Шөнийн дундын хашхирааны мэдээ оршдог. Миллерчүүдийн хувьд Шөнийн дундын хашхирааны мэдээний сэдэв нь “цаг хугацаа” байсан бол, эцсийн өдрүүд дэх Шөнийн дундын хашхирааны мэдээний сэдэв нь “Ислам” юм. Миллерийн зүүдэнд тэр хашхираан (орилоон)-аар сэрдэг бөгөөд тэр үед түүний эрдэнэсүүд урьд нь гялалзаж байснаасаа арав дахин илүү тод гэрэлтдэг. Хүснэгтүүд дээрх, эцсийн өдрүүдийн талаархи эш үзүүллэгийг шууд тодорхойлон заадаг эрдэнэсүүд нь Ислам болон мөрдөн шалгах шүүлт юм. Иймээс Шөнийн дундын хашхирааны “мэдээ”-ний шалгалтууд болон мөрдөн шалгах шүүлтээр төлөөлөгдсөн “туршлага”-ын шалгалт нь өмнөх гэрээний ард түмний төлөө бус, харин өөрсдийгөө эцсийн онгон охид хэмээн тунхаглагчдад зориулагдсан юм.</w:t>
      </w:r>
    </w:p>
    <w:p>
      <w:pPr>
        <w:pStyle w:val="ArticleBody"/>
        <w:jc w:val="left"/>
      </w:pPr>
      <w:r>
        <w:rPr>
          <w:rFonts w:ascii="Times New Roman" w:hAnsi="Times New Roman" w:eastAsia="Times New Roman" w:cs="Times New Roman"/>
        </w:rPr>
        <w:t>Хоёр хүснэгтийг нэгтгэн гаргаж ирсэн дүрслэл нь эхний урам хугарлаас эцсийн урам хугарал хүртэлх түүхийг тодорхойлж, “Долоон Аянгын” “далд түүх” өрнөж буй тэр цаг үед мөрдөн шалгах шүүлтийн эцсийн ажил биелж байгааг илтгэнэ. Тэр эцсийн ажил нь нэг зуун дөчин дөрвөн мянгыг тамгалах явдал бөгөөд энэ нь Даниел есдүгээр бүлгийн “зовлонт цагууд”-ын үед, Илчлэл арван нэгдүгээр бүлэгт гардаг үндэстнүүдийн хилэгнэн уурсах үеэр, Илчлэл долдугаар бүлгийн “дөрвөн салхи”-ийг тогтоон барих үед, Исаиа хорин долдугаар бүлгийн “зүүн салхины өдөр ширүүн салхийг нь тогтоон барих” үед, мөн дэлхий дээр үхэл ба сүйрэл авчрахаар “тасран гарч” буй “ууртай морь”-ийг хазаарлан саатуулах үед болдог. Эдгээр эш үзүүллэгийн бүх гэрчүүд нь ариун хүснэгтүүд дээр дүрслэгдсэнчлэн гурав дахь Гаслангийн Исламыг төлөөлдөг.</w:t>
      </w:r>
    </w:p>
    <w:p>
      <w:pPr>
        <w:pStyle w:val="ArticleBody"/>
        <w:jc w:val="left"/>
      </w:pPr>
      <w:r>
        <w:rPr>
          <w:rFonts w:ascii="Times New Roman" w:hAnsi="Times New Roman" w:eastAsia="Times New Roman" w:cs="Times New Roman"/>
        </w:rPr>
        <w:t>Хабакукийн ариун хоёр хүснэгтийн, хүснэгтүүд нийтлэгдсэн үеэс хойших ирээдүйн үйл явдлуудад онцгойлон хандсан үндсэн гурван бүрэлдэхүүн нь нэг зуун дөчин дөрвөн мянгыг лацдах үйл явц, Ислам, мөн арван охины сургаалт зүйрлэлийн биелэлт юм. Эдгээр хүснэгтүүд “туршлага” болон “мэдээ” хэмээх хоёулангийнх нь шалгалт, лацдалтын үйл явцыг зааж байна. Мунхаг охинд шаардлагатай туршлага нь “та нарын доторх Христ, алдрын найдвар” бөгөөд энэ нь нэг зуун дөчин дөрвөн мянгаар төлөөлөгдсөн төгс төгөлдрийг илэрхийлдэг.</w:t>
      </w:r>
    </w:p>
    <w:p>
      <w:pPr>
        <w:pStyle w:val="ArticleScripture"/>
        <w:jc w:val="left"/>
      </w:pPr>
      <w:r>
        <w:rPr>
          <w:rFonts w:ascii="Times New Roman" w:hAnsi="Times New Roman" w:eastAsia="Times New Roman" w:cs="Times New Roman"/>
        </w:rPr>
        <w:t>Үеүд болон үеийнхнээс нууж байсан нууц хүртэл эдүгээ Түүний ариун хүмүүст илэрхий болгогдов. Бурхан энэ нууцын алдрын баялаг нь харь үндэстнүүдийн дунд юу болохыг тэдэнд мэдүүлэхийг хүссэн; энэ нь та нарын доторх Христ, алдрын найдвар мөн. Түүнийг бид тунхагладаг, хүн бүрийг сануулж, бүх мэргэн ухаанаар хүн бүрийг сургадаг нь Христ Есүс дотор хүн бүрийг төгс болгон өргөхийн тулд билээ. Колоссай 1:26–28.</w:t>
      </w:r>
    </w:p>
    <w:p>
      <w:pPr>
        <w:pStyle w:val="ArticleBody"/>
        <w:jc w:val="left"/>
      </w:pPr>
      <w:r>
        <w:rPr>
          <w:rFonts w:ascii="Times New Roman" w:hAnsi="Times New Roman" w:eastAsia="Times New Roman" w:cs="Times New Roman"/>
        </w:rPr>
        <w:t>Зуун дөчин дөрвөн мянгыг нэгэн “олзлогдлоос” гарч ирсэн бүлэг хүмүүсээр дүрсэлсэн байдаг. Илчлэлт номд шууд дүрслэгдсэн олзлолт нь Илчлэлт арван нэгдүгээр бүлэгт үзүүлсэнчлэн гудамжинд гурав хагас өдөр үхсэн байдал дахь олзлолт юм. Бэлгэдэлт үхлийн энэ олзлолт нь Левит хорин зургаадугаар бүлгийн “долоон үе”-ийг төлөөлж байгаа бөгөөд тэрхүү олзлолт нь Даниелын есдүгээр бүлэг дэх залбирлаар жишээлэн харуулснаар гэмшлийн илрэлийг шаарддаг.</w:t>
      </w:r>
    </w:p>
    <w:p>
      <w:pPr>
        <w:pStyle w:val="ArticleBody"/>
        <w:jc w:val="left"/>
      </w:pPr>
      <w:r>
        <w:rPr>
          <w:rFonts w:ascii="Times New Roman" w:hAnsi="Times New Roman" w:eastAsia="Times New Roman" w:cs="Times New Roman"/>
        </w:rPr>
        <w:t>Үхсэн хуурай ясууд аминд эргэн ормогцоо тэр даруй “туг тэмдэг” болгон өргөгдөнө. Үхлийн байдалд байхдаа тэдний дотор алдар суугийн найдвар болох Христ байгаагүй. Тэднээс шаардагдсан гэмшлийн нэг хэсэг нь өөрсөд нь Бурханы эсрэгээр явсан бөгөөд Бурхан ч тэдний эсрэгээр явсныг хүлээн зөвшөөрөх явдал байв. Тэд эш үзүүллэгээр тодорхойлогдсон шаардлагуудыг хангах үед Христ “Өөрийн сүмд гэнэт ирдэг”, тэгээд дараа нь өргөгдөх тэрхүү туг тэмдгийн гишүүн байхад шаардлагатай “туршлага” олж авдаг.</w:t>
      </w:r>
    </w:p>
    <w:p>
      <w:pPr>
        <w:pStyle w:val="ArticleBody"/>
        <w:jc w:val="left"/>
      </w:pPr>
      <w:r>
        <w:rPr>
          <w:rFonts w:ascii="Times New Roman" w:hAnsi="Times New Roman" w:eastAsia="Times New Roman" w:cs="Times New Roman"/>
        </w:rPr>
        <w:t>Хоёр зураглалыг нэгтгэн харуулахад дүрслэгдсэн тэрхүү “туршлага” нь тэнгэрийн ариун сүм дэх Христийн эцсийн ажлаар гүйцэлддэг. Тэрхүү “туршлага” нь “үзэгдлийн дүр төрх”-ийн үзэгдэл болох “mareh” үзэгдлээр төлөөлөгдөнө. Шаардлагатай байгаа тэрхүү “мэдээ” нь эш үзүүллэгийн түүхийн “chazon” үзэгдэл мөн. Тэрхүү “мэдээ” нь гурав дахь Гаслалын Исламаар хэрэгжих, тэрслүү ертөнцөд ирэх гэж буй Бурханы шүүлтийн мэдээ хэмээн тодорхойлогддог.</w:t>
      </w:r>
    </w:p>
    <w:p>
      <w:pPr>
        <w:pStyle w:val="ArticleBody"/>
        <w:jc w:val="left"/>
      </w:pPr>
      <w:r>
        <w:rPr>
          <w:rFonts w:ascii="Times New Roman" w:hAnsi="Times New Roman" w:eastAsia="Times New Roman" w:cs="Times New Roman"/>
        </w:rPr>
        <w:t>1856 онд Эзэн Адвентизмийн доторх сүнслэг Иерусалимын дахин байгуулалтыг дуусгахыг эрэлхийлсэн. 1798 оноос 1844 он хүртэлх гурван тэнгэрэлчийн ирэлтийн дор Миллерийн ариун сүм сууринууд дээр баригдсан бөгөөд энэ нь Миллерийн зүүдэнд “эрдэнэс чулуу” хэмээн дүрслэгдсэн, мөн Хабаккукын хоёрдугаар бүлгийг биелүүлсэн анхны хоёр зурагт хуудас (1843 ба 1850) дээрх эш үзүүллэгийн үнэнүүдээр төлөөлөгдөнө. Дараа нь Тэр Өөрийн хүмүүсийг Өөрийн долоо дахь өдрийн Амралтын өдрийн хуулийн ханыг босгоход удирдаж, тэднийг “явах гудамж”-ийн ажлыг дуусгахын тулд эртний Израилийн “хуучин замууд” руу буцаасан. ГЭВЧ тэр хуучин замд тэднийг шалгаж, салгах зорилготой нэгэн сургаал, нэгэн эш үзүүллэг багтаж байв. 1863 онд Адвентизм “долоон цаг хугацаа”-ны сорилд бүдэрч, Лаодикийн цөлийн тэнүүлд орж эхэлсэн.</w:t>
      </w:r>
    </w:p>
    <w:p>
      <w:pPr>
        <w:pStyle w:val="ArticleBody"/>
        <w:jc w:val="left"/>
      </w:pPr>
      <w:r>
        <w:rPr>
          <w:rFonts w:ascii="Times New Roman" w:hAnsi="Times New Roman" w:eastAsia="Times New Roman" w:cs="Times New Roman"/>
        </w:rPr>
        <w:t>1844 оны 10 дугаар сарын 22-ны өдөр нь удахгүй ирэх Ням гаргийн хуулийг бэлгэдэн дүрсэлдэг бөгөөд Ням гаргийн хуулийн үед Даниелын тодорхойлсноор зовлонт цаг үед гудамж ба хэрмийг дуусган барьсан дөчин есөн жилийн төлөөлсөн ажил гүйцэлдэх болно.</w:t>
      </w:r>
    </w:p>
    <w:p>
      <w:pPr>
        <w:pStyle w:val="ArticleScripture"/>
        <w:jc w:val="left"/>
      </w:pPr>
      <w:r>
        <w:rPr>
          <w:rFonts w:ascii="Times New Roman" w:hAnsi="Times New Roman" w:eastAsia="Times New Roman" w:cs="Times New Roman"/>
        </w:rPr>
        <w:t>Тиймээс Иерусалимыг сэргээн босгож байгуулах тушаал гарах үеэс эхлээд Ханхүү болох Мессиа хүртэл долоон долоо хоног, мөн жаран хоёр долоо хоног байхыг мэдэж, ойлгогтун. Гудамж нь дахин баригдаж, хэрэм нь ч зовлонт цаг үед сэргээн байгуулагдана. Даниел 9:25.</w:t>
      </w:r>
    </w:p>
    <w:p>
      <w:pPr>
        <w:pStyle w:val="ArticleBody"/>
        <w:jc w:val="left"/>
      </w:pPr>
      <w:r>
        <w:rPr>
          <w:rFonts w:ascii="Times New Roman" w:hAnsi="Times New Roman" w:eastAsia="Times New Roman" w:cs="Times New Roman"/>
        </w:rPr>
        <w:t>Бүх эш үзүүлэгчид хоорондоо санал нэгтэй байдаг бөгөөд Даниелын дурдсан “хүнд бэрх цаг үе” нь мөн бидний авч үзэж байсан Early Writings дахь эшлэлд адилхан тодорхойлогдсон байдаг.</w:t>
      </w:r>
    </w:p>
    <w:p>
      <w:pPr>
        <w:pStyle w:val="ArticleScripture"/>
        <w:jc w:val="left"/>
      </w:pPr>
      <w:r>
        <w:rPr>
          <w:rFonts w:ascii="Times New Roman" w:hAnsi="Times New Roman" w:eastAsia="Times New Roman" w:cs="Times New Roman"/>
        </w:rPr>
        <w:t>“Тэр үед, авралын ажил төгсгөлдөө хүрч байх зуур, газар дэлхий дээр гай зовлон ирэх бөгөөд үндэстнүүд уур хилэнтэй байх авч, гурав дахь тэнгэрэлчийн ажлыг саатуулахгүйн тулд тэд хязгаарлагдан баригдсан байх болно. Тэр үед Эзэний оршихуйгаас ирэх ‘хожуугийн бороо,’ өөрөөр хэлбэл сэргээш ирж, гурав дахь тэнгэрэлчийн чанга дуу хоолойд хүч өгөхийн тулд, мөн долоон сүүлчийн гамшиг асгагдах үед ариун хүмүүсийг бат зогсоход бэлтгэхийн тулд ирэх болно.” Early Writings, 85.</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“Үнэнийг хүлээн зөвшөөрдөг гэж мэдүүлдэг хүмүүс Сатанд үйлчилсээр байх цагт түүний тамын сүүдэр Бурхан болон тэнгэрийн талаарх тэдний үзлийг таслан хаасаар байх болно. Тэд анхны хайраа алдсан хүмүүсийн адил байх болно. Тэд мөнхийн бодит байдлыг харж үл чадна. Бурханы бидэнд бэлтгэсэн зүйл нь Зехариа номын 3, 4-р бүлгүүд болон 4:12–14-т дүрслэгдсэн байдаг: ‘Тэгээд би дахин хариулж, түүнд хэлэв: Алтан тосыг өөрсдөөсөө урсган гаргадаг тэрхүү хоёр алтан хоолойгоор дамжин буй эдгээр хоёр чидун мөчир юу вэ? Тэр надад хариулж: Эдгээр нь юу болохыг чи мэдэхгүй гэж үү? гэв. Би: Үгүй, эзэнтэн минь, гэв. Тэгэхэд тэр: Эдгээр нь бүх газрын Эзэний дэргэд зогсдог тослогдсон хоёр хүн мөн, гэв.’”</w:t>
      </w:r>
    </w:p>
    <w:p>
      <w:pPr>
        <w:pStyle w:val="ArticleScripture"/>
        <w:jc w:val="left"/>
      </w:pPr>
      <w:r>
        <w:rPr>
          <w:rFonts w:ascii="Times New Roman" w:hAnsi="Times New Roman" w:eastAsia="Times New Roman" w:cs="Times New Roman"/>
        </w:rPr>
        <w:t>“Эзэн нөөц бололцоогоор дүүрэн байдаг. Түүнд хэрэгсэл боломжийн ямар ч дутагдал үгүй. Бидний итгэлийн дутмаг байдал, газарлаг чанар, хөнгөн хийсвэр үг яриа, яриа хөөрөөнд маань илэрдэг үл итгэлээс болж бидний эргэн тойронд харанхуй сүүдэр хуралддаг. Христ Үгээр ч, зан чанараар ч бүхэлдээ хайр татам Нэгэн, түмэн мянгын дундаас хамгийн эрхэм Нэгэн хэмээн илчлэгддэггүй. Сэтгэл өөрийгөө хоосон байдал өөд өргөхөд сэтгэл хангалуун байвал, Эзэний Сүнс түүнд тун бага зүйлийг л хийж чадна. Бидний ойрхон хардаг богино хараа сүүдрийг л үздэг боловч цаадах алдар сууг харж чаддаггүй. Тэнгэр элч нар дэлхийн бүх гадаргуу дээгүүр дайран гарч, зам мөрдөө сүйрэл ба үхлийг авчрахын тулд мултран тавигдахыг эрмэлзсэн ууртай морь мэт дүрслэгдсэн дөрвөн салхийг тогтоон барьж байна.”</w:t>
      </w:r>
    </w:p>
    <w:p>
      <w:pPr>
        <w:pStyle w:val="ArticleScripture"/>
        <w:jc w:val="left"/>
      </w:pPr>
      <w:r>
        <w:rPr>
          <w:rFonts w:ascii="Times New Roman" w:hAnsi="Times New Roman" w:eastAsia="Times New Roman" w:cs="Times New Roman"/>
        </w:rPr>
        <w:t>“Бид мөнхийн ертөнцийн яг ирмэг дээр унтсаар байх уу? Бид мохоо, хүйтэн, үхмэл байх уу? Ай, Бурхан Өөрийн ард түмэндээ Өөрийн Сүнс ба амийг үлээж, тэд хөл дээрээ босон амьдрахын тулд энэ нь манай чуулгануудад байгаасай. Зам нарийн, хаалга давчуу гэдгийг бид харах хэрэгтэй. Гэвч бид тэрхүү давчуу хаалгаар нэвтрэн ороход, түүний уудам нь хязгааргүй юм.”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Жаран Үч дэх Хэсэг</dc:title>
  <dc:subject>Миллерийн хүснэгтүүдээс цааш: Ислам, мөрдөн шалгах шүүлт, ба эцсийн сорилт</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