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Жаран алты дугаар</w:t>
      </w:r>
    </w:p>
    <w:p>
      <w:pPr>
        <w:pStyle w:val="ArticleSubtitle"/>
        <w:jc w:val="left"/>
      </w:pPr>
      <w:r>
        <w:rPr>
          <w:rFonts w:ascii="Arial" w:hAnsi="Arial" w:eastAsia="Arial" w:cs="Arial"/>
        </w:rPr>
        <w:t>Эш үзүүллэгийн найрал хөгийг нээн харуулах нь: Тамгалалтын үе, хожуугийн бороо, мөн Вавилоноос гарч ирэх дуудлага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2024-01-30</w:t>
      </w:r>
    </w:p>
    <w:p>
      <w:pPr>
        <w:pStyle w:val="ArticleBody"/>
        <w:jc w:val="left"/>
      </w:pPr>
      <w:r>
        <w:rPr>
          <w:rFonts w:ascii="Times New Roman" w:hAnsi="Times New Roman" w:eastAsia="Times New Roman" w:cs="Times New Roman"/>
        </w:rPr>
        <w:t>Өмнөх өгүүлэлд авч үзсэн эшлэлд Илчлэл номын арван наймдугаар бүлгийн “Ариун Сүнсний агуу асгаралт” нь “Бурхантай хамтран хөдөлмөрлөгчид байх нь ямар утгатайг туршлагаараа мэддэг, гэгээрсэн ард түмэн бидэнд бий болох хүртэл” ирэхгүй гэж өгүүлсэн. Харин амлалт нь, “бид Христийн үйлчлэлд бүрэн, чин сэтгэлийн бүхэл зориулалтаар өөрсдийгөө өргөвөл, Бурхан энэ бодит байдлыг Өөрийн Сүнсийг хэмжээлшгүйгээр асгаруулснаар хүлээн зөвшөөрнө” гэсэн байдаг. “Агуу асгаралт” хэмээх тодорхойлолт нь түүнээс бага асгаралт (хэмжилттэй асгаралт) байдгийг давхар илтгэнэ.</w:t>
      </w:r>
    </w:p>
    <w:p>
      <w:pPr>
        <w:pStyle w:val="ArticleBody"/>
        <w:jc w:val="left"/>
      </w:pPr>
      <w:r>
        <w:rPr>
          <w:rFonts w:ascii="Times New Roman" w:hAnsi="Times New Roman" w:eastAsia="Times New Roman" w:cs="Times New Roman"/>
        </w:rPr>
        <w:t>2001 оны есдүгээр сарын 11-нд Илчлэл номын арван наймдугаар бүлгийн хүчирхэг тэнгэрэлч бууж ирсэн боловч, “сүмийн хамгийн том хэсэг” нь тэр үед ч, одоо ч “Бурхантай хамтран зүтгэгчид биш” хэвээр байна. 2001 оны есдүгээр сарын 11-нээс Бурхан эцэст нь “Христийн үйлчлэлд бүрэн, бүх зүрх сэтгэлийн ариуссан зориулалтад хүрсэн” нэгэн бүлэг байгааг тогтоон илрүүлэх мөч хүртэл хожмын бороо “хэмжигдэж”, амьд хүмүүсийн шүүлт явагдаж, шүүлт Бурханы өргөөнөөс эхэлдэг.</w:t>
      </w:r>
    </w:p>
    <w:p>
      <w:pPr>
        <w:pStyle w:val="ArticleBody"/>
        <w:jc w:val="left"/>
      </w:pPr>
      <w:r>
        <w:rPr>
          <w:rFonts w:ascii="Times New Roman" w:hAnsi="Times New Roman" w:eastAsia="Times New Roman" w:cs="Times New Roman"/>
        </w:rPr>
        <w:t>Илчлэлт номын арван наймдугаар бүлэгт хоёр дуу хоолойг тодорхойлсон байдаг бөгөөд Эгч Уайт эдгээр нь сүмүүдэд хандсан хоёр дуудлага мөн хэмээн бидэнд мэдээлдэг. Хоёр дахь дуу хоолой (дуудлага) нь удахгүй ирэх Ням гаргийн хуулийн үед тохиох Вавилоноос гарах дуудлага юм. Эхний дуу хоолой 2001 оны есдүгээр сарын 11-нд ирсэн. Тэр үед эхэлсэн Ариун Сүнсний асгаралт нь “хэмжээтэй” байсан, учир нь Христ эцэст нь “хэмжээгүйгээр” Ариун Сүнсээ асгах хүмүүсээ эхлээд цэвэршүүлэх хэрэгтэй байсан бөгөөд агуу газар хөдлөлтийн цагт тэднийг туг тэмдэг болгон өргөх ёстой байв. Илчлэлт номын арван наймдугаар бүлгийн хоёр дахь дуу хоолой сонсогдохоос өмнө тэр бүлэг цэвэршсэн байх шаардлагатай байсан, учир нь тэрхүү мэдээг тунхаглах хүмүүс нь тэд байх ёстой юм.</w:t>
      </w:r>
    </w:p>
    <w:p>
      <w:pPr>
        <w:pStyle w:val="ArticleBody"/>
        <w:jc w:val="left"/>
      </w:pPr>
      <w:r>
        <w:rPr>
          <w:rFonts w:ascii="Times New Roman" w:hAnsi="Times New Roman" w:eastAsia="Times New Roman" w:cs="Times New Roman"/>
        </w:rPr>
        <w:t>1844 оны хаврын анхны урам хугарал дээр Протестантууд урвагч Протестантууд болсон бөгөөд тэр үед өөрсдийгөө хүлээлтийн хугацаанд байсан үнэнч хүмүүс урьд нь Бурханы ард түмэн байгаагүй хүмүүсийн сүмийг төлөөлж байв. 2001 оны 9 дүгээр сарын 11-нд Илчлэл арван наймын хүчирхэг тэнгэрэлч бууж ирсэн бөгөөд Бурханы эцсийн өдрүүдийн сүмийг цэвэрлэн босгон байгуулах ажлын эхний алхам эхэлсэн; тэр нь Лаодикейн Адвентизмыг сорихоос эхэлсэн юм. 2020 оны 7 дугаар сарын 18-нд сорилтын үйл явцын хоёр дахь алхам эхэлсэн. Христийн баптисмын үед эртний Израилийг тусгаарлах үйл явц эхэлсэн бөгөөд тэр үед Христ анхны шавь нараа сонгосон; тэдгээр нь Түүний тэрхүү түүхэн үед байгуулж байсан Христийн сүмийн суурь нь болсон юм.</w:t>
      </w:r>
    </w:p>
    <w:p>
      <w:pPr>
        <w:pStyle w:val="ArticleBody"/>
        <w:jc w:val="left"/>
      </w:pPr>
      <w:r>
        <w:rPr>
          <w:rFonts w:ascii="Times New Roman" w:hAnsi="Times New Roman" w:eastAsia="Times New Roman" w:cs="Times New Roman"/>
        </w:rPr>
        <w:t>Гурван жил хагасынхаа үйлчлэлийн эхэнд Христ сүмийг цэвэрлэж, түүнийг “Өөрийн Эцгийн гэр” хэмээн тодорхойлсон; харин Өөрийн үйлчлэлийн төгсгөлд, сүмийг хоёр дахь бөгөөд эцсийн удаа цэвэрлэсний дараа Түүний тунхаглал нь “танай гэр та нарт эзгүйрэн орхигдов” гэсэн байв. Өмнөх гэрээний ард түмэн өнгөрөн хаягдаж, Түүний шинэ гэрээний ард түмэн “Түүний Сүм” болон тогтоогдсон юм. Ням гаргийн хуулийн үед Долоо дахь өдрийн Адвентист сүмийн хамтын байгууллагын бүтэц эзгүйрэх болно.</w:t>
      </w:r>
    </w:p>
    <w:p>
      <w:pPr>
        <w:pStyle w:val="ArticleScripture"/>
        <w:jc w:val="left"/>
      </w:pPr>
      <w:r>
        <w:rPr>
          <w:rFonts w:ascii="Times New Roman" w:hAnsi="Times New Roman" w:eastAsia="Times New Roman" w:cs="Times New Roman"/>
        </w:rPr>
        <w:t>“Эш үзүүлэгч ийнхүү өгүүлжээ: ‘Би тэнгэрээс бууж ирж буй, агуу эрх мэдэлтэй өөр нэгэн тэнгэрэлчийг үзэв; газар дэлхий түүний алдраар гэрэлтэв. Тэрээр хүчирхэг дуугаар ихэд хашхирч, Агуу Вавилон нуран унажээ, нуран унажээ, мөн чөтгөрүүдийн орших газар болсон’ (Илчлэлт 18:1, 2). Энэ бол хоёр дахь тэнгэрэлчийн өгсөн тэрхүү мөнөөх мэдээ мөн. Вавилон нуран унасан, ‘учир нь тэрээр өөрийн садар самууныхаа хилэнгийн дарсыг бүх үндэстнүүдээр уулгасан’ (Илчлэлт 14:8). Тэр дарс юу вэ?—Түүний хуурамч сургаалууд. Тэрээр дэлхийд дөрөвдүгээр тушаалын Амралтын өдрийн оронд хуурамч амралтын өдрийг өгсөн бөгөөд Еденд Сатан анх Евад хэлсэн худал үгийг—сүнсний төрөлх үхэшгүй мөн чанарын тухай сургаалыг—дахин давтсан юм. Тэрээр үүнтэй адил олон төрлийн төөрөгдлийг алс хол, өргөн дэлгэр тарааж, ‘хүмүүсийн тушаалуудыг сургаал болгон заадаг’ (Матай 15:9).</w:t>
      </w:r>
    </w:p>
    <w:p>
      <w:pPr>
        <w:pStyle w:val="ArticleScripture"/>
        <w:jc w:val="left"/>
      </w:pPr>
      <w:r>
        <w:rPr>
          <w:rFonts w:ascii="Times New Roman" w:hAnsi="Times New Roman" w:eastAsia="Times New Roman" w:cs="Times New Roman"/>
        </w:rPr>
        <w:t>“Есүс Өөрийн олон нийтэд чиглэсэн үйлчлэлийг эхлэхдээ Ариун сүмийг түүний ариун бус гутаан доромжлолоос цэвэрлэсэн. Түүний үйлчлэлийн төгсгөлийн үйлсийн дотор Ариун сүмийг хоёр дахь удаагаа цэвэрлэсэн явдал багтсан. Үүнтэй адил, дэлхийд өгөгдөх анхааруулгын эцсийн ажилд сүмүүдэд хандан хоёр ялгаатай дуудлага өгөгддөг. Хоёр дахь тэнгэрэлчийн мэдээ нь: ‘Агуу хот Вавилон унасан, унасан; учир нь тэр өөрийн садар самууны уур хилэнгийн дарсаар бүх үндэстнүүдийг уулгасан’ (Илчлэлт 14:8) гэсэн байдаг. Харин гурав дахь тэнгэрэлчийн мэдээний чанга хашхираанд тэнгэрээс нэгэн дуу ийнхүү хэлэх нь сонсогдоно: ‘Миний ард түмэн, түүний нүглүүдэд оролцогч болохгүйн тулд, мөн түүний гай гамшгуудаас хүртэхгүйн тулд түүнээс гар. Учир нь түүний нүглүүд тэнгэрт тулсан бөгөөд Бурхан түүний гэм бурууг санасан юм’ (Илчлэлт 18:4, 5).” Review and Herald, 1892 оны 12 дугаар сарын 6.</w:t>
      </w:r>
    </w:p>
    <w:p>
      <w:pPr>
        <w:pStyle w:val="ArticleBody"/>
        <w:jc w:val="left"/>
      </w:pPr>
      <w:r>
        <w:rPr>
          <w:rFonts w:ascii="Times New Roman" w:hAnsi="Times New Roman" w:eastAsia="Times New Roman" w:cs="Times New Roman"/>
        </w:rPr>
        <w:t>Эхний сүмийн цэвэрлэгээ нь Илчлэлт номын арван наймдугаар бүлгийн эхний дуу хоолойтой нийцдэг бөгөөд хоёр дахь дуу хоолой нь Бурханы бусад хонин сүргийг Вавилоноос гарч ирэхийг уриалдаг чанга хашхираан юм. Нэгээс гуравдугаар эшлэлүүд нь Нью-Йорк хотын агуу барилгууд нураан хаягдах үед биелсэн. Энэ нь 2001 оны 9 дүгээр сарын 11-нд болсон бөгөөд эхний сүмийн цэвэрлэгээ, өөрөөр хэлбэл сүмүүдэд хандсан хоёр дуудлагын эхнийх нь хийгдсэн юм. Эхний дуудлага нь Христийн баптисм хүртэх үед, Ариун Сүнс тэнгэрээс бууж ирж, эртний Израилийн шалгалт эхэлсэн тэр үед эхэлсэн. 1840 оны 8 дугаар сарын 11-нд эхний сүмийн цэвэрлэгээ, өөрөөр хэлбэл сүмүүдэд хандсан хоёр дуудлагын эхнийх нь Миллерит хөдөлгөөнд өгөгдсөн юм.</w:t>
      </w:r>
    </w:p>
    <w:p>
      <w:pPr>
        <w:pStyle w:val="ArticleBody"/>
        <w:jc w:val="left"/>
      </w:pPr>
      <w:r>
        <w:rPr>
          <w:rFonts w:ascii="Times New Roman" w:hAnsi="Times New Roman" w:eastAsia="Times New Roman" w:cs="Times New Roman"/>
        </w:rPr>
        <w:t>Тэр цагт Сүүлчийн бороо болон нэг зуун дөчин дөрвөн мянгын лацадалт нь Мөрдөн шалгах шүүлтийн эцсийн үзэгдлүүдтэй уялдан эхэлсэн. Тэдгээр эцсийн үзэгдлүүдэд Христийн ажил нь итгэлт хүмүүсийн нүглийг нүглийн номоос арилган баллах, эсвэл нэр төдий Христэд итгэгчдийн нэрсийг амийн номоос арилган баллах байдлаар дүрслэгддэг. Тэр хугацаа нь Сүүлчийн борооны шүршигдэх үе мөн, учир нь Бурхан сүмийг цэвэр ариун болсон үед л Ариун Сүнсийг хэмжээлшгүйгээр асгана. Ням гаргийн хуулийн үед Ариун Сүнсний асгалт хэмжээлшгүй байх болно.</w:t>
      </w:r>
    </w:p>
    <w:p>
      <w:pPr>
        <w:pStyle w:val="ArticleScripture"/>
        <w:jc w:val="left"/>
      </w:pPr>
      <w:r>
        <w:rPr>
          <w:rFonts w:ascii="Times New Roman" w:hAnsi="Times New Roman" w:eastAsia="Times New Roman" w:cs="Times New Roman"/>
        </w:rPr>
        <w:t>“Ах дүүс ээ, бэлтгэлийн энэ агуу ажилд та нар юу хийж байна вэ? Ертөнцтэй нийлж буй хүмүүс ертөнцийн хэвийг хүлээн авч, араатны тэмдэгт бэлтгэгдэж байна. Өөртөө үл итгэгч, Бурханы өмнө өөрсдийгөө даруу болгож, үнэнийг даган дуулгавартай байснаар сүнсээ ариусгаж буй хүмүүс тэнгэрлэг хэвийг хүлээн авч, духан дээрээ Бурханы тамгад бэлтгэгдэж байна. Зарлиг гарах үед, тамга дарагдан буухад, тэдний зан чанар мөнхийн турш цэвэр бөгөөд толбогүй хэвээр үлдэнэ.” Testimonies, volume 5, 216.</w:t>
      </w:r>
    </w:p>
    <w:p>
      <w:pPr>
        <w:pStyle w:val="ArticleScripture"/>
        <w:jc w:val="left"/>
      </w:pPr>
      <w:r>
        <w:rPr>
          <w:rFonts w:ascii="Times New Roman" w:hAnsi="Times New Roman" w:eastAsia="Times New Roman" w:cs="Times New Roman"/>
        </w:rPr>
        <w:t>“Ариун Сүнсний ажил нь ертөнцийг нүглийн тухай, зөвт байдлын тухай, шүүлтийн тухай үнэмшүүлэхэд оршино. Ертөнцөд өгч болох цорын ганц сэрэмжлүүлэг нь үнэнийг итгэн хүлээн авсан хүмүүс үнэнээр ариусгагдан, дээд бөгөөд ариун зарчмуудын дагуу үйлдэж, Бурханы тушаалуудыг сахигчид ба тэдгээрийг хөл дороо гишгэгчдийн хоорондын ялгах шугамыг эрхэм, өндөр утгаар харуулснаар дамжин ирдэг. Сүнсний ариусгал нь Бурханы тамгатай хүмүүс болон хуурамч амралтын өдрийг сахигчдын хоорондын ялгааг тод томруун тэмдэглэн харуулдаг. Сорилтын цаг ирэхэд араатны тамга юу болох нь тодорхой илчлэгдэх болно. Тэр нь Ням гарагийг сахих явдал мөн. Үнэнийг сонссоныхоо дараа ч энэ өдрийг ариун хэмээн үргэлжлүүлэн үздэг хүмүүс нь цаг хугацаа болон хуулийг өөрчлөхөөр санаархсан нүглийн хүний тэмдгийг өөрсөд дээрээ авч явдаг.” Bible Training School, December 1, 1903.</w:t>
      </w:r>
    </w:p>
    <w:p>
      <w:pPr>
        <w:pStyle w:val="ArticleBody"/>
        <w:jc w:val="left"/>
      </w:pPr>
      <w:r>
        <w:rPr>
          <w:rFonts w:ascii="Times New Roman" w:hAnsi="Times New Roman" w:eastAsia="Times New Roman" w:cs="Times New Roman"/>
        </w:rPr>
        <w:t>Исаиа хязгаарлагдан баригддаг (“stayeth”) “ширүүн салхи” хэмээн мөн адил тодорхойлдог “зүүн салхины өдөр”-ийг “хэмжилт” эхлэх цэг хэмээн тодорхойлдог.</w:t>
      </w:r>
    </w:p>
    <w:p>
      <w:pPr>
        <w:pStyle w:val="ArticleScripture"/>
        <w:jc w:val="left"/>
      </w:pPr>
      <w:r>
        <w:rPr>
          <w:rFonts w:ascii="Times New Roman" w:hAnsi="Times New Roman" w:eastAsia="Times New Roman" w:cs="Times New Roman"/>
        </w:rPr>
        <w:t>Тэр нахиалан гарч ирэхэд нь Та түүнийг хэмжээгээр шүүнэ; зүүн салхины өдөр Тэр Өөрийн ширүүн салхийг тогтоон барина. Иаковын гэм буруу үүгээр цэвэрлэгдэх бөгөөд түүний нүглийг зайлуулахын бүх үр жимс нь энэ буюу: тэр тахилын ширээний бүх чулууг цохин үйрүүлсэн шохой чулуунууд мэт болгох үед, шүтээний төгөлүүд болон хөргүүд босон үл тогтоно. Харин бэхлэгдсэн хот эзгүйрч, оршин суух газар орхигдон, цөл мэт орхигдоно; тэнд тугал бэлчиж, тэнд хэвтэн, түүний мөчрүүдийг иднэ. Түүний мөчир хатахад тэдгээрийг хугалан авна; эмэгтэйчүүд ирж, тэдгээрийг галдана. Учир нь энэ бол ухааралгүй ард түмэн мөн; тиймээс тэднийг Бүтээгч нь тэднийг өршөөхгүй, тэднийг буй болгосон Нэгэн тэдэнд ивээл үзүүлэхгүй. Тэр өдөр ЭЗЭН голын урсгалаас Египетийн горхи хүртэл цохин салгах бөгөөд, Израилийн хөвгүүд ээ, та нар нэгбүрчлэн цуглуулагдана. Тэр өдөр агуу бүрээ үлээгдэж, Ассирийн нутагт мөхөхөд бэлэн байсан хүмүүс, Египетийн нутагт цөлөгдөгсөд ирж, Иерусалим дахь ариун уулан дээр ЭЗЭНд мөргөх болно. Исаиа 27:6–13.</w:t>
      </w:r>
    </w:p>
    <w:p>
      <w:pPr>
        <w:pStyle w:val="ArticleBody"/>
        <w:jc w:val="left"/>
      </w:pPr>
      <w:r>
        <w:rPr>
          <w:rFonts w:ascii="Times New Roman" w:hAnsi="Times New Roman" w:eastAsia="Times New Roman" w:cs="Times New Roman"/>
        </w:rPr>
        <w:t>“Дорнын салхи” бол “Таршишийн хөлөг онгоцууд”-ыг живүүлж, Тирийн янхан дээр шүүлтийг авчирдаг хүч мөн. “Дорнын салхи” бол хаадыг айдаст автуулдаг хүч мөн. “Дорнын салхи” бол Египет дээр “хатаалт” хэмээх сүйтгэлийг авчирч, долоон жилийн өлсгөлөнг бий болгосон зүйл мөн; Иосеф ба Фараон бүх дэлхийг (Египетийг) боолчлолд оруулсанчлан, мөн Египетээс аврагдах үеэр хамаг бүгдийг идэж дуусгасан “царцаа”-г авчирсан нь ч “дорнын салхи” байсан. Ислам бол “дорнын салхи” мөн.</w:t>
      </w:r>
    </w:p>
    <w:p>
      <w:pPr>
        <w:pStyle w:val="ArticleBody"/>
        <w:jc w:val="left"/>
      </w:pPr>
      <w:r>
        <w:rPr>
          <w:rFonts w:ascii="Times New Roman" w:hAnsi="Times New Roman" w:eastAsia="Times New Roman" w:cs="Times New Roman"/>
        </w:rPr>
        <w:t>Библийн зөгнөлийн шинэчлэлийн хөдөлгөөнүүд нь шинэчлэлийн хөдөлгөөн бүр өөрийн гэсэн өвөрмөц сэдэвтэй болохыг тогтоодог. Нэг зуун дөчин дөрвөн мянгатын шинэчлэлийн хөдөлгөөний сэдэв нь Ислам юм. 2001 оны 9 дүгээр сарын 11-нд гурав дахь Гайгийн Ислам газар дэлхийн араатанд довтолсон бөгөөд Жорж У. Буш, “хоёр дахь нь”, тэр даруй “зүүн салхи”-нд хориг тавьсан. Тэр үйл явдлын үеэр, Эгч Уайт тэмдэглэснээр, Нью-Йорк хотын агуу барилгууд нураагдах үед Илчлэл арван наймдугаар бүлгийн нэгээс гуравдугаар ишлэлүүд биелсэн юм. Тэрхүү гурван ишлэл нь Илчлэл арван наймдугаар бүлэг дэх хоёр дуу хоолойн эхнийхийг төлөөлдөг. Хоёр дахь дуу хоолой нь дөрөвдүгээр ишлэлд байдаг бөгөөд энэ нь Вавилоноос гарах дуудлагыг заадаг бөгөөд уг дуудлага нь Америкийн Нэгдсэн Улс дахь Ням гаргийн хуулиар эхэлдэг. Гурав дахь гайгийн Ислам нь Илчлэл долоодугаар бүлгийн дөрвөн тэнгэрэлчээр хязгаарлагдан баригдаж байх зуур нэг зуун дөчин дөрвөн мянга нь тамгалагдаж байдаг.</w:t>
      </w:r>
    </w:p>
    <w:p>
      <w:pPr>
        <w:pStyle w:val="ArticleScripture"/>
        <w:jc w:val="left"/>
      </w:pPr>
      <w:r>
        <w:rPr>
          <w:rFonts w:ascii="Times New Roman" w:hAnsi="Times New Roman" w:eastAsia="Times New Roman" w:cs="Times New Roman"/>
        </w:rPr>
        <w:t>“Эзэн Бурхан бол атаархагч Бурхан мөн; гэвч Тэр энэ үеийн Өөрийн ард түмний нүгэл ба гэмт үйлсийг урт тэвчээрээр тэсвэрлэдэг. Хэрэв Бурханы ард түмэн Түүний зөвлөгөөгөөр явсан бол, Бурханы ажил урагшлан, үнэний мэдээнүүд бүх дэлхийн нүүрэн дээр оршин суугч бүх ард түмэнд хүргэгдэх байсан. Хэрэв Бурханы ард түмэн Түүнд итгэж, Түүний үгийн хэрэгжүүлэгчид болж, Түүний тушаалуудыг сахисан бол, тэнгэрийн дундуур нисэн өнгөрч, газарт үлээхийн тулд салхинуудыг тавин явуулах ёстой байсан дөрвөн тэнгэр элчид хандан, “Би Бурханы боолчуудын духан дээр тамга дарж дуустал, газарт үлээлгэхгүйн тулд дөрвөн салхийг барь, барь” хэмээн хашхирсан тэрхүү мэдээтэй тэнгэр элч ирэхгүй байх байсан. Харин ард түмэн эртний Израилийн адил дуулгаваргүй, талархалгүй, ариун бус учраас, бүгд хамгийн сүүлчийн нигүүлслийн мэдээг чанга дуугаар тунхаглагдахыг сонсохын тулд хугацаа сунгагдаж байна. Эзэний ажил саатуулагдаж, тамгалах хугацаа хойшлогдсон. Олон хүн үнэнийг сонсоогүй. Гэвч Эзэн тэдэнд сонсож, хөрвөх боломжийг өгнө, мөн Бурханы агуу ажил урагшлах болно.” Manuscript Releases, volume 15, 292.</w:t>
      </w:r>
    </w:p>
    <w:p>
      <w:pPr>
        <w:pStyle w:val="ArticleBody"/>
        <w:jc w:val="left"/>
      </w:pPr>
      <w:r>
        <w:rPr>
          <w:rFonts w:ascii="Times New Roman" w:hAnsi="Times New Roman" w:eastAsia="Times New Roman" w:cs="Times New Roman"/>
        </w:rPr>
        <w:t>Тамгалагдсан хүмүүс Ням гаргийн хуулиас өмнө тамгалагддаг; учир нь дэлхий ертөнц зөвхөн Ням гаргийн хуулийн хямралын үед Бурханы тамгатай эрэгтэй, эмэгтэй хүмүүсийг харах замаар л сэрэмжлүүлэг авч, улмаар Вавилоноос дуудагдан гарч чадна. Нэг зуун дөчин дөрвөн мянгын тамгалах үйл 2001 оны 9 дүгээр сарын 11-нд эхэлсэн боловч тамгалах цаг хойшлогдсон.</w:t>
      </w:r>
    </w:p>
    <w:p>
      <w:pPr>
        <w:pStyle w:val="ArticleBody"/>
        <w:jc w:val="left"/>
      </w:pPr>
      <w:r>
        <w:rPr>
          <w:rFonts w:ascii="Times New Roman" w:hAnsi="Times New Roman" w:eastAsia="Times New Roman" w:cs="Times New Roman"/>
        </w:rPr>
        <w:t>Бүх эш үзүүлэгчид эцсийн үеийнхэнд хандан ярьж байгаа бөгөөд энэ эшлэл нь төгсгөлийн үеийнхэнд шууд хамааруулан өгүүлэгдсэн байна. Энэ төгсгөлийн үед Бурханы ард түмэн “Түүний зөвлөл дотор алхаагүй” бөгөөд тэрхүү шалтгааны улмаас лацдах цаг саатуулагдаж, хойшлогджээ. Илчлэлт номын арван нэгдүгээр бүлэгт гардаг, хоёр эш үзүүлэгчийг алсан ёроолгүй гүний араатан үүнийг саатуулж, хойшлуулсан юм. Францын хувьсгалын үе дэх тэр араатан нь атейзм байсан бөгөөд энэ нь одоо дэлхийтэй нүүр тулан зогсож буй “woke-ism”-ыг нэвтрүүлэгчдийн авчирсан атейст хөдөлгөөний бэлгэ тэмдэг болсон; тэрхүү үзэл урсгалыг Future for America хөдөлгөөнд оруулж ирсний дараа Future for America Бурханы зөвлөл дотор алхахаа больж, өөрсдийн орчин үеийн ижил хүйстний хөтөлбөрийг дэмжигчдийн нөлөөг, мөн цаг тогтоохыг сурталчилж байсан бусадтай хамтран, лацдах цагийг саатуулахад зөвшөөрсөн юм.</w:t>
      </w:r>
    </w:p>
    <w:p>
      <w:pPr>
        <w:pStyle w:val="ArticleScripture"/>
        <w:jc w:val="left"/>
      </w:pPr>
      <w:r>
        <w:rPr>
          <w:rFonts w:ascii="Times New Roman" w:hAnsi="Times New Roman" w:eastAsia="Times New Roman" w:cs="Times New Roman"/>
        </w:rPr>
        <w:t>“Надад илчлэгдсэн олон зүйл миний оюун санаанд шавж, тэдгээрийг хэрхэн илэрхийлэхээ би бараг мэдэхгүй байна. Гэвч би дуугүй байж үл чадна. Өөрсдийгөө бусад хүмүүсийг захирахаар өргөмжилж, Ариун Сүнсний буруушаасан төлөвлөгөөнүүдийг хэрэгжүүлж буй хүмүүст Эзэн хилэгнэж байна. Бурхан эдгээр хүмүүсийг томилоогүй гэдгийг ялган танихад та нар бүтэлгүйтсэнд би илэрхийлж барамгүй их гайхаж байна. Юмсын энэ шинэ дэг журам нь та нарыг түгшээх учиртай, учир нь энэ нь тэнгэрийн зөвшөөрөлтэй байгаагүй юм.”</w:t>
      </w:r>
    </w:p>
    <w:p>
      <w:pPr>
        <w:pStyle w:val="ArticleScripture"/>
        <w:jc w:val="left"/>
      </w:pPr>
      <w:r>
        <w:rPr>
          <w:rFonts w:ascii="Times New Roman" w:hAnsi="Times New Roman" w:eastAsia="Times New Roman" w:cs="Times New Roman"/>
        </w:rPr>
        <w:t>“Махбодын зүрх сэтгэл өөрийн бузарлагдсан, ялзруулагч зарчмуудыг Бурханы ажилд авчрах ёсгүй. Бидний итгэлийн зарчмуудыг нууж халхлах явдал огт байж болохгүй. Гурав дахь тэнгэрэлчийн мэдээг Бурханы ард түмэн тунхаглах ёстой. Энэ нь чанга хашхираан болон өсөн нэмэгдэх ёстой. Эзэн ажлыг дуусган боохоор товлосон цагтай; харин тэр цаг хэзээ вэ? Эдгээр эцсийн өдрүүдэд тунхаглагдах ёстой үнэн бүх үндэстэнд гэрчлэл болон түгэх үед, тэгээд төгсгөл ирнэ. Хэрэв Сатаны хүч Бурханы сүмийн яг дотор нэвтэрч, юмсыг өөрийн тааллаар удирдан зохицуулж чадвал, бэлтгэлийн хугацаа сунжрах болно.”</w:t>
      </w:r>
    </w:p>
    <w:p>
      <w:pPr>
        <w:pStyle w:val="ArticleScripture"/>
        <w:jc w:val="left"/>
      </w:pPr>
      <w:r>
        <w:rPr>
          <w:rFonts w:ascii="Times New Roman" w:hAnsi="Times New Roman" w:eastAsia="Times New Roman" w:cs="Times New Roman"/>
        </w:rPr>
        <w:t>“Бурханаас Өөрийн ард түмэнд ерөөлийн мэдээтэйгээр илгээсэн хүмүүсийг эсэргүүцэхийн тулд хийгдсэн хөдөлгөөнүүдийн нууц нь энэ мөн. Эдгээр хүмүүс үзэн ядагдсан. Христ Өөрийн анхны ирэлтээрээ үнэхээр үзэн ядагдаж, жигшигдсэнтэй адил, эдгээр хүмүүс болон Бурханы мэдээ ч мөн тийнхүү жигшигдсэн. Хариуцлагатай албан тушаалд байсан хүмүүс Сатаны илчилсэн яг тэр зан чанаруудыг илэрхийлсэн. Тэд хүний оюун санааг захирах, тэдний ухаан бодол болон авьяас чадварыг хүний мэдэлд оруулахыг эрэлхийлсэн. Бурханы мэргэн ухаан, мэдлэггүй, эсвэл Ариун Сүнсний удирдамж дор төлөвшсөн туршлагагүй хүмүүсийн хяналтад Бурханы зарц нарыг оруулах гэсэн оролдлого гарсан. Хэзээ ч өдрийн гэрэл үзэх ёсгүй байсан зарчмууд төрөн гарсан. Хууль бус хүүхдийг анхны амьсгалаа авмагц нь л дарж зогсоох ёстой байсан. Хязгаартай хүмүүс Бурханы эсрэг, үнэнгийн эсрэг, мөн Эзэний сонгосон элч нарын эсрэг дайтаж, хэрэглэж зүрхэлсэн бүх аргаар тэдний ажлыг саатуулж ирсэн. Бурханы мэдээнүүдийг үл тоомсорлож, хуулийн багш нар ба фарисайчуудын адил Бурхан Өөрийн ард түмэнд хэрэгтэй байсан гэрэл ба үнэнийг толилуулахад ашигласан яг тэр хүмүүсийг жигшсэн хүмүүсийн мэргэн ухаан, төлөвлөгөөнөөс ямар сайн чанар гарч ирснийг тунгаан бодно уу.” The 1888 Materials, 1525.</w:t>
      </w:r>
    </w:p>
    <w:p>
      <w:pPr>
        <w:pStyle w:val="ArticleBody"/>
        <w:jc w:val="left"/>
      </w:pPr>
      <w:r>
        <w:rPr>
          <w:rFonts w:ascii="Times New Roman" w:hAnsi="Times New Roman" w:eastAsia="Times New Roman" w:cs="Times New Roman"/>
        </w:rPr>
        <w:t>2001 оны 9 дүгээр сарын 11-нд эхэлсэн тамгалах цаг саатуулагдсан, учир нь Сатаны төлөөлөгчдөд “Бурханы яг сүмд” нэвтрэн орохыг зөвшөөрсөн байв. Энд харагдах ёстой асуудал нь 1798 оноос 1844 он хүртэл Миллерийн сүм босгогдсон бөгөөд 1844 оны 10 дугаар сарын 22-нд гэрээний элч гэнэт Өөрийн сүмд ирсэн явдал юм. Сүм болон цэрэг нь мянга хоёр зуун жаран жилийн турш папын эрх мэдлээр гишгэлэгдэн доромжлогдсон байсан бөгөөд папын засаг үхлийн шархаа хүлээн авахад Христ Миллерийн сүмийг босгох ажлыг эхлүүлсэн; сүмийн бэлгэдэл нь хэд хэдэн гэрчийн дагуу дөчин зургаан тоо мөн.</w:t>
      </w:r>
    </w:p>
    <w:p>
      <w:pPr>
        <w:pStyle w:val="ArticleBody"/>
        <w:jc w:val="left"/>
      </w:pPr>
      <w:r>
        <w:rPr>
          <w:rFonts w:ascii="Times New Roman" w:hAnsi="Times New Roman" w:eastAsia="Times New Roman" w:cs="Times New Roman"/>
        </w:rPr>
        <w:t>1840 оны 8 дугаар сарын 11-нд Илчлэлт номын аравдугаар бүлгийн тэнгэрэлч бууж ирж, Протестантизмын шүүлт эхэлсэн. Тэр түүх үсэг бүрээрээ дахин давтагддаг.</w:t>
      </w:r>
    </w:p>
    <w:p>
      <w:pPr>
        <w:pStyle w:val="ArticleBody"/>
        <w:jc w:val="left"/>
      </w:pPr>
      <w:r>
        <w:rPr>
          <w:rFonts w:ascii="Times New Roman" w:hAnsi="Times New Roman" w:eastAsia="Times New Roman" w:cs="Times New Roman"/>
        </w:rPr>
        <w:t>Судруудад “зүүн салхи” нь Таршишийн усан онгоцуудыг живүүлж, тэр агуу хот Тирийг унагаж, хаад ба худалдаачдыг гурвантаа “гай, гай” (халаг, халаг) хэмээн хашхирахад хүргэдэг. Харин бидний авч үзэж буй Исаиагийн хэсэгт “зүүн салхины” өдөр нь Бурхан “ширүүн салхиа тогтоон барьдаг” өдөр мөн. Энэ хэсэгт “зүүн салхи” нь гурав дахь тэнгэрэлчийн ажлыг саатуулахгүй байлгахын тулд хазаарлагдан тогтоогдсон байна; тэрхүү ажил нь хожмын борооны үеэр биелэн хэрэгждэг. Энэ хэсэгт тогтоон баригдсан “зүүн салхи”-ны тухай сэдэв нь хожмын бороо, гурав дахь тэнгэрэлчийн ажил, мөн Вавилонд буй Бурханы бусад хүүхдүүдийг цуглуулан гаргах үйлсийг тодорхойлж байна. Тэр цаг үед зуун дөчин дөрвөн мянгыг тамгалах хугацаанд дөрвөн тэнгэрэлч дөрвөн салхийг тогтоон барьж байна.</w:t>
      </w:r>
    </w:p>
    <w:p>
      <w:pPr>
        <w:pStyle w:val="ArticleScripture"/>
        <w:jc w:val="left"/>
      </w:pPr>
      <w:r>
        <w:rPr>
          <w:rFonts w:ascii="Times New Roman" w:hAnsi="Times New Roman" w:eastAsia="Times New Roman" w:cs="Times New Roman"/>
        </w:rPr>
        <w:t>Эдгээрийн дараа би дэлхийн дөрвөн өнцөгт зогсож, дэлхийн дөрвөн салхийг барин, салхи нь газарт ч, далайд ч, ямар ч модонд ч үлээхгүй байхаар тогтоон байсан дөрвөн тэнгэрэлчийг харлаа. Мөн би зүүнээс өгсөн гарч ирж буй, амьд Бурханы тамгатай өөр нэгэн тэнгэрэлчийг харлаа. Тэрээр газар ба далайд хор хүргэх эрх өгөгдсөн тэр дөрвөн тэнгэрэлчид чанга дуугаар хандан, “Бид Бурханыхаа зарц нарын магнай дээр тамга дарж дуустал газар ч, далай ч, модод ч бүү хорлогтун” хэмээн айлдав. Илчлэлт 7:1–3.</w:t>
      </w:r>
    </w:p>
    <w:p>
      <w:pPr>
        <w:pStyle w:val="ArticleBody"/>
        <w:jc w:val="left"/>
      </w:pPr>
      <w:r>
        <w:rPr>
          <w:rFonts w:ascii="Times New Roman" w:hAnsi="Times New Roman" w:eastAsia="Times New Roman" w:cs="Times New Roman"/>
        </w:rPr>
        <w:t>“зүүн салхи”-ийг тогтоон барих, “уур хилэнт үндэстнүүд”-ийг тогтоон барих, мөн “дөрвөн салхи”-ийг тогтоон барих нь бүгд хожмын борооны үеэр тохиолддог. Учир нь Бурханы тамга Өөрийн ард түмэн дээр тавигддаг үе нь хожмын борооны үе мөн билээ. Дөрвөн тэнгэрэлчийн тогтоон барьж буй дөрвөн салхи нь Исламын бэлгэдэл юм.</w:t>
      </w:r>
    </w:p>
    <w:p>
      <w:pPr>
        <w:pStyle w:val="ArticleScripture"/>
        <w:jc w:val="left"/>
      </w:pPr>
      <w:r>
        <w:rPr>
          <w:rFonts w:ascii="Times New Roman" w:hAnsi="Times New Roman" w:eastAsia="Times New Roman" w:cs="Times New Roman"/>
        </w:rPr>
        <w:t>“Тэнгэрэлчүүд сүйрэл ба үхлийг зам мөрдөө дагуулан, бүх дэлхийн гадаргуу дээгүүр тасран давхихыг завдан хүлгээ таслахыг тэмүүлсэн хилэнт морьдоор бэлгэдэгдсэн дөрвөн салхийг барьж байна.</w:t>
      </w:r>
    </w:p>
    <w:p>
      <w:pPr>
        <w:pStyle w:val="ArticleScripture"/>
        <w:jc w:val="left"/>
      </w:pPr>
      <w:r>
        <w:rPr>
          <w:rFonts w:ascii="Times New Roman" w:hAnsi="Times New Roman" w:eastAsia="Times New Roman" w:cs="Times New Roman"/>
        </w:rPr>
        <w:t>“Бид мөнхийн ертөнцийн яг ирмэг дээр унтсаар байх уу? Бид хөшүүн, хүйтэн, үхмэл байх уу? Өө, Бурхан Өөрийн ард түмэнд үлээсэн Сүнс ба амьсгал манай сүмүүдэд байгаасай, тэгвэл тэд хөл дээрээ босож, амьдрах болно. Бид зам нарийн, хаалга давчуу гэдгийг харах хэрэгтэй. Харин бид тэр давчуу хаалгаар өнгөрөхөд, түүний уудам нь хязгааргүй юм.” Manuscript Releases, 20-р боть, 217.</w:t>
      </w:r>
    </w:p>
    <w:p>
      <w:pPr>
        <w:pStyle w:val="ArticleBody"/>
        <w:jc w:val="left"/>
      </w:pPr>
      <w:r>
        <w:rPr>
          <w:rFonts w:ascii="Times New Roman" w:hAnsi="Times New Roman" w:eastAsia="Times New Roman" w:cs="Times New Roman"/>
        </w:rPr>
        <w:t>Библийн эш үзүүллэгийн найм дахь хаант улсаар дүрслэгдсэн, “эдгээр хаадын өдрүүдэд”, “долоон хаант улсын нэг мөн” тэр үед Бурхан мөнхийн хаант улсыг байгуулдаг тул бид эдгээр бодит байдлыг дараагийн өгүүлэлд цаашид авч үзэх болно.</w:t>
      </w:r>
    </w:p>
    <w:p>
      <w:pPr>
        <w:pStyle w:val="ArticleScripture"/>
        <w:jc w:val="left"/>
      </w:pPr>
      <w:r>
        <w:rPr>
          <w:rFonts w:ascii="Times New Roman" w:hAnsi="Times New Roman" w:eastAsia="Times New Roman" w:cs="Times New Roman"/>
        </w:rPr>
        <w:t>Тэр эдгээр хаадын өдрүүдэд тэнгэрийн Бурхан хэзээ ч сүйрэхгүй нэгэн хаант улсыг босгох бөгөөд тэрхүү хаант улс өөр хүмүүст шилжин үлдэхгүй, харин энэ бүх хаант улсыг бут цохиж, эцэс болгоод, өөрөө мөнхөд оршин тогтноно. Учир нь чи гар хүрэлгүйгээр уулнаас нэгэн чулуу огтлогдон гарч, төмөр, хүрэл, шавар, мөнгө, алтыг бут цохисныг үзсэн билээ; агуу Бурхан үүнээс хойш юу тохиолдохыг хаанд мэдүүлсэн юм. Тэр зүүд үнэн мөн, түүний тайлал баттай. Даниел 2:44, 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Жаран алты дугаар</dc:title>
  <dc:subject>Эш үзүүллэгийн найрал хөгийг нээн харуулах нь: Тамгалалтын үе, хожуугийн бороо, мөн Вавилоноос гарч ирэх дуудлага</dc:subject>
  <dc:creator>Jeff Pippenger</dc:creator>
  <cp:keywords/>
  <dc:description>Generated by ArticleDigger from daniel\66_daniel.json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