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Жаран Жетинчи</w:t>
      </w:r>
    </w:p>
    <w:p>
      <w:pPr>
        <w:pStyle w:val="ArticleSubtitle"/>
        <w:jc w:val="left"/>
      </w:pPr>
      <w:r>
        <w:rPr>
          <w:rFonts w:ascii="Arial" w:hAnsi="Arial" w:eastAsia="Arial" w:cs="Arial"/>
        </w:rPr>
        <w:t>Эш үзүүлэгчийн ухаарал: Ислам, 2001 оны 9 дүгээр сарын 11, мөн Зүүн салхины өдөр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2024-01-31</w:t>
      </w:r>
    </w:p>
    <w:p>
      <w:pPr>
        <w:pStyle w:val="ArticleBody"/>
        <w:jc w:val="left"/>
      </w:pPr>
      <w:r>
        <w:rPr>
          <w:rFonts w:ascii="Times New Roman" w:hAnsi="Times New Roman" w:eastAsia="Times New Roman" w:cs="Times New Roman"/>
        </w:rPr>
        <w:t>Гурав дахь гаслангийн Ислам нь 2001 оны 9 дүгээр сарын 11-нд эш үзүүллэгийн түүхэнд орж ирсэн бөгөөд тэр даруйд нь хязгаарлагдсан. Тэр үед хожмын бороо асгарч эхэлсэн боловч энэ нь “хэмжигдсэн” байв.</w:t>
      </w:r>
    </w:p>
    <w:p>
      <w:pPr>
        <w:pStyle w:val="ArticleScripture"/>
        <w:jc w:val="left"/>
      </w:pPr>
      <w:r>
        <w:rPr>
          <w:rFonts w:ascii="Times New Roman" w:hAnsi="Times New Roman" w:eastAsia="Times New Roman" w:cs="Times New Roman"/>
        </w:rPr>
        <w:t>Тэрээр дэлгэрч гарах үед нь хэмжээгээр түүнтэй маргалдах болно; зүүн салхины өдөр Тэр Өөрийн ширүүн салхийг тогтоон барина. Иймээс Иаковын гэм буруу ийнхүү ариусгагдах болно; мөн түүний нүглийг зайлуулах бүх үр жимс нь энэ ажгуу: тэр тахилын ширээний бүх чулууг үйрүүлэн буталсан шохой чулуунууд мэт болгох үед төгөлүүд ба хөргүүд босон тогтохгүй. Гэвч бэхлэгдсэн хот эзгүйрч, орон сууц нь хаягдан, цөл мэт орхигдох болно. Тэнд тугал бэлчиж, тэндээ хэвтэн, түүний мөчрүүдийг идэж дуусгана. Түүний мөчрүүд хатах үед тэдгээрийг хугалан авна; эмэгтэйчүүд ирж, тэдгээрийг галд шатаана. Учир нь энэ бол ойлголтгүй ард түмэн мөн; тиймээс тэднийг Бүтээгч нь тэднийг өршөөхгүй, тэднийг бүрэлдүүлэгч нь тэдэнд энэрэл үзүүлэхгүй. Тэр өдөр ЭЗЭН голын сувгаас Египетийн горхи хүртэл нүдэн цохиж салгах бөгөөд, өө Израилийн хөвгүүд ээ, та нар нэг нэгээрээ цуглуулагдах болно. Тэр өдөр агуу бүрээ үлээгдэж, Ассирийн нутагт мөхөхөд бэлэн байсан хүмүүс, Египетийн нутаг дахь цөлөгдөгсөд ирж, Иерусалим дахь ариун уулан дээр ЭЗЭНд мөргөх болно. Исаиа 27:6–13.</w:t>
      </w:r>
    </w:p>
    <w:p>
      <w:pPr>
        <w:pStyle w:val="ArticleBody"/>
        <w:jc w:val="left"/>
      </w:pPr>
      <w:r>
        <w:rPr>
          <w:rFonts w:ascii="Times New Roman" w:hAnsi="Times New Roman" w:eastAsia="Times New Roman" w:cs="Times New Roman"/>
        </w:rPr>
        <w:t>“Зүүн салхины өдөр” гэдэг нь хожуугийн бороо ирснийг, мөн гурав дахь гайгийн Исламыг заадаг. Түүнчлэн энэ нь “Иаковын гэм хилэнц ариусгагдах” түүхийн эхлэлийг тэмдэглэдэг. Зүүн салхины өдөр 2001 оны есдүгээр сарын 11-нд ирсэн бөгөөд тэр мөчид амьд хүмүүсийн шүүлт эхэлсэн юм. Амьд хүмүүсийн шүүлт бол гурав дахь тэнгэрэлчийн ажлын төгсгөлийн ажил мөн бөгөөд тэндээс нэг зуун дөчин дөрвөн мянгын нүглийг зайлуулах үйл эхэлсэн юм. Исаиа “Үүгээр” хэмээн бичихдээ үүнийг л хэлсэн билээ.</w:t>
      </w:r>
    </w:p>
    <w:p>
      <w:pPr>
        <w:pStyle w:val="ArticleBody"/>
        <w:jc w:val="left"/>
      </w:pPr>
      <w:r>
        <w:rPr>
          <w:rFonts w:ascii="Times New Roman" w:hAnsi="Times New Roman" w:eastAsia="Times New Roman" w:cs="Times New Roman"/>
        </w:rPr>
        <w:t>“Үүгээр” хэмээх үгийн өмнөх үгс нь: “Тэр урган гарч ирэх үед нь хэмжээгээр түүнтэй маргалдах болно; зүүн салхины өдөр Тэр Өөрийн ширүүн салхийг тогтоон барина.” “Үүгээр” гэдэг нь Иаков хэмээн төлөөлөгдсөн хүмүүсээс нүглийг ариусган зайлуулдаг сорилтын тодорхой үнэнүүдийг зааж байна. Тэдгээр үнэнд хожуугийн бороо ирснийг тэмдэглэдэг үйл явдал (9/11) багтана. Тэдгээр үнэнд хожуугийн борооны тодорхойлолт нь “мэдээ” гэдэг үнэн багтдаг бөгөөд тэрхүү “мэдээ” нь Ислам юм. Мөн “зүүн салхи” нь гурав дахь Гаслангийн Ислам мөн гэдэг үнэн, түүнчлэн Исламын дараах хязгаарлагдмал байдал (тогтоон барих) хэмээх эш үзүүллэгийн онцлог ч багтана.</w:t>
      </w:r>
    </w:p>
    <w:p>
      <w:pPr>
        <w:pStyle w:val="ArticleBody"/>
        <w:jc w:val="left"/>
      </w:pPr>
      <w:r>
        <w:rPr>
          <w:rFonts w:ascii="Times New Roman" w:hAnsi="Times New Roman" w:eastAsia="Times New Roman" w:cs="Times New Roman"/>
        </w:rPr>
        <w:t>Шалгалт өөрөө 2001 оны 9 дүгээр сарын 11-нд эхэлсэн “мэтгэлцээн”-ээр төлөөлөгдөнө. Иеремиа, анхны урам хугарлыг төлөөлөх үедээ, Бурханд “эргэн” очиж, үнэт зүйлийг бузар зүйлээс ялгахыг зөвлүүлсэн. Шалгалтын мэдээний “үр жимс” нь мөргөгчдийн хоёр ангийг бий болгодог.</w:t>
      </w:r>
    </w:p>
    <w:p>
      <w:pPr>
        <w:pStyle w:val="ArticleBody"/>
        <w:jc w:val="left"/>
      </w:pPr>
      <w:r>
        <w:rPr>
          <w:rFonts w:ascii="Times New Roman" w:hAnsi="Times New Roman" w:eastAsia="Times New Roman" w:cs="Times New Roman"/>
        </w:rPr>
        <w:t>Мунхагийн шүүлт нь “Тэр тахилын ширээний бүх чулууг бут цохисон шохойн чулуу мэт болгоход, төгөлүүд ба хөргүүд босон тогтохгүй” хэмээн дүрслэгдсэн байдаг. Исаиа хорин найм, хорин есдүгээр бүлгүүдэд бүхнийг урвуугаар эргүүлэгчдийн эсрэг тунхаглагдсан үгийг иш татаж байна. Тэд бол лацадсан номыг ойлгож чаддаггүй хүмүүс мөн. Хорон муу хүмүүсийн ажил (үр жимс) нь ваарчны шавар мэтээр үнэлэгдэх ёстой.</w:t>
      </w:r>
    </w:p>
    <w:p>
      <w:pPr>
        <w:pStyle w:val="ArticleScripture"/>
        <w:jc w:val="left"/>
      </w:pPr>
      <w:r>
        <w:rPr>
          <w:rFonts w:ascii="Times New Roman" w:hAnsi="Times New Roman" w:eastAsia="Times New Roman" w:cs="Times New Roman"/>
        </w:rPr>
        <w:t>Тиймээс, болгоогтун, Би энэ ард түмний дунд гайхамшигт үйлсийг, тийм ээ, гайхамшигт үйлс ба гайхамшгийг үйлдэх болно. Учир нь тэдний мэргэдийн мэргэн ухаан мөхөж, тэдний ухаантнуудын ойлголт далдлагдах болно. ЭЗЭНээс өөрсдийн зөвлөгөөг гүн нуухыг эрмэлздэг хүмүүст гаслан! Тэдний үйлс харанхуйд байдаг бөгөөд тэд: Хэн биднийг хардаг вэ? Хэн биднийг мэддэг вэ? хэмээн хэлдэг. Үнэхээр та нарын юмсыг орвонгоор нь эргүүлэх явдал ваарчны шавартай адилд тооцогдох болно. Учир нь бүтээл нь өөрийг нь бүтээгчийн тухай: Тэр намайг бүтээгээгүй гэж хэлэх үү? Эсвэл хэлбэржүүлэгдсэн зүйл нь өөрийг нь хэлбэржүүлэгчийн тухай: Тэр ойлголтгүй байсан гэж хэлэх үү? Исаиа 29:14–16.</w:t>
      </w:r>
    </w:p>
    <w:p>
      <w:pPr>
        <w:pStyle w:val="ArticleBody"/>
        <w:jc w:val="left"/>
      </w:pPr>
      <w:r>
        <w:rPr>
          <w:rFonts w:ascii="Times New Roman" w:hAnsi="Times New Roman" w:eastAsia="Times New Roman" w:cs="Times New Roman"/>
        </w:rPr>
        <w:t>Хармуу хүмүүсийн үйлс ваарчны шавар мэт байх бөгөөд хорин долоодугаар бүлэгт тэдний үйлс мөн адил, бут цохигдсон шохой чулуу мэт дүрслэгдсэн байдаг. Шохой ч, ваарчны шавар ч амархан нунтаг болон бут цохигддог; тийнхүү “тахилын ширээний бүх чулууг бут цохигдсон шохой чулуу мэт” болгох үйл хэрэг, мөн “модон шүтээнүүд ба дүрсүүдийг” нураан буулгаж, тэдгээрийг “дахин босохгүй” болгох ажлыг агуулсан тэр бэлгэдэл нь Иосиагийн хааны шинэчлэлийн явдлаар төлөөлөгдсөн ажил юм. Иосиагийн шинэчлэлээр төлөөлөгдсөн эцсийн сэргэлт ба шинэчлэлийн үед Адвентистуудын байгууллагын бүтэц эзгүйрэн хоосрох болно; учир нь “бэхлэгдсэн хот эзгүйрч, оршин суух газар орхигдон, цөл мэт үлдэнэ.” Тэдний бүх үйлс, өөрөөр хэлбэл дэлхий даяарх олон мянган сүм, сургууль, коллеж, их сургууль, эмнэлэг, албаны барилга байгууламжууд эш үзүүллэгийн дагуу ямар ч үнэ цэнгүй нунтаг болон бут цохигдох болно.</w:t>
      </w:r>
    </w:p>
    <w:p>
      <w:pPr>
        <w:pStyle w:val="ArticleBody"/>
        <w:jc w:val="left"/>
      </w:pPr>
      <w:r>
        <w:rPr>
          <w:rFonts w:ascii="Times New Roman" w:hAnsi="Times New Roman" w:eastAsia="Times New Roman" w:cs="Times New Roman"/>
        </w:rPr>
        <w:t>Гишүүнчлэл мөн хоосрон эзгүйрэх болно. Учир нь “ухаан ойлголтгүй ард” нь “хатсан” “мөчир” адил болж, “таслагдан” “галд хаягдах” болно. Учир нь “тэднийг Бүтээгч Нэгэн тэднийг өршөөхгүй, тэднийг бий болгосон Нэгэн тэдэнд нигүүлсэл үзүүлэхгүй.”</w:t>
      </w:r>
    </w:p>
    <w:p>
      <w:pPr>
        <w:pStyle w:val="ArticleBody"/>
        <w:jc w:val="left"/>
      </w:pPr>
      <w:r>
        <w:rPr>
          <w:rFonts w:ascii="Times New Roman" w:hAnsi="Times New Roman" w:eastAsia="Times New Roman" w:cs="Times New Roman"/>
        </w:rPr>
        <w:t>Шалгах мэдээгээр хэрэгждэг тусгаарлалт бүрэн гүйцэх үед Илчлэл номын арван наймдугаар бүлгийн хоёр дахь дуу хоолой Бурханы бусад сүргийг Вавилоноос дуудаж гаргана. Учир нь тэр өдөр “тохиолдох болно” гэдэгчлэн, “агуу бүрээ үлээгдэж, Ассирын нутагт мөхөхөд бэлэн байсан хүмүүс болон Египетийн нутагт цөлөгдөгсөд ирж, Иерусалим дахь ариун уулан дээр ЭЗЭНд мөргөх болно.”</w:t>
      </w:r>
    </w:p>
    <w:p>
      <w:pPr>
        <w:pStyle w:val="ArticleBody"/>
        <w:jc w:val="left"/>
      </w:pPr>
      <w:r>
        <w:rPr>
          <w:rFonts w:ascii="Times New Roman" w:hAnsi="Times New Roman" w:eastAsia="Times New Roman" w:cs="Times New Roman"/>
        </w:rPr>
        <w:t>Бидний авч үзэж буй энэ хэсэг (Исаиа хорин долдугаар бүлэг, наймаас арван гуравдугаар ишлэлүүд) нь 2001 оны есдүгээр сарын 11-нд эхэлсэн эш үзүүллэгийн түүхийг тодорхойлж, эцэст нь Бурханы бусад сүргийг Вавилоноос дуудах хүмүүсийн шалгалт болон ариуслыг дүрслэн харуулдаг. Мөн уг бүлгийн эхний ишлэлүүд нь яг тэрхүү түүхийн үед дуулагдах ёстой нэгэн дууг тодорхойлдог.</w:t>
      </w:r>
    </w:p>
    <w:p>
      <w:pPr>
        <w:pStyle w:val="ArticleScripture"/>
        <w:jc w:val="left"/>
      </w:pPr>
      <w:r>
        <w:rPr>
          <w:rFonts w:ascii="Times New Roman" w:hAnsi="Times New Roman" w:eastAsia="Times New Roman" w:cs="Times New Roman"/>
        </w:rPr>
        <w:t>Тэр өдөр та нар түүний тухай ийнхүү дуулцгаа: Улаан дарсны усан үзмийн талбай. Би, ЭЗЭН, түүнийг сахин хамгаалдаг; Би түүнийг агшин бүр усална. Түүнд хэн нэгэн хор хүргэх вий гэдгээс Би түүнийг өдөр шөнөгүй сахин хамгаална. Уур хилэн Надад байхгүй. Хэн тулалдаанд Намайг эсэргүүцэн өргөс ба зэрлэг сөөгийг босгох вэ? Би тэдний дундуур дайран өнгөрч, тэднийг хамтад нь шатаана. Эсвэл тэр Миний хүчин чадлаас зуурч, Надтай эвлэрлийг тогтоог; тэгвэл тэр Надтай эвлэрлийг тогтоох болно. Тэр Иаковоос гарагчдыг үндэслүүлэх болно; Израиль цэцэглэж, нахиа дэлгэрч, ертөнцийн нүүрийг үр жимсээр дүүргэнэ. Тэр түүнийг, өөрийг нь цохисон хүмүүсийг цохисон шигээ цохисон гэж үү? Эсвэл тэр өөрийнх нь алсан хүмүүсийн аллагын адил алагдсан гэж үү? Исаиа 27:2–7.</w:t>
      </w:r>
    </w:p>
    <w:p>
      <w:pPr>
        <w:pStyle w:val="ArticleBody"/>
        <w:jc w:val="left"/>
      </w:pPr>
      <w:r>
        <w:rPr>
          <w:rFonts w:ascii="Times New Roman" w:hAnsi="Times New Roman" w:eastAsia="Times New Roman" w:cs="Times New Roman"/>
        </w:rPr>
        <w:t>Усан үзмийн талбайн дуу нь Бурханы Өөрийн хайрлан халамжилж байсан ард түмнийг усан үзмийн талбай хэмээн анхлан тодорхойлдог дуу мөн. Дараа нь энэ нь Христийн зөвт байдлыг барьж авахыг хүсэх хэний ч хувьд хүлээн зөвшөөрөгдөх амлалтыг дэвшүүлдэг. Үүний дараа хоёр үеийн бороогоор төлөөлүүлсэн Ариун Сүнсний асгаралтын амлалтыг тодорхойлдог. Эхний үеийн бороо нь цэцэглэл, нахиаллыг амилуулж, хоёр дахь үе нь газрыг жимсээр дүүргэдэг.</w:t>
      </w:r>
    </w:p>
    <w:p>
      <w:pPr>
        <w:pStyle w:val="ArticleBody"/>
        <w:jc w:val="left"/>
      </w:pPr>
      <w:r>
        <w:rPr>
          <w:rFonts w:ascii="Times New Roman" w:hAnsi="Times New Roman" w:eastAsia="Times New Roman" w:cs="Times New Roman"/>
        </w:rPr>
        <w:t>Усан үзмийн талбайн дуу нь Бурхан урьдын сонгогдсон ард түмнийг өнгөрөн дайрч, харин шинэ сонгогдсон ард түмэнтэй гэрээ байгуулж буй цаг үеийг тодорхойлон илтгэдэг дуу юм. Наймдугаар эшлэлээс цаашх нь энэ бүлгийн эхний эшлэлүүдийг зүгээр л давтан хэлж, улам дэлгэрүүлэн тайлбарлаж байна. Бүлгийн эхний эшлэл нь наймдугаар эшлэл дэх “зүүн салхины өдөр” хэмээн тодорхойлогдсон тэрхүү л үйл явдлыг мөн адил зааж байна.</w:t>
      </w:r>
    </w:p>
    <w:p>
      <w:pPr>
        <w:pStyle w:val="ArticleScripture"/>
        <w:jc w:val="left"/>
      </w:pPr>
      <w:r>
        <w:rPr>
          <w:rFonts w:ascii="Times New Roman" w:hAnsi="Times New Roman" w:eastAsia="Times New Roman" w:cs="Times New Roman"/>
        </w:rPr>
        <w:t>Тэр өдөр ЭЗЭН Өөрийн хатуу бөгөөд агуу, хүчирхэг илдээрээ левиатан хэмээх шалмаг могойг, тийм ээ, левиатан хэмээх мурий могойг шийтгэж, тэнгист орших лууг ална. Исаиа 27:1.</w:t>
      </w:r>
    </w:p>
    <w:p>
      <w:pPr>
        <w:pStyle w:val="ArticleBody"/>
        <w:jc w:val="left"/>
      </w:pPr>
      <w:r>
        <w:rPr>
          <w:rFonts w:ascii="Times New Roman" w:hAnsi="Times New Roman" w:eastAsia="Times New Roman" w:cs="Times New Roman"/>
        </w:rPr>
        <w:t>Луу нь Сатан мөн боловч хоёрдогч утгаараа энэ нь харь шашинт Ром байв.</w:t>
      </w:r>
    </w:p>
    <w:p>
      <w:pPr>
        <w:pStyle w:val="ArticleScripture"/>
        <w:jc w:val="left"/>
      </w:pPr>
      <w:r>
        <w:rPr>
          <w:rFonts w:ascii="Times New Roman" w:hAnsi="Times New Roman" w:eastAsia="Times New Roman" w:cs="Times New Roman"/>
        </w:rPr>
        <w:t>“Ийнхүү луу нь юуны өмнө Сатаныг төлөөлдөг боловч хоёрдогч утгаараа харь Ромын бэлгэдэл юм.” Агуу тэмцэл, 439.</w:t>
      </w:r>
    </w:p>
    <w:p>
      <w:pPr>
        <w:pStyle w:val="ArticleBody"/>
        <w:jc w:val="left"/>
      </w:pPr>
      <w:r>
        <w:rPr>
          <w:rFonts w:ascii="Times New Roman" w:hAnsi="Times New Roman" w:eastAsia="Times New Roman" w:cs="Times New Roman"/>
        </w:rPr>
        <w:t>Даниелын долоодугаар бүлэгт гардаг харь Ромын арван хаан, мөн Илчлэлийн арван хоёрдугаар бүлэгт гардаг арван хаад нь сүүлчийн өдрүүдэд Илчлэл арван долоодугаар бүлгийн арван хаадыг төлөөлдөг.</w:t>
      </w:r>
    </w:p>
    <w:p>
      <w:pPr>
        <w:pStyle w:val="ArticleScripture"/>
        <w:jc w:val="left"/>
      </w:pPr>
      <w:r>
        <w:rPr>
          <w:rFonts w:ascii="Times New Roman" w:hAnsi="Times New Roman" w:eastAsia="Times New Roman" w:cs="Times New Roman"/>
        </w:rPr>
        <w:t>“Хаад, эрх баригчид, захирагчид өөрсөд дээрээ антихристийн тамгыг тавьсан бөгөөд Бурханы тушаалуудыг сахидаг, Есүсийн итгэлийг хадгалдаг ариун хүмүүстэй дайтхаар явдаг луугаар төлөөлөгдөн дүрслэгдсэн байдаг.” Testimonies to Ministers, 38.</w:t>
      </w:r>
    </w:p>
    <w:p>
      <w:pPr>
        <w:pStyle w:val="ArticleBody"/>
        <w:jc w:val="left"/>
      </w:pPr>
      <w:r>
        <w:rPr>
          <w:rFonts w:ascii="Times New Roman" w:hAnsi="Times New Roman" w:eastAsia="Times New Roman" w:cs="Times New Roman"/>
        </w:rPr>
        <w:t>Исаиа 27-ын 1-р эшлэл нь луугийн шүүлтийн эхлэлийг зааж байгаа бөгөөд энэ нь 2001 оны 9 дүгээр сарын 11-нд, зүүн салхины өдөр эхэлсэн юм. Газрын хаадын, мөн тэдний даяарчлалыг дэмжигч худалдаачин түншүүдийн шүүлт нь “далайнуудын” дунд газрын санхүүгийн бүтэц “зүүн салхи”-аар сүйрэх үед гүйцэлддэг.</w:t>
      </w:r>
    </w:p>
    <w:p>
      <w:pPr>
        <w:pStyle w:val="ArticleScripture"/>
        <w:jc w:val="left"/>
      </w:pPr>
      <w:r>
        <w:rPr>
          <w:rFonts w:ascii="Times New Roman" w:hAnsi="Times New Roman" w:eastAsia="Times New Roman" w:cs="Times New Roman"/>
        </w:rPr>
        <w:t>Учир нь, харагтун, хаад цуглан, хамтран өнгөрөв. Тэд үүнийг хараад гайхан биширч, тэд сандарч, яаран зугтав. Тэнд айдас тэднийг эзэмдэж, төрөх гэж буй эмэгтэйн өвдөлт мэт шаналал тэднийг нөмрөв. Та дорнын салхиар Таршишийн хөлөг онгоцуудыг эвддэг. Дуулал 48:4–7.</w:t>
      </w:r>
    </w:p>
    <w:p>
      <w:pPr>
        <w:pStyle w:val="ArticleBody"/>
        <w:jc w:val="left"/>
      </w:pPr>
      <w:r>
        <w:rPr>
          <w:rFonts w:ascii="Times New Roman" w:hAnsi="Times New Roman" w:eastAsia="Times New Roman" w:cs="Times New Roman"/>
        </w:rPr>
        <w:t>Исаиа номын хорин долдугаар бүлгийн нэгээс долоодугаар эшлэл нь наймаас арван гуравдугаар эшлэлд давтан өгүүлэгдэж, улам дэлгэрүүлэн тайлбарлагдсан байдаг. Тэнд “зүүн салхины өдөр” газрын хаад болон худалдаачид айдаст автах бөгөөд, тэр цагаас хойш тэдний айдас түүхийн явцад улам бүр нэмэгдсээр байхыг тодорхойлсон байна. Тэрхүү айдас нь 2001 оны есдүгээр сарын 11-нээс хойш дэлхийн гаригийн дэвшилтэт глобалистууд өөрсдийн мөрийн хөтөлбөрийг логикоор хүлээгдэж болохоос илүү цааш ахиулан, улам түрэмгийлэн тулгаж ирсэн тул, тэдний учир зүйгүй бөгөөд яаруу хөдөлгөөнүүдийг илчилж байна. Сатан болон түүний төлөөлөгчид болох газрын худалдаачид ба хаад (глобалистууд) нь луугийн бэлгэдэл болохын хувьд өөрсдийн цаг хугацаа богинохон гэдгийг мэддэг.</w:t>
      </w:r>
    </w:p>
    <w:p>
      <w:pPr>
        <w:pStyle w:val="ArticleScripture"/>
        <w:jc w:val="left"/>
      </w:pPr>
      <w:r>
        <w:rPr>
          <w:rFonts w:ascii="Times New Roman" w:hAnsi="Times New Roman" w:eastAsia="Times New Roman" w:cs="Times New Roman"/>
        </w:rPr>
        <w:t>Иймээс тэнгэрүүд ээ, мөн тэдгээрийн дотор оршин суугчид аа, баясагтун. Газар ба далайн оршин суугчдад гай зовлон ирнэ! Учир нь диавол өөрт нь богинохон хугацаа үлдсэнийг мэддэг тул ихэд хилэгнэж, та нар уруу доош бууж иржээ. Илчлэл 12:12.</w:t>
      </w:r>
    </w:p>
    <w:p>
      <w:pPr>
        <w:pStyle w:val="ArticleBody"/>
        <w:jc w:val="left"/>
      </w:pPr>
      <w:r>
        <w:rPr>
          <w:rFonts w:ascii="Times New Roman" w:hAnsi="Times New Roman" w:eastAsia="Times New Roman" w:cs="Times New Roman"/>
        </w:rPr>
        <w:t>2001 онд эдийн засгийн хямралыг үүсгэсэн, глобалист хэвлэл мэдээлэл юу гэж зүтгэн мэдэгдсэнээс үл хамааран улам л дордсоор ирсэн зүүн салхины өдөр нь, луу өөрийн цаг богинохон болсныг мэдэх тэр мөчид дэлхий ертөнцийн өмнө тулгарах асуудал мөн. Тэр үед тэрээр бүх дэлхийг захирах хяналтаа тогтоохын төлөөх хөдөлгөөнөө улам эрчимжүүлдэг бөгөөд “газар ба тэнгисийн оршин суугчдад” “гай” (гурав дахь гай) ирүүлэх үед үүнийг үйлддэг.</w:t>
      </w:r>
    </w:p>
    <w:p>
      <w:pPr>
        <w:pStyle w:val="ArticleBody"/>
        <w:jc w:val="left"/>
      </w:pPr>
      <w:r>
        <w:rPr>
          <w:rFonts w:ascii="Times New Roman" w:hAnsi="Times New Roman" w:eastAsia="Times New Roman" w:cs="Times New Roman"/>
        </w:rPr>
        <w:t>Гурав дахь Гаслангийн Исламын ирэлт (зүүн салхи) 2001 оны 9 дүгээр сарын 11-нд эдийн засгийн сүйрэл бий болгож, энэ нь даяарчлалчдыг дэлхий дээр нэг дэлхийн засаглалыг тулган хэрэгжүүлэх оролдлогоо түргэтгэхэд хүргэсэн юм. Гэсэн ч Ислам өөрт оногдсон үүргээ биелүүлсээр байна. Библийн эш үзүүлгийн бэлгэдэл болох Исламын талаарх хамгийн ноцтой илчлэл нь Исламын тухай анхны эшлэлээс олддог байж болох юм.</w:t>
      </w:r>
    </w:p>
    <w:p>
      <w:pPr>
        <w:pStyle w:val="ArticleScripture"/>
        <w:jc w:val="left"/>
      </w:pPr>
      <w:r>
        <w:rPr>
          <w:rFonts w:ascii="Times New Roman" w:hAnsi="Times New Roman" w:eastAsia="Times New Roman" w:cs="Times New Roman"/>
        </w:rPr>
        <w:t>ЭЗЭНий тэнгэрэлч түүнд хэлэв: Үзэгтүн, чи жирэмсэн болсон бөгөөд хүү төрүүлнэ; түүний нэрийг Ишмаэл гэж дууд, учир нь ЭЗЭН чиний зовлонг сонссон билээ. Тэрээр зэрлэг хүн байх болно; түүний гар хүн бүрийн эсрэг, мөн хүн бүрийн гар түүний эсрэг байх бөгөөд тэрээр бүх ах дүүсийнхээ өөдөөс амьдрах болно. Эхлэл 16:11, 12.</w:t>
      </w:r>
    </w:p>
    <w:p>
      <w:pPr>
        <w:pStyle w:val="ArticleBody"/>
        <w:jc w:val="left"/>
      </w:pPr>
      <w:r>
        <w:rPr>
          <w:rFonts w:ascii="Times New Roman" w:hAnsi="Times New Roman" w:eastAsia="Times New Roman" w:cs="Times New Roman"/>
        </w:rPr>
        <w:t>Бурханы Үг хэзээ ч алдрахгүй. Ислам төрөх гэж зовж буй эмэгтэй мэтээр шаналал төрүүлсээр байхад, Библийн эш үзүүллэгт ислам тодорхойлогдсон гэдгийг бүр хүлээн зөвшөөрч болох зарим нь хүртэл, энэ хоёр эшлэл дэх илэрхий баримтыг хараахан бүрэн ухаараагүй байна. Дэлхий дээрх бүх хүнийг нэгэн нийтлэг дайсны эсрэг сөрөн босгохын тулд нэгтгэн цуглуулдаг нь ислам мөн гэдгийг зарим нь ойлгож байж болох бөгөөд энэ нь мэдээж үнэн юм. Гэвч эшлэлийн сүүлчийн өгүүлбэр нь үүнээс хавьгүй ноцтой үнэнийг илэрхийлдэг. 2001 оны 9 дүгээр сарын 11-ний өдөр дэлхий донсолж байсан бөгөөд энэ жилийн 10 дугаар сарын 7-нд Хамас Израилийн эсрэг үйлдсэн халдлагаар саяхан дахин донсолжээ. Гэвч дайны сүнс болон гэнэтийн сүйрэл нь Ишмаэлийн бүх ах дүүсийн “өмнө нь” оршиж байгааг хэн ч харахыг хүсэхгүй байна.</w:t>
      </w:r>
    </w:p>
    <w:p>
      <w:pPr>
        <w:pStyle w:val="ArticleBody"/>
        <w:jc w:val="left"/>
      </w:pPr>
      <w:r>
        <w:rPr>
          <w:rFonts w:ascii="Times New Roman" w:hAnsi="Times New Roman" w:eastAsia="Times New Roman" w:cs="Times New Roman"/>
        </w:rPr>
        <w:t>Саудын Араб, Арабын Нэгдсэн Эмират, Катар, Кувейт, Бруней, Бахрейн зэрэг Исламын улсуудын зүгээс гэнэтийн дайралт үйлдэгдэх үед ямар төрлийн сүйрэл хэрэгжих вэ? Ишмаелын сүнс нь “түүний бүх ах дүүст” байдаг бөгөөд Афганистан, Ирак зэрэг улсуудаас үүдэн одоог хүртэл гурав дахь Гаслангаар бий болсон дайн тулаан нь Ишмаелын эш үзүүллэг бүрэн биелэх үед огт өөр байх болно. Пакистан хэдэн цөмийн бөмбөгтэй вэ?</w:t>
      </w:r>
    </w:p>
    <w:p>
      <w:pPr>
        <w:pStyle w:val="ArticleBody"/>
        <w:jc w:val="left"/>
      </w:pPr>
      <w:r>
        <w:rPr>
          <w:rFonts w:ascii="Times New Roman" w:hAnsi="Times New Roman" w:eastAsia="Times New Roman" w:cs="Times New Roman"/>
        </w:rPr>
        <w:t>Исламын эхний болон хоёр дахь гай гамшгаар илэрхийлэгдсэн исламын дайны эш үзүүллэгийн шинж нь гэнэтийн, санаанд оромгүй довтолгоо юм. Хөрөнгө чинээтэй исламын улс орнуудад шатахуунаар дүүргэсэн онгоц, автомашины бөмбөг, шатаасан дугуй, хүчин, хутгаас ч илүү нарийн боловсронгуй, үхэлд хүргэх зэвсгийг нууцаар олж авах буюу үйлдвэрлэхэд хүрэлцэхүйц санхүү бий юу? Бурханы Үгэнд итгэх ёстой бус уу?</w:t>
      </w:r>
    </w:p>
    <w:p>
      <w:pPr>
        <w:pStyle w:val="ArticleBody"/>
        <w:jc w:val="left"/>
      </w:pPr>
      <w:r>
        <w:rPr>
          <w:rFonts w:ascii="Times New Roman" w:hAnsi="Times New Roman" w:eastAsia="Times New Roman" w:cs="Times New Roman"/>
        </w:rPr>
        <w:t>Миллерийн зүүдний бүх эрдэнэсүүд эцсийн өдрүүдэд шалгах үнэнийүүд болдог. Ядаж л тэрхүү үнэнүүд няцаагдсан бөгөөд зөгнөлд тэд дахин сэргээгдэхээр тодорхойлогдсон бодит байдал энэ юм. Гэвч тэдгээр эрдэнэсийн зарим нь, тухайлбал тэнгэрлэг ариун сүм дэх Христийн үйлчлэл болон гурав дахь Гаслалын Ислам нь, зөвхөн хамгийн эцсийн өдрүүдэд биелдэг зөгнөлүүдийг заадаг. Нэг нь Хамгийн Ариун Газарт дахь Христийн ажлыг төлөөлдөг бөгөөд энэ нь гарцаагүй өнөөгийн шалгах үнэн мөн; нөгөө нь Шөнө Дундын Хашхирааны мэдээг заадаг бөгөөд энэ нь мөн адил өнөөгийн шалгах үнэн мөн.</w:t>
      </w:r>
    </w:p>
    <w:p>
      <w:pPr>
        <w:pStyle w:val="ArticleBody"/>
        <w:jc w:val="left"/>
      </w:pPr>
      <w:r>
        <w:rPr>
          <w:rFonts w:ascii="Times New Roman" w:hAnsi="Times New Roman" w:eastAsia="Times New Roman" w:cs="Times New Roman"/>
        </w:rPr>
        <w:t>Миллерит хөдөлгөөн ба 1989 оны төгсгөлийн цагийг—улмаар нэг зуун дөчин дөрвөн мянгын хөдөлгөөнийг танилцуулдаг тэр цаг үеийг—нэгтгэн сүлждэг утас нь “долоон цаг” мөн; энэ нь Миллерийн анхны эрдэнэ байсан бөгөөд Адвентизм хуучин замуудаас хазайх үед хамгийн түрүүнд хойш тавигдсан зүйл байв. 1863 оны тэрслэлээс 1989 оны төгсгөлийн цаг хүртэлх нэг зуун хорин зургаан жил нь “долоон цаг”-ийг төлөөлдөг. Хоёр мянга таван зуун хорь нь нэг мянга хоёр зуун жаран гэсэн хоёр хугацаанд хуваагдсан бөгөөд нэг мянга хоёр зуун жаран хугацааны аравны нэг буюу аравны өргөл нь нэг зуун хорин зургаа юм. Барилгачдын голсон чулуу тийм урт хугацааг хамардаг тул гурван тэнгэрэлчийн эхний ба сүүлчийн хөдөлгөөнүүдийг хооронд нь холбодог. Ингэснээр “долоон цаг”-ийн үнэн нь мөн эдүгээ шалгагч үнэн мөн болохыг, мөн энэ нь зөвхөн суурийн чулуу байхаа болиод булангийн тэргүүн чулуу болдог үнэн мөн болохыг тодорхойлдог.</w:t>
      </w:r>
    </w:p>
    <w:p>
      <w:pPr>
        <w:pStyle w:val="ArticleBody"/>
        <w:jc w:val="left"/>
      </w:pPr>
      <w:r>
        <w:rPr>
          <w:rFonts w:ascii="Times New Roman" w:hAnsi="Times New Roman" w:eastAsia="Times New Roman" w:cs="Times New Roman"/>
        </w:rPr>
        <w:t>Одоо бид Даниелын ном дахь Улай голын үзэгдлээр төлөөлөгдсөн Миллерит хөдөлгөөн дэх мэдлэгийн өсөлтийн талаарх авч үзлээ түр орхиж, нэг зуун дөчин дөрвөн мянгын хөдөлгөөн дэх мэдлэгийн өсөлтийг төлөөлдөг Хиддекел голын үзэгдэлд анхаарлаа хандуулъя.</w:t>
      </w:r>
    </w:p>
    <w:p>
      <w:pPr>
        <w:pStyle w:val="ArticleBody"/>
        <w:jc w:val="left"/>
      </w:pPr>
      <w:r>
        <w:rPr>
          <w:rFonts w:ascii="Times New Roman" w:hAnsi="Times New Roman" w:eastAsia="Times New Roman" w:cs="Times New Roman"/>
        </w:rPr>
        <w:t>Дараа нь бид 1863 оноос 1989 он хүртэлх нэг зуун хорин зургаан жилийг хамарсан Адвентизмын дөрвөн үеийг авч үзэж эхэлнэ.</w:t>
      </w:r>
    </w:p>
    <w:p>
      <w:pPr>
        <w:pStyle w:val="ArticleBody"/>
        <w:jc w:val="left"/>
      </w:pPr>
      <w:r>
        <w:rPr>
          <w:rFonts w:ascii="Times New Roman" w:hAnsi="Times New Roman" w:eastAsia="Times New Roman" w:cs="Times New Roman"/>
        </w:rPr>
        <w:t>Бид уг судалгааг дараагийн өгүүлэлд эхлүүлэх болно.</w:t>
      </w:r>
    </w:p>
    <w:p>
      <w:pPr>
        <w:pStyle w:val="ArticleScripture"/>
        <w:jc w:val="left"/>
      </w:pPr>
      <w:r>
        <w:rPr>
          <w:rFonts w:ascii="Times New Roman" w:hAnsi="Times New Roman" w:eastAsia="Times New Roman" w:cs="Times New Roman"/>
        </w:rPr>
        <w:t>Зургаа дахь онд, зургаа дахь сард, сарын тав дахь өдөр, намайг гэртээ сууж байхад, Иудагийн ахмадууд миний өмнө сууж байв; тэгэхэд Эзэн БУРХАНЫ мутар тэнд миний дээр буув. Тэгээд би харвал, үзэгтүн, гал мэт дүр төрх байв: Түүний бэлхүүснээс доош гал, бэлхүүснээс дээш гэрэлтэх мэт үзэгдэл, хувын өнгө мэт байлаа. Тэр гарын дүрс мэт юмыг сунган, толгойн минь үснээс атган авлаа; сүнс намайг газар ба тэнгэрийн хооронд өргөн, Бурханы үзэгдлүүдээр Иерусалим уруу, хойд зүгийг харсан дотоод хаалганы үүдэнд аваачив; тэнд атаархал төрүүлэгч, атаархлын хөргийн суудал байв. Мөн, үзэгтүн, Израилийн Бурханы сүр жавхлан тэнд, хөндийд миний харсан үзэгдлийн дагуу байлаа. Тэгээд Тэр надад, Хүний хүү, одоо нүдээ хойд зүг өөд өргө гэв. Тийнхүү би нүдээ хойд зүг өөд өргөв, үзэгтүн, тахилын ширээний хаалганы хойд талын орцонд энэ атаархлын хөрөг байлаа. Тэр цааш нь надад, Хүний хүү, тэдний юу үйлдэж байгааг чи харж байна уу? Израилийн гэрийн энд үйлдэж буй тэр агуу жигшүүрт зүйлсийг, Намайг ариун газраасаа холдон явахад хүргэж буйг чи харж байна уу? Харин чи дахин эргэвэл, үүнээс ч агуу жигшүүрт зүйлсийг үзнэ гэв. Тэгээд Тэр намайг хашааны үүдэнд аваачив; би харахад, үзэгтүн, хананд нэг нүх байв.</w:t>
      </w:r>
    </w:p>
    <w:p>
      <w:pPr>
        <w:pStyle w:val="ArticleScripture"/>
        <w:jc w:val="left"/>
      </w:pPr>
      <w:r>
        <w:rPr>
          <w:rFonts w:ascii="Times New Roman" w:hAnsi="Times New Roman" w:eastAsia="Times New Roman" w:cs="Times New Roman"/>
        </w:rPr>
        <w:t>Тэгэхэд Тэр надад, Хүний хүү, одоо хананд нүхэл гэж айлдав. Би хананд нүхэлмэгц, харагтун, нэгэн хаалга байв. Тэр надад, Орж, тэдний энд үйлдэж буй хорон жигшүүрт зүйлсийг үз гэж айлдав. Тиймээс би орж харахад, харагтун, мөлхөгч амьтдын элдэв дүрс, жигшүүрт араатнууд, Израилийн гэрийн бүх шүтээнүүд ханын эргэн тойронд дүрслэгдсэн байв. Тэдний өмнө Израилийн гэрийн ахмадуудаас далан хүн зогсож байлаа. Тэдний дунд Шафаны хүү Иаазаниа зогсож байсан бөгөөд хүн бүр гартаа хүжний савтай байв; хүжний өтгөн үүл дээш хөөрч байлаа. Тэгэхэд Тэр надад, Хүний хүү, Израилийн гэрийн ахмадууд харанхуйд, хүн бүр өөрийн дүрсийн өрөөнд юу үйлдэж байгааг чи үзэв үү? Учир нь тэд, ЭЗЭН биднийг хардаггүй; ЭЗЭН газрыг орхисон гэж хэлдэг хэмээн айлдав. Тэр мөн надад, Чи дахин эргэ, тэгвэл тэдний үйлдэж буй үүнээс ч агуу жигшүүрт зүйлсийг үзэх болно гэж айлдав. Тэгээд Тэр намайг ЭЗЭНий өргөөний хойд зүг рүү харсан хаалганы үүдэнд аваачив; харагтун, тэнд эмэгтэйчүүд Таммузын төлөө уйлан сууж байв. Тэгэхэд Тэр надад, Хүний хүү, чи үүнийг үзэв үү? Дахин эргэ, тэгвэл чи эдгээрээс ч агуу жигшүүрт зүйлсийг үзэх болно гэж айлдав. Тэгээд Тэр намайг ЭЗЭНий өргөөний дотоод хашаанд аваачив; харагтун, ЭЗЭНий сүмийн үүдэнд, үүдний танхим ба тахилын ширээний хооронд, хорь орчим таван хүн байв. Тэд ЭЗЭНий сүм рүү нуруугаа харуулж, зүүн тийш нүүрээ чиглүүлсэн бөгөөд зүүн тийш нар мөргөж байлаа. Тэгэхэд Тэр надад, Хүний хүү, чи үүнийг үзэв үү? Иудагийн гэрийн хувьд тэдний энд үйлдэж буй жигшүүрт зүйлс өчүүхэн хэрэг гэж үү? Учир нь тэд энэ газрыг хүчирхийллээр дүүргэж, Намайг уурлуулахын тулд дахин эргэж ирсэн. Харагтун, тэд мөчрийг хамартаа хүргэж байна. Тиймээс Би ч мөн уур хилэнгээр үйлдэх болно. Миний нүд өршөөхгүй, Би ч энэрэхгүй. Тэд Миний чихэнд чанга дуугаар хашхирсан ч Би тэднийг сонсохгүй. Езекиел 8:1–18.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Жаран Жетинчи</dc:title>
  <dc:subject>Эш үзүүлэгчийн ухаарал: Ислам, 2001 оны 9 дүгээр сарын 11, мөн Зүүн салхины өдөр</dc:subject>
  <dc:creator>Jeff Pippenger</dc:creator>
  <cp:keywords/>
  <dc:description>Generated by ArticleDigger from daniel\67_daniel.json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