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 Сегизинчи Бөлүк</w:t>
      </w:r>
    </w:p>
    <w:p>
      <w:pPr>
        <w:pStyle w:val="ArticleSubtitle"/>
        <w:jc w:val="left"/>
      </w:pPr>
      <w:r>
        <w:rPr>
          <w:rFonts w:ascii="Arial" w:hAnsi="Arial" w:eastAsia="Arial" w:cs="Arial"/>
        </w:rPr>
        <w:t>Езекиелийн Наймдугаар Бүлгийн Эш Үзүүллэгт Мэдээний Илчлэл: Ням гаргийн хууль ба Эцсийн өдрүүд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Езекиелийн наймдугаар бүлэг нь Судрууд дахь зөгнөлийн бүлгүүдээс ойлгоход хамгийн хялбарын нэг мөн. Энэ бүлэг тодорхой эхлэх цэгтэй.</w:t>
      </w:r>
    </w:p>
    <w:p>
      <w:pPr>
        <w:pStyle w:val="ArticleScripture"/>
        <w:jc w:val="left"/>
      </w:pPr>
      <w:r>
        <w:rPr>
          <w:rFonts w:ascii="Times New Roman" w:hAnsi="Times New Roman" w:eastAsia="Times New Roman" w:cs="Times New Roman"/>
        </w:rPr>
        <w:t>Зургаа дахь жилд, зургаа дахь сард, сарын тавны өдөр, намайг гэртээ сууж байхад, Иудагийн ахмадууд миний өмнө сууж байсан бөгөөд тэнд Эзэн БУРХАНы мутар над дээр буув. Езекиел 8:1.</w:t>
      </w:r>
    </w:p>
    <w:p>
      <w:pPr>
        <w:pStyle w:val="ArticleBody"/>
        <w:jc w:val="left"/>
      </w:pPr>
      <w:r>
        <w:rPr>
          <w:rFonts w:ascii="Times New Roman" w:hAnsi="Times New Roman" w:eastAsia="Times New Roman" w:cs="Times New Roman"/>
        </w:rPr>
        <w:t>Үзэгдэл арван нэгдүгээр бүлэгт тодорхой төгсгөлтэй.</w:t>
      </w:r>
    </w:p>
    <w:p>
      <w:pPr>
        <w:pStyle w:val="ArticleScripture"/>
        <w:jc w:val="left"/>
      </w:pPr>
      <w:r>
        <w:rPr>
          <w:rFonts w:ascii="Times New Roman" w:hAnsi="Times New Roman" w:eastAsia="Times New Roman" w:cs="Times New Roman"/>
        </w:rPr>
        <w:t>Дараа нь Сүнс намайг өргөн авч, Бурханы Сүнсээр өгөгдсөн үзэгдлээр Халдей уруу, олзлогдогсод дээр аваачив. Тэгээд миний харсан үзэгдэл надаас зайлан одов. Дараа нь би ЭЗЭНий надад үзүүлсэн бүхнийг олзлогдогсодод айлдан өгүүлэв. Езекиел 11:24, 25.</w:t>
      </w:r>
    </w:p>
    <w:p>
      <w:pPr>
        <w:pStyle w:val="ArticleBody"/>
        <w:jc w:val="left"/>
      </w:pPr>
      <w:r>
        <w:rPr>
          <w:rFonts w:ascii="Times New Roman" w:hAnsi="Times New Roman" w:eastAsia="Times New Roman" w:cs="Times New Roman"/>
        </w:rPr>
        <w:t>Наймдугаар бүлгийн үзэгдэл зургаа дахь жилийн зургаа дахь сарын тав дахь өдөр эхэлдэг бөгөөд энэ нь огноо “666”-тай давхцахаас ердөө нэг өдрийн өмнө юм. Үнэхээр ч, уг үзэгдэл нь Ням гаргийн хуулийн тухай байдаг бөгөөд энэ нь араатны тэмдэг мөн, түүний тоо нь “нүглийн хүний” тоо, мөн долоон дотроос гарч ирсэн найм дахь хаант улсын тоо юм. “666” тоон дээр ялалт авсан хүмүүс Бурханы лацыг хүлээн авдаг бөгөөд есдүгээр бүлэгт Бурханы лац эцсийн өдрүүдийн Бурханд үнэнч ард түмэн дээр тавигдаж байна.</w:t>
      </w:r>
    </w:p>
    <w:p>
      <w:pPr>
        <w:pStyle w:val="ArticleScripture"/>
        <w:jc w:val="left"/>
      </w:pPr>
      <w:r>
        <w:rPr>
          <w:rFonts w:ascii="Times New Roman" w:hAnsi="Times New Roman" w:eastAsia="Times New Roman" w:cs="Times New Roman"/>
        </w:rPr>
        <w:t>Тэгээд би тэнгэрт өөр нэгэн тэмдгийг, агуу бөгөөд гайхамшигт тэмдгийг харлаа: долоон тэнгэрэлч долоон эцсийн гай гамшгийг авч явж байв; учир нь тэдгээрийн дотор Бурханы уур хилэн гүйцэд дүүргэгдсэн ажээ. Мөн би галтай холилдсон болор тэнгис мэт зүйлийг харлаа; араатан дээр, түүний дүр дээр, түүний тэмдэг дээр, мөн түүний нэрийн тоон дээр ялалт байгуулсан хүмүүс болор тэнгисэн дээр зогсож, Бурханы ятгуудыг барьж байв. Тэд Бурханы зарц Мосегийн дууг, мөн Хурганы дууг дуулан: Төгс Хүчит Эзэн Бурхан аа, Таны үйлс агуу бөгөөд гайхамшигтай; ариун хүмүүсийн Хаан аа, Таны зам зөв бөгөөд үнэн юм хэмээн өгүүлэв. Илчлэл 15:1–3.</w:t>
      </w:r>
    </w:p>
    <w:p>
      <w:pPr>
        <w:pStyle w:val="ArticleBody"/>
        <w:jc w:val="left"/>
      </w:pPr>
      <w:r>
        <w:rPr>
          <w:rFonts w:ascii="Times New Roman" w:hAnsi="Times New Roman" w:eastAsia="Times New Roman" w:cs="Times New Roman"/>
        </w:rPr>
        <w:t>Нигүүлслийн хугацаа хаагдахын яг өмнөхөн (учир нь Илчлэлийн дараагийн бүлэгт долоон сүүлчийн гай гамшигтай долоон тэнгэр элч Бурханы уур хилэнг асгах гэж байна) Бурханы эцсийн өдрүүдийн ард түмэн танигдана. Тэд дөрвөн зүйл дээр ялалтыг олж авсан байна. “Ялалт” хэмээн орчуулагдсан үг нь дийлэх, байлдан дагуулах гэсэн утгатай. Итгэмжит хүмүүс араатныг, араатны дүрийг, араатны тэмдгийг, мөн түүний нэрийн тоог дийлсэн билээ. Энэхүү ялалт нь тэдгээр дөрвөн бэлгэдэл юуг төлөөлдгийг тэд ойлгодог гэсэн баримтыг мөн хамарна. Тэр дөрвөн эш үзүүллэгийн бэлгэдэл үнэндээ юуг төлөөлдгийг мэддэг хүмүүсийн хувь маш өчүүхэн байдаг.</w:t>
      </w:r>
    </w:p>
    <w:p>
      <w:pPr>
        <w:pStyle w:val="ArticleBody"/>
        <w:jc w:val="left"/>
      </w:pPr>
      <w:r>
        <w:rPr>
          <w:rFonts w:ascii="Times New Roman" w:hAnsi="Times New Roman" w:eastAsia="Times New Roman" w:cs="Times New Roman"/>
        </w:rPr>
        <w:t>Дэлхий ертөнц урьд нь арван долоодугаар бүлэгт гардаг Вавилоны янхан нь папын засаглал мөн гэдгийг мэддэг байсан; гэвч Бурханы Үг тодорхойлсноор, дэлхийн хаадтай садарлан үйлддэг Тирийн янханы тухай ойлголт Америкийн Нэгдсэн Улсын түүхийн турш мартагдсан юм. Араатныг ялна гэдэг нь Библийн эш үзүүлгийн араатан нь папын засаглал мөн болохыг тогтоохдоо үнэний үгийг зөвөөр ялган салгахыг хэлнэ. Яг дараагийн бүлэгт луу, араатан, хуурамч эш үзүүлэгч гурав дэлхийг Армагеддон руу хөтөлдөг бөгөөд эцсийн өдрүүдийн Бурханы үнэнч хүмүүс тэр гурван хүч хэн болохыг мэдэх ёстой.</w:t>
      </w:r>
    </w:p>
    <w:p>
      <w:pPr>
        <w:pStyle w:val="ArticleScripture"/>
        <w:jc w:val="left"/>
      </w:pPr>
      <w:r>
        <w:rPr>
          <w:rFonts w:ascii="Times New Roman" w:hAnsi="Times New Roman" w:eastAsia="Times New Roman" w:cs="Times New Roman"/>
        </w:rPr>
        <w:t>Зургаа дахь тэнгэрэлч саваа агуу Евфрат мөрөн дээр асгахад, дорно зүгийн хаадын зам бэлтгэгдэхийн тулд ус нь ширгэв. Тэгээд би луугийн амнаас, араатны амнаас, мөн хуурамч эш үзүүлэгчийн амнаас мэлхий мэт гурван бузар сүнс гарч ирэхийг үзэв. Учир нь тэд бол гайхамшиг үйлдэгч чөтгөрүүдийн сүнснүүд бөгөөд Төгс Хүчит Бурханы тэр агуу өдрийн тулалдаанд тэднийг цуглуулахын тулд газрын хаад болон бүх дэлхийн хаад уруу гардаг ажээ. Харагтун, Би хулгайч мэт ирнэ. Нүцгэн явж, тэдэнд ичгүүр нь харагдах вий хэмээн сэрэмжилж, хувцсаа хадгалдаг хүн ерөөлтэй еэ. Тэгээд тэр тэднийг Еврей хэлээр Армагеддон хэмээн нэрлэгдэх газарт цуглуулав. Илчлэлт 16:12–16.</w:t>
      </w:r>
    </w:p>
    <w:p>
      <w:pPr>
        <w:pStyle w:val="ArticleBody"/>
        <w:jc w:val="left"/>
      </w:pPr>
      <w:r>
        <w:rPr>
          <w:rFonts w:ascii="Times New Roman" w:hAnsi="Times New Roman" w:eastAsia="Times New Roman" w:cs="Times New Roman"/>
        </w:rPr>
        <w:t>Араатны ялах ялалт нь араатан хэн болохыг зөвөөр ойлгох ялалт мөн. Сая иш татсан тэрхүү хэсэг нь сэрэмжилж, хувцсаа хадгалдаг хүмүүст ерөөлийг тунхагладаг, гэвч зургаа дахь гай гамшгийн үе гэхэд бүх хүний сорилтын хугацаа бүрэн хаагдсан байдаг. Михаел босон ирэхэд хүний сорилтын хугацаа хаагдаж, үүний дараа эцсийн долоон гай гамшиг асгардаг. Сорилтын хугацаа хаагдсаны дараа хувцсаа солих ямар ч боломж үгүй, гэтэл зургаа дахь гай гамшигтай холбоотой нэгэн анхааруулга байдаг. Тэрхүү анхааруулга нь сорилтын хугацаа хаагдахаас өмнө араатны талаар зөв ойлголттой байхтай холбоотой бөгөөд хэрэв та тэрхүү ойлголтгүй бол сорилтын хугацаа хаагдахаас өмнө Христийн зөвт байдлын хувцсаа алдана.</w:t>
      </w:r>
    </w:p>
    <w:p>
      <w:pPr>
        <w:pStyle w:val="ArticleScripture"/>
        <w:jc w:val="left"/>
      </w:pPr>
      <w:r>
        <w:rPr>
          <w:rFonts w:ascii="Times New Roman" w:hAnsi="Times New Roman" w:eastAsia="Times New Roman" w:cs="Times New Roman"/>
        </w:rPr>
        <w:t>“Үгийн талаарх ойлголтдоо будилж, антихристийн утга учрыг олж харахгүй байгаа хүмүүс өөрсдийгөө гарцаагүй антихристийн талд тавих болно. Одоо бидэнд ертөнцтэй уусах цаг байхгүй. Даниел өөрийн хувиарлагдсан үүрэгтээ, өөрийн байрандаа зогсож байна. Даниел болон Иоханы эш үзүүллэгүүд ойлгогдох ёстой. Тэд бие биеэ тайлбарладаг. Тэд хүн бүрийн ойлговол зохих үнэнүүдийг ертөнцөд өгдөг. Эдгээр эш үзүүллэгүүд ертөнцөд гэрчлэл болох ёстой. Эдгээр эцсийн өдрүүдэд биелэгдэхүйгээрээ тэд өөрсдийгөө тайлбарлах болно.” Kress Collection, 105.</w:t>
      </w:r>
    </w:p>
    <w:p>
      <w:pPr>
        <w:pStyle w:val="ArticleBody"/>
        <w:jc w:val="left"/>
      </w:pPr>
      <w:r>
        <w:rPr>
          <w:rFonts w:ascii="Times New Roman" w:hAnsi="Times New Roman" w:eastAsia="Times New Roman" w:cs="Times New Roman"/>
        </w:rPr>
        <w:t>Хэрэв хүн антихрист нь пап ламт ёс мөн гэдгийг ойлгохгүй бол эцэстээ пап ламт ёсны талд орно; эс бөгөөс Иоханы бичсэнчлэн нүцгэнээр явж, өөрийн ичгүүрийг ил гаргана. Араатныг дийлнэ гэдэг нь араатан бол папын эрх мэдэл мөн бөгөөд папын эрх мэдлийн тухай илчлэгдсэн бүхнийг ойлгоно гэсэн үг юм. Ялалт олж, пап ламт ёс нь нүглийн хүн мөн гэдгийг ойлгосон хүмүүс пап ламт ёсны дүр нь сүм ба төрийн нэгдлийн зарчмыг, харин тэрхүү харилцаанд сүм нь ноёрхож буйг төлөөлдөг гэдгийг ойлгох хэрэгтэй болно.</w:t>
      </w:r>
    </w:p>
    <w:p>
      <w:pPr>
        <w:pStyle w:val="ArticleBody"/>
        <w:jc w:val="left"/>
      </w:pPr>
      <w:r>
        <w:rPr>
          <w:rFonts w:ascii="Times New Roman" w:hAnsi="Times New Roman" w:eastAsia="Times New Roman" w:cs="Times New Roman"/>
        </w:rPr>
        <w:t>Даниелын номд араатны бүтэц буюу сүм ба төрийн нэгдлийг эзгүйрлийн гэм нүгэл хэмээн дүрсэлсэн байдаг. Гэм нүгэл бол нүгэл мөн бөгөөд папын араатныг бүрдүүлдэг тэр нүгэл нь хаад өөрсдийн эрх мэдлийг папын эрх мэдэлд шилжүүлэн өгөх үед үйлдэгддэг. Үүнийг үйлдсэнээр тэд сүнслэг садар самууныг үйлддэг бөгөөд энэ нь Даниелын эзгүйрлийн гэм нүгэл, Иоханы араатны дүр мөн.</w:t>
      </w:r>
    </w:p>
    <w:p>
      <w:pPr>
        <w:pStyle w:val="ArticleBody"/>
        <w:jc w:val="left"/>
      </w:pPr>
      <w:r>
        <w:rPr>
          <w:rFonts w:ascii="Times New Roman" w:hAnsi="Times New Roman" w:eastAsia="Times New Roman" w:cs="Times New Roman"/>
        </w:rPr>
        <w:t>Папын дүрийг ялан дийлэхийн тулд АНУ эхлээд энэ харилцааг тогтоож, тун удахгүй гарах Ням гаргийн хуулиар түүнийг баталгаажуулан, улмаар бүхий л дэлхийг мөн тэрхүү адил харилцааг хүлээн зөвшөөрөхөд албаддаг гэдгийг Бурханы Үгээр дамжуулан ойлгох явдал мөн.</w:t>
      </w:r>
    </w:p>
    <w:p>
      <w:pPr>
        <w:pStyle w:val="ArticleBody"/>
        <w:jc w:val="left"/>
      </w:pPr>
      <w:r>
        <w:rPr>
          <w:rFonts w:ascii="Times New Roman" w:hAnsi="Times New Roman" w:eastAsia="Times New Roman" w:cs="Times New Roman"/>
        </w:rPr>
        <w:t>АНУ-аас дэлхий дээр хүчээр тулган тогтоох сүм ба төрийн харилцаа нь нэг дэлхийн засгийн газар (Нэгдсэн Үндэстний Байгууллага) зохион байгуулалтын хянагч хүч болох папын засаглалтай холбоотон болохоос бүрдэнэ. Араатны дүрсийг ялна гэдэг нь араатны дүрс эдгээр яг тэр зүйлсийг төлөөлдгийг Бурханы эш үзүүллэгийн Үгээр ойлгох явдал мөн.</w:t>
      </w:r>
    </w:p>
    <w:p>
      <w:pPr>
        <w:pStyle w:val="ArticleBody"/>
        <w:jc w:val="left"/>
      </w:pPr>
      <w:r>
        <w:rPr>
          <w:rFonts w:ascii="Times New Roman" w:hAnsi="Times New Roman" w:eastAsia="Times New Roman" w:cs="Times New Roman"/>
        </w:rPr>
        <w:t>Араатан болон араатны хөргийг ялан дийлэхэд араатны (папын засаглалын) эрх мэдлийн тэмдгийн талаарх ойлголтыг олж авах явдал багтана.</w:t>
      </w:r>
    </w:p>
    <w:p>
      <w:pPr>
        <w:pStyle w:val="ArticleBody"/>
        <w:jc w:val="left"/>
      </w:pPr>
      <w:r>
        <w:rPr>
          <w:rFonts w:ascii="Times New Roman" w:hAnsi="Times New Roman" w:eastAsia="Times New Roman" w:cs="Times New Roman"/>
        </w:rPr>
        <w:t>Араатны тэмдэг гэдэг нь Бурханы Амралтын өдөр хэмээн Ням гаргийг албадан сахиулах явдал мөн. Тэмдэг дээр ялалт байгуулахын тулд Ням гаргийн мөргөл нь нарны шүтлэг бөгөөд энэ нь харь шашны Баалын шүтлэгээс өөр юу ч биш гэдгийг ойлгох шаардлагатай. Энэхүү ялалт нь араатны тэмдгийг хүмүүст албадан тулгах хүртэл хэн ч түүнийг хүлээн авдаггүй гэсэн үнэнийг мөн багтаадаг.</w:t>
      </w:r>
    </w:p>
    <w:p>
      <w:pPr>
        <w:pStyle w:val="ArticleScripture"/>
        <w:jc w:val="left"/>
      </w:pPr>
      <w:r>
        <w:rPr>
          <w:rFonts w:ascii="Times New Roman" w:hAnsi="Times New Roman" w:eastAsia="Times New Roman" w:cs="Times New Roman"/>
        </w:rPr>
        <w:t>“Гэвч өнгөрсөн үеийн Христэд итгэгчид Ням гаргийг сахидаг байсан бөгөөд ингэснээрээ өөрсдийгөө Библийн Амралтын өдрийг сахиж байна гэж үздэг байв; мөн эдүгээ ч Ромын Католик сүмийн нэгдлийг ч эс эс тооцвол, сүм бүрд Ням гариг бол Бурханаас тогтоогдсон Амралтын өдөр мөн гэж чин сэтгэлээсээ итгэдэг жинхэнэ Христэд итгэгчид бий. Бурхан тэдний зорилгын үнэнч байдлыг болон Өөрийнх нь өмнө байгаа шударга чанарыг хүлээн авдаг. Харин Ням гаргийг сахих явдлыг хуулиар албадан хэрэгжүүлэх үед, мөн жинхэнэ Амралтын өдрийн үүргийн талаар дэлхий ертөнц гэгээрэгдэх үед, тэр цагт Бурханы тушаалыг зөрчин, Ромоос өөр түүнээс дээгүүр эрх мэдэлгүй зарлигт дуулгавартай байх хэн боловч, үүгээрээ Бурханаас дээгүүр папын ёсыг хүндэтгэх болно. Тэрээр Ромд болон Ромоор тогтоогдсон тэрхүү байгууллыг албадан мөрдүүлдэг эрх мэдэлд хүндэтгэл өргөж байна. Тэр араатан болон түүний дүр төрхөд мөргөж байна. Хүмүүс Бурхан Өөрийн эрх мэдлийн тэмдэг хэмээн тунхагласан тогтоолыг ийнхүү няцааж, харин түүний оронд Ром өөрийн ноёрхлын бэлгэдэл болгон сонгосон зүйлийг хүндэтгэх үед, тэд үүгээрээ Ромд үнэнч байгаагийн тэмдгийг—‘араатны тэмдэг’-ийг—хүлээн авах болно. Мөн энэ асуудал ийнхүү ард түмний өмнө тодорхой тавигдаж, тэд Бурханы тушаалууд ба хүний тушаалуудын хооронд сонголт хийхэд хүргэгдэх хүртэл, зөрчилд үргэлжлэн байгаа хүмүүс ‘араатны тэмдэг’-ийг хүлээн авахгүй юм.” Агуу тэмцэл, 449.</w:t>
      </w:r>
    </w:p>
    <w:p>
      <w:pPr>
        <w:pStyle w:val="ArticleBody"/>
        <w:jc w:val="left"/>
      </w:pPr>
      <w:r>
        <w:rPr>
          <w:rFonts w:ascii="Times New Roman" w:hAnsi="Times New Roman" w:eastAsia="Times New Roman" w:cs="Times New Roman"/>
        </w:rPr>
        <w:t>Араатан, араатны дүрс, араатны тамгыг дийлэн ялсан хүмүүс түүний нэрийн тоон дээр ч мөн ялалт байгуулах ёстой. Тирийн янхан мартагдаагүй байсан түүхийн тэр үед Протестант ертөнц папыг антихрист мөн гэдгийг мэддэг байв. Тэд Паул папыг “тэр хорон нэгэн,” “нүглийн хүн,” “ёс бусын нууц” болон “мөхлийн хүү; Бурханаар нэрлэгддэг, эсвэл мөргөгддөг бүхнээс өөрийгөө эсэргүүцэн өргөмжилдөг; тийнхүү өөрийгөө Бурхан мэтээр Бурханы сүмд заларч, өөрийгөө Бурхан мөн хэмээн харуулдаг” хэмээн тодорхойлсныг мэддэг байв. Харин эдүгээ Тирийн агуу янхан мартагджээ.</w:t>
      </w:r>
    </w:p>
    <w:p>
      <w:pPr>
        <w:pStyle w:val="ArticleBody"/>
        <w:jc w:val="left"/>
      </w:pPr>
      <w:r>
        <w:rPr>
          <w:rFonts w:ascii="Times New Roman" w:hAnsi="Times New Roman" w:eastAsia="Times New Roman" w:cs="Times New Roman"/>
        </w:rPr>
        <w:t>Эрт цаг үед “666” тоо нь папын эрх мэдлийг бэлгэдэн илэрхийлдгийг харуулсан изопсефи буюу гематрийн янз бүрийн хэрэглээнүүд байсан. Үүний сонгодог жишээ нь папын митр дээр Vicarius Filii Dei хэмээх үгс бичигдсэн байдаг явдал юм. Vicarius Filii Dei нь “Бурханы Хүүгийн орлон захирагч” гэсэн утгатай бөгөөд иймээс Бурханы сүмд заларч, өөрийгөө Бурхан хэмээн зарлах түүний нэхэмжлэлийг хөндөнө. Vicarius Filii Dei хэмээх үгийн латин үсгүүдийн тоон утга нь зургаан зуун жаран зургаатай тэнцдэг.</w:t>
      </w:r>
    </w:p>
    <w:p>
      <w:pPr>
        <w:pStyle w:val="ArticleBody"/>
        <w:jc w:val="left"/>
      </w:pPr>
      <w:r>
        <w:rPr>
          <w:rFonts w:ascii="Times New Roman" w:hAnsi="Times New Roman" w:eastAsia="Times New Roman" w:cs="Times New Roman"/>
        </w:rPr>
        <w:t>Папын эрх мэдэл болох араатан нь өөрийн тоогоор танигддаг бөгөөд түүний тоо нь “666” юм. Харин нүглийн хүн 1798 онд үхлийн шарх авч, мартагдсан билээ. Эцсийн өдрүүдэд тэрхүү үхлийн шарх эдгэх ёстой бөгөөд үхлийн шарх эдгэрэх нь Америкийн Нэгдсэн Улс эхлээд өөрийн үндэстэнд араатны дүрийг байгуулж, дараа нь дэлхийг мөн адил үйлдэхийг албадана гэдгийг илтгэнэ.</w:t>
      </w:r>
    </w:p>
    <w:p>
      <w:pPr>
        <w:pStyle w:val="ArticleBody"/>
        <w:jc w:val="left"/>
      </w:pPr>
      <w:r>
        <w:rPr>
          <w:rFonts w:ascii="Times New Roman" w:hAnsi="Times New Roman" w:eastAsia="Times New Roman" w:cs="Times New Roman"/>
        </w:rPr>
        <w:t>Дэлхийн араатны дүр нь хоёрдмол бөгөөд бас гурвалсан шинжтэй. Зөгнөлийн утгаар энэ нь сүм ба төрийн нэгдлээс бүрддэг тул хоёрдмол; харин луу, араатан, хуурамч эш үзүүлэгчээс бүрддэг тул гурвалсан юм. Дэлхийг Армагеддон уруу хөтлөх тэрхүү хүчнүүдийн гурвалсан нэгдэл тогтоогдох үед, тэд долоон хаанчлалын дотроос гарсан найм дахь хаанчлал болох араатан байх бөгөөд мөн зургаа дахь хаанчлалын гурвалсан нэгдэл ч байх болно. Эцсийн өдрүүдэд араатны нэрийн тоо дахин “666” байх юм. Учир нь энэ нь тус бүрдээ зургаа дахь хаанчлалын нэг хэсэг болох гурван хаанчлалыг төлөөлдөг.</w:t>
      </w:r>
    </w:p>
    <w:p>
      <w:pPr>
        <w:pStyle w:val="ArticleBody"/>
        <w:jc w:val="left"/>
      </w:pPr>
      <w:r>
        <w:rPr>
          <w:rFonts w:ascii="Times New Roman" w:hAnsi="Times New Roman" w:eastAsia="Times New Roman" w:cs="Times New Roman"/>
        </w:rPr>
        <w:t>Араатан, түүний дүр, түүний тамга, мөн түүний нэрийн тоон дээр ялалт байгуулах гэдэг нь “найм дахь нь долоон дотроос мөн” гэсэн оньсогыг ойлгохыг хэлнэ. Энэ нь Даниелын ойлгохын төлөө залбирсан, Даниел хоёрын нууц юм. Энэ нь сорилтын хугацаа хаагдахын яг өмнө лац нь тайлагддаг Есүс Христийн Илчлэлийн нэг хэсэг мөн; учир нь Иоханы хэлснээр, “цаг ойрхон байна.” Иймээс тэрхүү ялалтыг авдаг хүмүүсийг гай гамшгуудыг асгадаг тэнгэрэлчүүдтэй хамт байгаа байдлаар дүрсэлсэн байдаг. Учир нь тэд сорилтын хугацаа хаагдахын яг өмнө тэрхүү ялалтыг, өөрөөр хэлбэл шаардлагатай эш үзүүллэгийн ойлголтыг авдаг.</w:t>
      </w:r>
    </w:p>
    <w:p>
      <w:pPr>
        <w:pStyle w:val="ArticleBody"/>
        <w:jc w:val="left"/>
      </w:pPr>
      <w:r>
        <w:rPr>
          <w:rFonts w:ascii="Times New Roman" w:hAnsi="Times New Roman" w:eastAsia="Times New Roman" w:cs="Times New Roman"/>
        </w:rPr>
        <w:t>Есүс Христийн Илчлэл нигүүлслийн хугацаа хаагдахын яг өмнө тайлагддаг бөгөөд “666” гэсэн тоо тэр үзэгдлийн нэг бүрэлдэхүүн мөн гэдгийг ойлгодог хүмүүс Езекиелийн наймдугаар бүлгийн үзэгдэл тав дахь өдөрт (өөрөөр хэлбэл зургаа дахь өдрийн өмнөх өдөр), зургаа дахь сарын зургаа дахь жилд эхэлдгийг анзаарахгүй өнгөрөхгүй. Наймдугаар бүлгийн төгсгөлд хорин таван хүн наранд мөргөж байгаа бөгөөд есдүгээр бүлэг Бурханы тамгыг хүлээн авдаг хүмүүсийг тодорхойлдог.</w:t>
      </w:r>
    </w:p>
    <w:p>
      <w:pPr>
        <w:pStyle w:val="ArticleBody"/>
        <w:jc w:val="left"/>
      </w:pPr>
      <w:r>
        <w:rPr>
          <w:rFonts w:ascii="Times New Roman" w:hAnsi="Times New Roman" w:eastAsia="Times New Roman" w:cs="Times New Roman"/>
        </w:rPr>
        <w:t>Үзэгдлийн агуулга нь араатны тамга болон Бурханы тамганы тухай бөгөөд “666” тоогоор бэлгэдэгдсэн Ням гаргийн хуулийн үед нигүүлслийн хугацаа хаагдахын яг өмнөхөн энэ үзэгдэл нээгддэг. Харин Америкийн Нэгдсэн Улсад Ням гаргийн хуулийн үед тохиолдоно хэмээн тодорхойлогдсон нигүүлслийн хугацааны хаагдал нь хүн төрөлхтний нигүүлслийн хугацааны хаагдал биш, харин зөвхөн Долоо дахь өдрийн Адвентистуудын хувьд нигүүлслийн хугацаа хаагдахыг хэлнэ.</w:t>
      </w:r>
    </w:p>
    <w:p>
      <w:pPr>
        <w:pStyle w:val="ArticleBody"/>
        <w:jc w:val="left"/>
      </w:pPr>
      <w:r>
        <w:rPr>
          <w:rFonts w:ascii="Times New Roman" w:hAnsi="Times New Roman" w:eastAsia="Times New Roman" w:cs="Times New Roman"/>
        </w:rPr>
        <w:t>Үзэгдэл Иерусалимын дотор болж буйгаар дүрслэгдсэн бөгөөд Иерусалим нь Долоо дахь өдрийн Адвентист сүмийн бэлгэдэл юм. АНУ-д Ням гаргийн хууль тогтоогдох үед Долоо дахь өдрийн Адвентистууд л тэр цаг мөчид, тэндээ, Амралтын өдрийн гэрлийн өмнө хариуцлага хүлээх цорын ганц бүлэг байна.</w:t>
      </w:r>
    </w:p>
    <w:p>
      <w:pPr>
        <w:pStyle w:val="ArticleScripture"/>
        <w:jc w:val="left"/>
      </w:pPr>
      <w:r>
        <w:rPr>
          <w:rFonts w:ascii="Times New Roman" w:hAnsi="Times New Roman" w:eastAsia="Times New Roman" w:cs="Times New Roman"/>
        </w:rPr>
        <w:t>“Үнэний гэрэл та нарт хүрч, дөрөвдүгээр тушаалын Амралтын өдрийг илчилж, Ням гаргийг сахих талаар Бурханы Үгэнд ямар ч үндэс байхгүйг харуулсан атлаа, та нар хуурамч амралтын өдөрт зууралдсаар, Бурханы ‘миний ариун өдөр’ хэмээн нэрлэдэг Амралтын өдрийг ариунаар сахихаас татгалзсаар байвал, та нар араатны тэмдгийг хүлээн авна. Энэ хэзээ тохиолддог вэ?—Та нарыг Ням гаригт ажлаа зогсоож, Бурханд мөргөхийг тушаасан зарлигт дуулгавартай байх үед; Ням гариг нь энгийн ажлын өдрөөс өөр зүйл мөн гэдгийг харуулах ганц ч үг Библид байхгүйг мэдсээр байж, та нар араатны тэмдгийг хүлээн авахыг зөвшөөрч, Бурханы лацыг няцаадаг. Хэрэв бид энэ тэмдгийг духан дээрээ эсвэл гар дээрээ хүлээн авбал, дуулгаваргүй хүмүүст тунхаглагдсан шүүлтүүд бидний дээр буух ёстой. Харин амьд Бурханы лац нь Эзэний Амралтын өдрийг мөс чанарын дагуу сахигчдын дээр тавигддаг.” Review and Herald, 1911 оны 4 дүгээр сарын 27.</w:t>
      </w:r>
    </w:p>
    <w:p>
      <w:pPr>
        <w:pStyle w:val="ArticleBody"/>
        <w:jc w:val="left"/>
      </w:pPr>
      <w:r>
        <w:rPr>
          <w:rFonts w:ascii="Times New Roman" w:hAnsi="Times New Roman" w:eastAsia="Times New Roman" w:cs="Times New Roman"/>
        </w:rPr>
        <w:t>Езекиел номын наймдугаар бүлгээс арван нэгдүгээр бүлэг хүртэлх үзэгдэл нь Иерусалимын нигүүлслийн хугацаа хаагдахад хүргэх түүхийг тодорхойлдог. Энэ нь “666” гэсэн тоо ирэхээс ердөө нэг хоногийн өмнө болж буй мэтээр дүрслэгдсэн бөгөөд наймдугаар бүлэг нь Иерусалим дотор өрнөсөн улам бүр даамжирч буй бослогыг тодорхойлон харуулдаг бөгөөд энэ нь удирдагч эрчүүд наранд мөргөн сөгдөхөд хүрч, улмаар араатны тэмдгийг хүлээн авахуйгаар төгсдөг.</w:t>
      </w:r>
    </w:p>
    <w:p>
      <w:pPr>
        <w:pStyle w:val="ArticleBody"/>
        <w:jc w:val="left"/>
      </w:pPr>
      <w:r>
        <w:rPr>
          <w:rFonts w:ascii="Times New Roman" w:hAnsi="Times New Roman" w:eastAsia="Times New Roman" w:cs="Times New Roman"/>
        </w:rPr>
        <w:t>Есдүгээр бүлэгт нэгэн тэнгэрэлч Иерусалимын дундуур явж байгаа нь дүрслэгдсэн байдаг (ингэснээр үйл явдлын дараалсан өрнөл тодорхойлогдоно), мөн үүний дараа устгагч тэнгэрэлчүүд лацгүй бүхнийг хөнөөхийн өмнө нэгэн бүлэг хүмүүсийн дээр лацыг урьдчилан тавьдаг. Хоёр бүлэг хоёулаа Ням гаргийн хуульд хүргэдэг дэс дараатай түүхийг илэрхийлдэг бөгөөд тэнд нэгэн бүлэг нь наранд мөргөж, нөгөө нь Бурханы лацыг хүлээн авдаг. Дараа нь хорон муу хүмүүс Иерусалимаас зайлуулагдана, учир нь Ням гаргийн хууль хорон муу ба мэргэн хүмүүсийг салган ялгадаг.</w:t>
      </w:r>
    </w:p>
    <w:p>
      <w:pPr>
        <w:pStyle w:val="ArticleBody"/>
        <w:jc w:val="left"/>
      </w:pPr>
      <w:r>
        <w:rPr>
          <w:rFonts w:ascii="Times New Roman" w:hAnsi="Times New Roman" w:eastAsia="Times New Roman" w:cs="Times New Roman"/>
        </w:rPr>
        <w:t>Езекиелийн есдүгээр бүлэгт дүрслэгдсэн лацдан тэмдэглэх үйл явц нь Илчлэлт номын долдугаар бүлэгт дүрслэгдсэн тэрхүү адил лацдан тэмдэглэх явдал мөн.</w:t>
      </w:r>
    </w:p>
    <w:p>
      <w:pPr>
        <w:pStyle w:val="ArticleScripture"/>
        <w:jc w:val="left"/>
      </w:pPr>
      <w:r>
        <w:rPr>
          <w:rFonts w:ascii="Times New Roman" w:hAnsi="Times New Roman" w:eastAsia="Times New Roman" w:cs="Times New Roman"/>
        </w:rPr>
        <w:t>“Хэрэв ийм үзэгдлүүд үнэхээр ирэх ёстой бол, гэм буруутай энэ дэлхий дээр ийм аймшигт шүүлтүүд буух гэж байгаа бол, Бурханы ард түмний хоргодох газар хаана байх вэ? Уур хилэн өнгөртөл тэд хэрхэн халхлагдан хамгаалагдах вэ? Иохан байгалийн хүчнүүд болох газар хөдлөлт, шуурга, улс төрийн тэмцлийг дөрвөн тэнгэрэлчээр баригдан тогтоогдож буйгаар дүрслэгдсэнийг хардаг. Эдгээр салхи нь Бурхан тавьж явуулах үгийг өгөх хүртэл хяналт дор байна. Энд Бурханы чуулганы аюулгүй байдал оршиж байна. Бурханы тэнгэрэлчүүд Түүний хүслийг гүйцэтгэн, Бурханы зарц нар магнай дээрээ тамгалагдах хүртэл газрын салхинуудыг барин саатуулдаг, ингэснээр салхи нь газар дээр ч, тэнгис дээр ч, ямар ч модон дээр ч үлээхгүй байх юм. Хүчит тэнгэрэлч дорно зүгээс (эсвэл нар мандах зүгээс) өгсөн гарч ирж буйгаар үзэгддэг. Энэ хамгийн хүчит тэнгэрэлчийн гарт амьд Бурханы, өөрөөр хэлбэл амь өгөх эрх зөвхөн Түүнд л байдаг Нэгэний тамга байна; мөнх бус үхэшгүй байдал, мөнх амь хэнд олгогдохыг магнай дээр нь тэмдэг буюу бичээс болгон сийлж чаддаг нь мөн Тэр юм. Энэ ажлыг гүйцэтгэж дуустал дөрвөн салхийг тогтоон барихыг дөрвөн тэнгэрэлчид тушаах эрх мэдэлтэй байсан нь энэ хамгийн дээд тэнгэрэлчийн дуу хоолой байсан бөгөөд, тэднийг сул тавих дуудлагыг өгөх нь ч мөн Тэр өөрөө байв.”</w:t>
      </w:r>
    </w:p>
    <w:p>
      <w:pPr>
        <w:pStyle w:val="ArticleScripture"/>
        <w:jc w:val="left"/>
      </w:pPr>
      <w:r>
        <w:rPr>
          <w:rFonts w:ascii="Times New Roman" w:hAnsi="Times New Roman" w:eastAsia="Times New Roman" w:cs="Times New Roman"/>
        </w:rPr>
        <w:t>“Ертөнц, махан бие, чөтгөрийг ялсан хүмүүс бол амьд Бурханы тамгыг хүлээн авах ивээгдсэн хүмүүс байх болно. Гар нь цэвэр бус, зүрх нь ариун бус хүмүүс амьд Бурханы тамгатай байхгүй. Нүглийг төлөвлөж, түүнийг үйлдэж буй хүмүүсийг алгасан өнгөрнө. Зөвхөн Бурханы өмнө өөрсдийн хандлагаараа агуу бэлгэдэлт Эвлэрүүллийн өдөр гэмшиж, нүглээ улайж буй хүмүүсийн байр суурийг эзэлж байгаа хүмүүс л Бурханы хамгаалалтад зохистой хэмээн хүлээн зөвшөөрөгдөж, тэмдэглэгдэх болно. Аврагчийнхаа үзэгдэн ирэхийг өглөөг хүлээгчдээс ч илүү чин үнэнчээр, хүсэн мөрөөдөж, тууштай харж, хүлээн, сэрэмжлэн ажиглаж буй хүмүүсийн нэрс тамгалагдагсдын тоонд орох болно. Сэтгэлд нь үнэний бүх гэрэл гялалзан тусаж байхад, тунхагласан итгэлдээ нийцэх үйлс байх ёстой атлаа нүгэлд татагдан, зүрхэндээ шүтээн босгож, Бурханы өмнө сүнсээ завхруулж, нүгэлд өөрстэй нь нэгддэг хүмүүсийг бузарлагчдын нэрс амийн номоос арчигдаж, дэнлүүнийхээ саванд тосгүй тул шөнийн харанхуй дунд үлдэнэ. ‘Миний нэрээс эмээгч та нарт Зөвт байдлын Нар далавчиндаа эдгээх чадлыг агуулаад мандах болно.’”</w:t>
      </w:r>
    </w:p>
    <w:p>
      <w:pPr>
        <w:pStyle w:val="ArticleScripture"/>
        <w:jc w:val="left"/>
      </w:pPr>
      <w:r>
        <w:rPr>
          <w:rFonts w:ascii="Times New Roman" w:hAnsi="Times New Roman" w:eastAsia="Times New Roman" w:cs="Times New Roman"/>
        </w:rPr>
        <w:t>“Бурханы зарц нарыг ийнхүү тамгалах нь Езекиелд үзэгдлээр харуулсан тэрхүү л зүйл мөн. Иохан ч мөн энэ туйлын цочирдом илчлэлтийн гэрч болсон билээ. Тэрээр тэнгис болон давлагаанууд архиран, хүмүүсийн зүрх айдсаас болж мохож байгааг харсан. Тэрээр газар хөдөлж, уулс тэнгисийн дунд шидэгдэн орж байгааг (энэ нь үгчлэн биелж байгаа), түүний ус архиран догдолж, уулс түүний хөөрлөөс болж чичирч байгааг үзсэн. Түүнд гай гамшиг, халдварт өвчин, өлсгөлөн, үхэл аймшигт даалгавраа гүйцэтгэж байгааг харуулсан юм.” Testimonies to Ministers, 445.</w:t>
      </w:r>
    </w:p>
    <w:p>
      <w:pPr>
        <w:pStyle w:val="ArticleBody"/>
        <w:jc w:val="left"/>
      </w:pPr>
      <w:r>
        <w:rPr>
          <w:rFonts w:ascii="Times New Roman" w:hAnsi="Times New Roman" w:eastAsia="Times New Roman" w:cs="Times New Roman"/>
        </w:rPr>
        <w:t>Илчлэл номын долоодугаар бүлэгт гардаг нэг зуун дөчин дөрвөн мянгыг тамгалан тэмдэглэх явдал нь мөн Езекиелийн есдүгээр бүлэгт дүрслэгдсэн байдаг бөгөөд тамгалагч тэнгэрэлч нь дорноос өгсөн ирдэг, хамгийн хүчирхэг тэнгэрэлч мөн. Амийн номоос нэрс нь арчигдан хасагдсан, аврагдахгүй хүмүүсийг “дэнлүүнийхээ хамт саванд нь тосгүй” хэмээн дүрсэлсэн байдаг. Езекиелийн наймаас арван нэгдүгээр бүлэг хүртэлх үзэгдэл дэх хоёр анги нь Матай хорин тавдугаар бүлгийн ухаалаг ба мунхаг онгон охид мөн бөгөөд тиймээс тэд Адвентистууд юм.</w:t>
      </w:r>
    </w:p>
    <w:p>
      <w:pPr>
        <w:pStyle w:val="ArticleScripture"/>
        <w:jc w:val="left"/>
      </w:pPr>
      <w:r>
        <w:rPr>
          <w:rFonts w:ascii="Times New Roman" w:hAnsi="Times New Roman" w:eastAsia="Times New Roman" w:cs="Times New Roman"/>
        </w:rPr>
        <w:t>“Матай 25 дахь арван охины тухай сургаалт зүйрлэл нь мөн Адвентист ард түмний туршлагыг дүрслэн харуулдаг.” Агуу тэмцэл, 393.</w:t>
      </w:r>
    </w:p>
    <w:p>
      <w:pPr>
        <w:pStyle w:val="ArticleBody"/>
        <w:jc w:val="left"/>
      </w:pPr>
      <w:r>
        <w:rPr>
          <w:rFonts w:ascii="Times New Roman" w:hAnsi="Times New Roman" w:eastAsia="Times New Roman" w:cs="Times New Roman"/>
        </w:rPr>
        <w:t>Цагаан эгч Езекиелийн үзэгдэл дэх Иерусалимыг Адвентизм мөн хэмээн онцгойлон тодорхойлдог:</w:t>
      </w:r>
    </w:p>
    <w:p>
      <w:pPr>
        <w:pStyle w:val="ArticleScripture"/>
        <w:jc w:val="left"/>
      </w:pPr>
      <w:r>
        <w:rPr>
          <w:rFonts w:ascii="Times New Roman" w:hAnsi="Times New Roman" w:eastAsia="Times New Roman" w:cs="Times New Roman"/>
        </w:rPr>
        <w:t>“Эзэний ажлын сүнсийг болон сүнснүүдийн авралыг зүрхэндээ тээдэг Бурханы жинхэнэ ард түмэн нүглийг түүний жинхэнэ, нүгэлт мөн чанараар нь үргэлж хардаг. Тэд Бурханы ард түмнийг амархан ороон бүслэх нүглүүдтэй харьцахдаа ямагт үнэнч бөгөөд шулуун шударга хандлагын талд зогсох болно. Ялангуяа сүмийн төлөөх төгсгөлийн ажилд, Бурханы сэнтийн өмнө өө сэвгүй зогсох ёстой нэг зуун дөчин дөрвөн мянгыг тамгалах үед, тэд Бурханыг дагагч хэмээн нэрлэдэг ард түмний буруут үйлсийг хамгийн гүнээр мэдрэх болно. Үүнийг эш үзүүлэгч сүүлчийн ажлыг, тус бүр нь гартаа хядах зэвсэг барьсан эрчүүдийн дүрээр үзүүлсэн зүйрлэлдээ хүчтэйгээр илэрхийлсэн байдаг. Тэдний дунд нэгэн хүн маалинган хувцас өмсөж, хажуудаа бичээчийн бэхийн савтай байв. ‘ЭЗЭН түүнд, Хотын дундуур, Иерусалимын дундуур явж, түүний дотор үйлдэгдэж буй бүх жигшүүрт явдлын төлөө санаа алдаж, уйлан гашуудаж буй хүмүүсийн магнай дээр тэмдэг тавь гэж айлдав.’” Гэрчлэлүүд, 3-р боть, 266.</w:t>
      </w:r>
    </w:p>
    <w:p>
      <w:pPr>
        <w:pStyle w:val="ArticleBody"/>
        <w:jc w:val="left"/>
      </w:pPr>
      <w:r>
        <w:rPr>
          <w:rFonts w:ascii="Times New Roman" w:hAnsi="Times New Roman" w:eastAsia="Times New Roman" w:cs="Times New Roman"/>
        </w:rPr>
        <w:t>Езекиелийн номын наймаас арван нэгдүгээр бүлгүүдийн үзэгдэл нь Ням гаргийн хуулийн өмнөхөн болон тэр үед хүрэх Адвентизмийн түүхэнд шууд ханддаг. Энэ нь Иерусалимын (Адвентизм доторх) хоёр төрлийн мөргөгчдийг тодорхойлж, шалгалтын хугацаа хаагдахын яг өмнө лац нь тайлагдах Есүс Христийн Илчлэлттэй эш үзүүллэгийн хувьд холбогддог. Учир нь түүний анхны эшлэлүүд нь эш үзүүллэгийн бэлгэдлээр “666” тоог гарган тавьдаг. Ийнхүү энэ нь мэргэн хүмүүс эцсийн өдрүүдэд ялалт байгуулах ёстой дөрвөн зүйлийн нэгийг тодорхойлдог бөгөөд тэр дөрвөн зүйл нь найм дахь нь “долоон дотроос” байх тухай гэрлийн нэг хэсэг мөн. Илчлэлт арван тавдугаар бүлэг мөн папын эрх мэдлийн бэлгэдэлт дөрвөн тал дээр ялалт байгуулдаг хүмүүс Мосе ба Хурганы дууг дуулдгийг тодорхойлдог.</w:t>
      </w:r>
    </w:p>
    <w:p>
      <w:pPr>
        <w:pStyle w:val="ArticleBody"/>
        <w:jc w:val="left"/>
      </w:pPr>
      <w:r>
        <w:rPr>
          <w:rFonts w:ascii="Times New Roman" w:hAnsi="Times New Roman" w:eastAsia="Times New Roman" w:cs="Times New Roman"/>
        </w:rPr>
        <w:t>Тэр өдөр, Исаиа хорин долоодугаар бүлэгт, эцсийн өдрүүдийн зөвт хүмүүс усан үзмийн талбайн дууг дуулах болно гэж өгүүлдэг; энэ нь Хурга хүн төрөлхтний дунд алхаж байхдаа дуулсан дуу бөгөөд шинэ сонгогдсон ард түмэн сонгогдож байх зуур хажуугаар нь өнгөрч буй сонгогдсон нэгэн ард түмнийг тодорхойлдог дуу юм. Тэрхүү дууг Езекиел ес, Илчлэл долоогийн лацдалтын үед эцсийн өдрүүдийн “мэргэд” дуулдаг. Езекиелийн наймаас арван нэгдүгээр бүлгүүдийн үзэгдэл нь яг тэрхүү дууны нэг хэсэг мөн.</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“Эзэний ажлын сүнсийг болон сүнснүүдийн авралыг зүрх сэтгэлдээ тээдэг Бурханы жинхэнэ ард түмэн нүглийг үргэлж түүний жинхэнэ, нүгэлт шинж чанараар нь харах болно. Тэд Бурханы ард түмнийг амархан бүчдэг нүглүүдтэй үнэнч бөгөөд шулуун харьцдаг талд ямагт зогсох болно. Ялангуяа Бурханы сэнтийн өмнө гэм зэмгүйгээр зогсох ёстой нэг зуун дөчин дөрвөн мянгыг тамгалах үеийн, сүмд хамаарах төгсгөлийн ажилд, тэд Бурханыг хүлээн зөвшөөрдөг ард түмний гэм бурууг хамгийн гүнээр мэдрэх болно. Энэ нь эш үзүүлэгчийн дүрслэлд, хүн бүр гартаа аллагын зэвсэг барьсан хүмүүсийн дүрээр үзүүлсэн эцсийн ажлын жишээгээр хүчтэй илэрхийлэгдсэн байдаг. Тэдний дунд нэгэн хүн маалинган хувцас өмссөн бөгөөд хажуудаа бичээчийн бэхийн савтай байв. ‘ЭЗЭН түүнд, Хотын дундуур, Иерусалимын дундуур явж, түүний дотор үйлдэгдэж буй бүх жигшүүрт хэргийн төлөө ёолон гашууддаг хүмүүсийн духан дээр тэмдэг тавь, гэж айлдав.’</w:t>
      </w:r>
    </w:p>
    <w:p>
      <w:pPr>
        <w:pStyle w:val="ArticleScripture"/>
        <w:jc w:val="left"/>
      </w:pPr>
      <w:r>
        <w:rPr>
          <w:rFonts w:ascii="Times New Roman" w:hAnsi="Times New Roman" w:eastAsia="Times New Roman" w:cs="Times New Roman"/>
        </w:rPr>
        <w:t>“Энэ үед Бурханы зөвлөлгөөнд хэн зогсож байна вэ? Өөрсдийгөө Бурханы ард түмэн хэмээн нэрлэгчдийн дунд байгаа бурууг үнэндээ зөвтгөдөг, мөн нүглийг зэмлэн буруушаахыг хүсэгчдийн эсрэг, ил тод бус юмаа гэхэд зүрх сэтгэлдээ гомдоллон бувтнагчид уу? Эсвэл тэдний эсрэг байр суурь эзэлж, буруу үйлдэгчдэд тал өгөгсөд үү? Үгүй, огтхон ч тийм биш! Хэрэв тэд гэмшиж, ажлын ачааг үүрч яваа хүмүүсийг дарлан хавчих Сатаны ажлыг орхиж, мөн Сион дахь нүгэлтнүүдийн гарыг өргөж дэмжихээ болихгүй бол, тэд хэзээ ч Бурханы лацдан батлах сайшаалын тэмдгийг хүлээн авахгүй. Тэд алах зэвсэг агссан таван хүний үйлдлээр дүрслэгдсэн ёсоор, хорон муу хүмүүсийн нийт сүйрэлд унана. Энэ зүйлийг анхааралтай тэмдэглэ: Ариун Сүнсний хүчээр тэдний дотор бүтсэн, маалинган хувцаст хүний тавьсан тэмдгээр төлөөлөгдсөн үнэний цэвэр тэмдгийг хүлээн авагчид бол чуулганд үйлдэгдэж буй “бүх жигшүүрт явдлын төлөө санаа алдан уйлж, хашхирдаг” хүмүүс мөн. Тэдний ариун байдлыг хайрлах хайр, Бурханы нэр төр ба алдрын төлөөх хичээл зүтгэл нь тийм агуу бөгөөд нүглийн туйлын нүгэлт чанарыг тийм тодорхой хардаг учир, тэднийг бүр шаналал дунд, бүр санаа алдан уйлж, хашхирч байгаа мэтээр дүрсэлсэн байдаг. Езекиелийн есдүгээр бүлгийг унш.”</w:t>
      </w:r>
    </w:p>
    <w:p>
      <w:pPr>
        <w:pStyle w:val="ArticleScripture"/>
        <w:jc w:val="left"/>
      </w:pPr>
      <w:r>
        <w:rPr>
          <w:rFonts w:ascii="Times New Roman" w:hAnsi="Times New Roman" w:eastAsia="Times New Roman" w:cs="Times New Roman"/>
        </w:rPr>
        <w:t>“Харин нүгэл ба зөвт байдлын хоорондох өргөн ялгааг ийнхүү олж хардаггүй, мөн Бурханы зөвлөл дотор зогсож, тэмдгийг хүлээн авдаг хүмүүсийн адил тийн мэдэрдэггүй бүх хүмүүсийн нийтээрээ хядуулагдах явдлыг нядлах зэвсэгтэй таван хүнд өгсөн тушаалд ийн дүрсэлсэн байдаг: ‘Хот дундуур түүний араас явж, цохигтун; нүд чинь бүү өршөөг, мөн бүү энэрэгтүн: хөгшин, залуу, онгон охид, бяцхан хүүхдүүд, эмэгтэйчүүдийг бүрмөсөн хөнөөгтүн: харин дээр нь тэмдэг буй нэг ч хүнд бүү ойрт; мөн Миний ариун газраас эхэл.’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 Сегизинчи Бөлүк</dc:title>
  <dc:subject>Езекиелийн Наймдугаар Бүлгийн Эш Үзүүллэгт Мэдээний Илчлэл: Ням гаргийн хууль ба Эцсийн өдрүүд</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