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 хоёрдугаар бүлэг</w:t>
      </w:r>
    </w:p>
    <w:p>
      <w:pPr>
        <w:pStyle w:val="ArticleSubtitle"/>
        <w:jc w:val="left"/>
      </w:pPr>
      <w:r>
        <w:rPr>
          <w:rFonts w:ascii="Arial" w:hAnsi="Arial" w:eastAsia="Arial" w:cs="Arial"/>
        </w:rPr>
        <w:t>Эш үзүүлэгч нэгдэл: Эртний Израилийн хуваагдлаас Америкийн Нэгдсэн Улсын төгсгөл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Иеробоамын бослогын тухай гэрчлэл нь мөн эртний Израиль хоёр үндэстэн болон хуваагдсан түүх мөн юм. Арван овгоос бүрдсэн хойд хаант улс нь Израиль, эсвэл заримдаа Ефраим хэмээн мэдэгддэг байсан бөгөөд өмнөд хаант улс нь Иуда хэмээн мэдэгддэг байв. Езекиелийн үед тэрхүү хаант улс аль хэдийн олон жилийн турш хоёр хаант улс болсон байсан бөгөөд гучин долоодугаар бүлэгт Езекиелд тэр хоёр хаант улс дахин нэг үндэстэн болохыг тодорхойлсон эш үзүүллэг өгөгдсөн юм. Тэр эш үзүүллэг нь газрын араатны (Америкийн Нэгдсэн Улс) түүхийн эхэнд биелсэн бөгөөд Америкийн Нэгдсэн Улсын төгсгөлд эцсийн удаа биелдэг; учир нь Есүс аливаа зүйлийн төгсгөлийг тухайн зүйлийн эхлэлээр үргэлж дүрслэн үзүүлдэг билээ.</w:t>
      </w:r>
    </w:p>
    <w:p>
      <w:pPr>
        <w:pStyle w:val="ArticleBody"/>
        <w:jc w:val="left"/>
      </w:pPr>
      <w:r>
        <w:rPr>
          <w:rFonts w:ascii="Times New Roman" w:hAnsi="Times New Roman" w:eastAsia="Times New Roman" w:cs="Times New Roman"/>
        </w:rPr>
        <w:t>Израиль хоёр хаант улс болон хуваагдсан үеийн Иеровоамын бослого нь Америкийн Нэгдсэн Улсын эхэн үе дэх бослогыг, мөн Америкийн Нэгдсэн Улсын төгсгөлийн үе дэх бослогыг төлөөлдөг. Америкийн Нэгдсэн Улсын эхлэл ба төгсгөлийн үеийн бослого нь хоёр хаант улс нэгдэхийг хамардаг. Эдгээр өгүүллүүдэд Цагаан эгчийн бичвэрүүдээс олонтаа эш татагдсан Илчлэлт арван наймдугаар бүлэг нь чуулгануудад хандсан хоёр дуудлагыг төлөөлдөг. Ням гарагийн хуулийн хямралын цаг үед нэгддэг хоёр үндэстэн нь нэг зуун дөчин дөрвөн мянга бөгөөд Бабилонд хараахан байгаа Бурханы өөр сүрэг юм.</w:t>
      </w:r>
    </w:p>
    <w:p>
      <w:pPr>
        <w:pStyle w:val="ArticleBody"/>
        <w:jc w:val="left"/>
      </w:pPr>
      <w:r>
        <w:rPr>
          <w:rFonts w:ascii="Times New Roman" w:hAnsi="Times New Roman" w:eastAsia="Times New Roman" w:cs="Times New Roman"/>
        </w:rPr>
        <w:t>Миллеритийн түүхэнд нэгдсэн хоёр үндэстэн нь Иуда ба Ефраим байв. Хоёр хаант улсын тус тусын эсрэг байсан уур хилэнгийн хугацаа 1798 онд, улмаар 1844 онд төгсөхөд тэд нэгдсэн юм. Езекиелийн гучин долдугаар бүлэг дэх “түүнчлэн” гэсэн үг нь энэхүү хэрэглээг баттай тогтоох боломжийг бидэнд олгодог. “Түүнчлэн” гэсэн үг нь “түүнчлэн”-ийн дараа дагалдах мэдээг “түүнчлэн” гэдэг үгийн өмнө байсан мэдээний дээр тавихыг хэлдэг.</w:t>
      </w:r>
    </w:p>
    <w:p>
      <w:pPr>
        <w:pStyle w:val="ArticleScripture"/>
        <w:jc w:val="left"/>
      </w:pPr>
      <w:r>
        <w:rPr>
          <w:rFonts w:ascii="Times New Roman" w:hAnsi="Times New Roman" w:eastAsia="Times New Roman" w:cs="Times New Roman"/>
        </w:rPr>
        <w:t>ЭЗЭНий үг дахин надад ирж, ийн айлдав: Хүний хүү, чи өөртөө нэг мод авч, түүн дээр нь “Иудад болон түүний нөхөд болох Израилийн хөвгүүдэд” гэж бич. Дараа нь өөр нэг мод авч, түүн дээр нь “Иосефт, өөрөөр хэлбэл Ефраимын модонд, мөн түүний нөхөд болох Израилийн бүх гэрт” гэж бич. Тэгээд тэдгээрийг нэгийг нь нөгөөд нь нийлүүлэн нэг мод болго; тэгвэл тэд чиний гарт нэг болно. Езекиел 37:15–17.</w:t>
      </w:r>
    </w:p>
    <w:p>
      <w:pPr>
        <w:pStyle w:val="ArticleBody"/>
        <w:jc w:val="left"/>
      </w:pPr>
      <w:r>
        <w:rPr>
          <w:rFonts w:ascii="Times New Roman" w:hAnsi="Times New Roman" w:eastAsia="Times New Roman" w:cs="Times New Roman"/>
        </w:rPr>
        <w:t>Езекиел “түүнчлэн” хэмээн өгүүлэхдээ эш үзүүллэгийн давтаж, дэлгэрүүлэх зарчмыг хэрэглэж байна. Езекиел хоёр саваа—нэгийг нь Иудад, нөгөөг нь Ефраимд зориулан—авах ёстой бөгөөд хоёр саваагаар дүрслэгдсэн эш үзүүллэгийг авч, өмнөх эш үзүүллэгийн дээр давхарлан тавих ёстой. Өмнөх эш үзүүллэгийн дүрслэл нь Езекиел үхсэн, хатаж хуурайшсан яснуудаар дүүрсэн хөндийд аваачигдсан нэгдүгээр ишлэлээс эхэлсэн юм.</w:t>
      </w:r>
    </w:p>
    <w:p>
      <w:pPr>
        <w:pStyle w:val="ArticleScripture"/>
        <w:jc w:val="left"/>
      </w:pPr>
      <w:r>
        <w:rPr>
          <w:rFonts w:ascii="Times New Roman" w:hAnsi="Times New Roman" w:eastAsia="Times New Roman" w:cs="Times New Roman"/>
        </w:rPr>
        <w:t>ЭЗЭНий мутар миний дээр байж, ЭЗЭНий Сүнсээр намайг авч гарган, ясаар дүүрэн байсан хөндийн дунд буулгав. Тэр намайг тэдний эргэн тойронд явуулав. Харагтун, ил хөндийд маш олон яс байв; мөн болгоогтун, тэд маш хатсан байлаа. Тэр надад, “Хүний хүү, эдгээр яс амьдарч чадах уу?” гэж айлдав. Би, “Ай Эзэн БУРХАН, Та мэднэ” гэж хариулав. Тэр дахин надад, “Эдгээр ясанд эш үзүүлж, тэдэнд ийнхүү хэл: Ай хатсан яснууд аа, ЭЗЭНий үгийг сонсогтун. Эзэн БУРХАН эдгээр ясанд ийнхүү айлдаж байна: Харагтун, Би та нарын дотор амьсгал оруулна, тэгвэл та нар амьдрах болно. Би та нарын дээр шөрмөс тавьж, та нарын дээр мах ургуулж, арьсаар бүрхэн, та нарын дотор амьсгал оруулна; тэгвэл та нар амьдрах бөгөөд Би бол ЭЗЭН гэдгийг мэдэх болно” гэв. Тэгээд би тушаагдсанаар эш үзүүлэв. Намайг эш үзүүлж байхад нэгэн чимээ гарч, харагтун, нэгэн доргилт болж, яснууд нийлж, яс нь өөр өөрийн ястайгаа нийлэв. Би харахад, болгоогтун, тэдний дээр шөрмөс, мах урган гарч, дээрээс нь арьс бүрхэв; гэвч тэдний дотор амьсгал байсангүй. Тэгэхэд Тэр надад, “Салхинд эш үзүүл, эш үзүүл, хүний хүү, мөн салхинд ийнхүү хэл: Эзэн БУРХАН ийнхүү айлдаж байна; Ай амьсгал аа, дөрвөн зүгээс ирж, эдгээр алагдагсдын дээр үлээгээрэй, тэгвэл тэд амьдрах болно” гэв. Тэгээд би Түүний надад тушааснаар эш үзүүлтэл амьсгал тэдний дотор орж, тэд амьдарч, хөл дээрээ босов; туйлын агуу их цэрэг болов. Дараа нь Тэр надад, “Хүний хүү, эдгээр яс бол Израилийн бүх гэр мөн. Харагтун, тэд ‘Бидний яс хатжээ, бидний найдвар үгүй болжээ; бид өөрсдийн хувьд таслагджээ’ гэж хэлж байна. Иймээс эш үзүүлж, тэдэнд ийнхүү хэл: Эзэн БУРХАН ийнхүү айлдаж байна; Харагтун, Ай Миний ард түмэн, Би та нарын булшнуудыг нээж, та нарыг булшнуудаас чинь гарган ирүүлж, Израилийн нутагт аваачна. Ай Миний ард түмэн, Би та нарын булшнуудыг нээж, та нарыг булшнуудаас чинь гарган ирүүлэх үед та нар Би бол ЭЗЭН гэдгийг мэдэх болно. Би Өөрийн Сүнсийг та нарын дотор тавина, тэгвэл та нар амьдрах болно; мөн Би та нарыг өөрсдийн нутагт чинь байрлуулна. Тэгээд ЭЗЭН Би үүнийг айлдаж, мөн гүйцэтгэсэн гэдгийг та нар мэдэх болно гэж ЭЗЭН айлдаж байна” гэв. Езекиел 37:1–14.</w:t>
      </w:r>
    </w:p>
    <w:p>
      <w:pPr>
        <w:pStyle w:val="ArticleBody"/>
        <w:jc w:val="left"/>
      </w:pPr>
      <w:r>
        <w:rPr>
          <w:rFonts w:ascii="Times New Roman" w:hAnsi="Times New Roman" w:eastAsia="Times New Roman" w:cs="Times New Roman"/>
        </w:rPr>
        <w:t>Эдгээр өгүүллүүдийн эхнээс л бид үхмэл ясны хөндий нь эцсийн өдрүүд дэх Бурханы ард түмнийг төлөөлдөг, мөн тэднийг хөл дээр нь босгон, сүр хүчтэй их цэрэг болгон зогсоодог дөрвөн салхины тухай мэдээ нь гурав дахь Гаслангийн Исламыг тодорхойлдог Шөнө дундын хашхирааны мэдээ мөн гэдгийг харуулсан. Хатан дүү Уайт эдгээр ясыг Бурханы ард түмэн хэмээн тодорхойлдог.</w:t>
      </w:r>
    </w:p>
    <w:p>
      <w:pPr>
        <w:pStyle w:val="ArticleScripture"/>
        <w:jc w:val="left"/>
      </w:pPr>
      <w:r>
        <w:rPr>
          <w:rFonts w:ascii="Times New Roman" w:hAnsi="Times New Roman" w:eastAsia="Times New Roman" w:cs="Times New Roman"/>
        </w:rPr>
        <w:t>“Эзэн Өөрөөсөө нүүр буруулсан, хуурай яс мэт болсон ард түмэн дээрээ амьсгалан, тэднийг амьдруулах болтугай хэмээн би үзгээ тавьж, сэтгэлээ залбиралд өргөнө.” General Conference Bulletin, February 4, 1893.</w:t>
      </w:r>
    </w:p>
    <w:p>
      <w:pPr>
        <w:pStyle w:val="ArticleBody"/>
        <w:jc w:val="left"/>
      </w:pPr>
      <w:r>
        <w:rPr>
          <w:rFonts w:ascii="Times New Roman" w:hAnsi="Times New Roman" w:eastAsia="Times New Roman" w:cs="Times New Roman"/>
        </w:rPr>
        <w:t>Өмнөх өгүүллүүддээ бид 2020 оны 7-р сарын 18-ны өдрийг тогтоон заасан эш үзүүллэгийн мэдээ нь эндүү байсан бөгөөд тэрхүү хуурамч тунхаглал нь арван охины тухай үлгэр дэх анхны урам хугаралт болон саатлын цагийн ирснийг тэмдэглэснийг харуулсан билээ. Миллерийн хөдөлгөөний үед цаг хугацааг тунхагласан мэдээ хууль ёсны байсан боловч 1844 оноос хойш хугацаанд түшиглэсэн өөр ямар ч мэдээ дахин байх ёсгүй байсан юм. Future for America 2020 оны 7-р сарын 18-ны өдрийн тухай тунхаглалыг хийхдээ, цаг хугацааг тунхаглах нь хүлээн зөвшөөрөгдөж байсан түүх рүү буцан гулсаж орсон бөгөөд ийнхүү тэд нүгэл үйлдэж, Илчлэлт номын арван нэгдүгээр бүлэгт гардаг агуу хотын гудамжинд алагдсан юм. Гудамжинд үхсэн тэдэнд, гурав хагас өдрийн дараа хоёр гэрч амилуулагдсанчлан, дараа нь амилалт хэрэгтэй болсон юм.</w:t>
      </w:r>
    </w:p>
    <w:p>
      <w:pPr>
        <w:pStyle w:val="ArticleScripture"/>
        <w:jc w:val="left"/>
      </w:pPr>
      <w:r>
        <w:rPr>
          <w:rFonts w:ascii="Times New Roman" w:hAnsi="Times New Roman" w:eastAsia="Times New Roman" w:cs="Times New Roman"/>
        </w:rPr>
        <w:t>“Хуурай яснууд нь Бурханы Ариун Сүнсээр амьсгалуулагдах хэрэгтэй бөгөөд ингэснээр тэд үхэгсдээс амилалтын адил хөдөлгөөнд орж чадна.” Bible Training School, December 1, 1903.</w:t>
      </w:r>
    </w:p>
    <w:p>
      <w:pPr>
        <w:pStyle w:val="ArticleBody"/>
        <w:jc w:val="left"/>
      </w:pPr>
      <w:r>
        <w:rPr>
          <w:rFonts w:ascii="Times New Roman" w:hAnsi="Times New Roman" w:eastAsia="Times New Roman" w:cs="Times New Roman"/>
        </w:rPr>
        <w:t>Өмнөх өгүүллүүдэд бид хоёр гэрчийг амилуулдаг дөрвөн салхины мэдээ нь гурав дахь Гаслангийн Исламын мэдээ мөн бөгөөд уг мэдээ нь эцсийн өдрүүдийн Шөнө дундын Хашхирааны мэдээ болохыг харуулсан. Езекиел “цаашилбал” хэмээн хэлээд, үүгээрээ Шөнө дундын Хашхирааны тунхаглалыг дүрслэн үзүүлдэг түүхийн үеэр нэг нь Ефраим, нөгөө нь Иуда хэмээн төлөөлөгдсөн хоёр савааг хооронд нь нийлүүлж, нэг үндэстэн болгох ёстой байсныг тодорхойлсон. Арван охины тухай сургаалт зүйрлэл Миллеритүүдийн түүхэнд биелсэнтэй адил, эцсийн өдрүүдэд ч “үсэг бүрчлэн” биелдэг. Шөнө дундын Хашхираа Миллеритүүдийн түүхэнд биелж байсан үед, мөн эцсийн өдрүүдийн дахин биелэлд, “хоёр саваа” нэгдэж байсан бөгөөд нэгдэх болно.</w:t>
      </w:r>
    </w:p>
    <w:p>
      <w:pPr>
        <w:pStyle w:val="ArticleBody"/>
        <w:jc w:val="left"/>
      </w:pPr>
      <w:r>
        <w:rPr>
          <w:rFonts w:ascii="Times New Roman" w:hAnsi="Times New Roman" w:eastAsia="Times New Roman" w:cs="Times New Roman"/>
        </w:rPr>
        <w:t>Хоёр саваа нь эртний Израилийн хойд (Ефраим) болон өмнөд хаант улсуудыг (Иуда) төлөөлж байв. Түүнчлэн бид Вильям Миллерийг Елиагаар хэв шинжлэгдсэн байсныг, мөн ган гачгийн гурван жил хагасын хугацаанд Елиа Зарафатын бэлэвсэн эмэгтэй дээр очсон байсныг харуулсан.</w:t>
      </w:r>
    </w:p>
    <w:p>
      <w:pPr>
        <w:pStyle w:val="ArticleScripture"/>
        <w:jc w:val="left"/>
      </w:pPr>
      <w:r>
        <w:rPr>
          <w:rFonts w:ascii="Times New Roman" w:hAnsi="Times New Roman" w:eastAsia="Times New Roman" w:cs="Times New Roman"/>
        </w:rPr>
        <w:t>ЭЗЭНий үг түүнд ирж, ийн айлдав: «Бос, Зидоны харьяа Зарефат уруу явж, тэнд оршин суу. Үзэгтүн, Би тэндэх нэгэн бэлэвсэн эмэгтэйд чамайг тэтгэхийг тушаасан.» Тэр босож, Зарефат уруу явав. Түүнийг хотын хаалганд хүрч ирэхэд, үзэгтүн, бэлэвсэн эмэгтэй тэнд түлээ түүж байв. Тэр эмэгтэйг дуудаж, «Надад уухын тулд саванд жаахан ус авчирч өгөөч» гэв. Түүнийг ус авахаар явж байхад тэр дахин дуудаж, «Надад гартаа жаахан талх авчирч өгөөч» гэв. Харин тэр эмэгтэй: «Таны Бурхан ЭЗЭН амьд буйгаар тангараглая, надад талх огт алга. Зөвхөн саванд атгахан гурил, лонхонд жаахан тос байна. Үзэгтүн, би хоёрхон мөчир түүж байна; тэгээд орж, өөртөө болон хүүдээ бэлтгэн, идээд үхэх гэсэн юм» гэв. Елиа түүнд: «Бүү ай. Явж, хэлсэн ёсоороо хий. Гэвч түүнээсээ эхлээд надад жаахан бин хийж авчир. Дараа нь өөртөө болон хүүдээ хий. Учир нь Израилийн Бурхан ЭЗЭН ийн айлдаж байна: ЭЗЭН газар дэлхий дээр бороо оруулах өдрийг хүртэл савтай гурил барагдахгүй, лонхтой тос тасрахгүй» гэв. Тэгээд тэр эмэгтэй явж, Елиагийн хэлсэн ёсоор үйлдэв. Тийнхүү тэр эмэгтэй, Елиа болон түүний гэрийнхэн олон өдрийн турш идэцгээв. Хаадын дээд 17:8–15.</w:t>
      </w:r>
    </w:p>
    <w:p>
      <w:pPr>
        <w:pStyle w:val="ArticleBody"/>
        <w:jc w:val="left"/>
      </w:pPr>
      <w:r>
        <w:rPr>
          <w:rFonts w:ascii="Times New Roman" w:hAnsi="Times New Roman" w:eastAsia="Times New Roman" w:cs="Times New Roman"/>
        </w:rPr>
        <w:t>Энэ хэсэг дэх “олон өдөр” нь Ахаб Елиаг эрэн хайсан гурван жил хагасыг заахын зэрэгцээ папын хавчлагын нэг мянга хоёр зуун жаран жилийг төлөөлсөн юм. Папын хавчлагын “олон өдөр”-ийн талаар Есүс ингэж айлдсан:</w:t>
      </w:r>
    </w:p>
    <w:p>
      <w:pPr>
        <w:pStyle w:val="ArticleScripture"/>
        <w:jc w:val="left"/>
      </w:pPr>
      <w:r>
        <w:rPr>
          <w:rFonts w:ascii="Times New Roman" w:hAnsi="Times New Roman" w:eastAsia="Times New Roman" w:cs="Times New Roman"/>
        </w:rPr>
        <w:t>Хэрэв тэр өдрүүд богиносгогдохгүйсэн бол ямар ч махан бие аврагдахгүй байх байв; харин сонгогдогсдын төлөө тэр өдрүүд богиносгогдох болно. Матай 24:22.</w:t>
      </w:r>
    </w:p>
    <w:p>
      <w:pPr>
        <w:pStyle w:val="ArticleBody"/>
        <w:jc w:val="left"/>
      </w:pPr>
      <w:r>
        <w:rPr>
          <w:rFonts w:ascii="Times New Roman" w:hAnsi="Times New Roman" w:eastAsia="Times New Roman" w:cs="Times New Roman"/>
        </w:rPr>
        <w:t>Цагаан эгч Есүсийн “тэр өдрүүд” хэмээх айлдварыг папын хавчлагын үе хэмээн шууд тодорхойлсон байдаг.</w:t>
      </w:r>
    </w:p>
    <w:p>
      <w:pPr>
        <w:pStyle w:val="ArticleScripture"/>
        <w:jc w:val="left"/>
      </w:pPr>
      <w:r>
        <w:rPr>
          <w:rFonts w:ascii="Times New Roman" w:hAnsi="Times New Roman" w:eastAsia="Times New Roman" w:cs="Times New Roman"/>
        </w:rPr>
        <w:t>“Сүмийн хавчлага 1260 жилийн бүхэл бүтэн хугацааны турш үргэлжлээгүй. Бурхан Өөрийн ард түмэнд өршөөл үзүүлэн тэдний гал мэт ширүүн сорилтын хугацааг богиносгосон юм. Аврагч сүм дээр ирэх ‘агуу их зовлон’-ыг урьдчилан айлдахдаа: ‘Хэрэв тэр өдрүүдийг богиносгоогүйсэн бол ямар ч махан бие аврагдахгүй байхсан. Харин сонгогдогсдын төлөө тэр өдрүүд богиносгогдох болно’ гэж айлдсан. Матай 24:22. Шинэчлэлийн нөлөөгөөр хавчлага 1798 оноос өмнө төгсгөл болсон.” Агуу тэмцэл, 266, 267.</w:t>
      </w:r>
    </w:p>
    <w:p>
      <w:pPr>
        <w:pStyle w:val="ArticleBody"/>
        <w:jc w:val="left"/>
      </w:pPr>
      <w:r>
        <w:rPr>
          <w:rFonts w:ascii="Times New Roman" w:hAnsi="Times New Roman" w:eastAsia="Times New Roman" w:cs="Times New Roman"/>
        </w:rPr>
        <w:t>Елиаг бэлэвсэн эмэгтэйн тэжээлээр тэтгэгдсэн тэрхүү «олон өдрүүд» нь мөн Даниелын тодорхойлсон папын хавчлагын «олон өдрүүд» байсан юм.</w:t>
      </w:r>
    </w:p>
    <w:p>
      <w:pPr>
        <w:pStyle w:val="ArticleScripture"/>
        <w:jc w:val="left"/>
      </w:pPr>
      <w:r>
        <w:rPr>
          <w:rFonts w:ascii="Times New Roman" w:hAnsi="Times New Roman" w:eastAsia="Times New Roman" w:cs="Times New Roman"/>
        </w:rPr>
        <w:t>Ард түмний дундах ухааралтай хүмүүс олныг сургамжилна; гэвч тэд олон өдрийн турш илдээр, галаар, олзлолтоор, дээрэм тонуулгаар унана. Харин тэднийг унах үед багахан тусламжаар тэтгэгдэнэ; гэвч олон хүн зусардлаар тэдэнтэй нийлнэ. Мөн ухааралтай тэдний зарим нь тэднийг сорихын тулд, цэвэршүүлэхийн тулд, цагаатгахын тулд, төгсгөлийн цаг хүртэл унана; учир нь энэ нь товлогдсон цагийн төлөө юм. Даниел 11:33–35.</w:t>
      </w:r>
    </w:p>
    <w:p>
      <w:pPr>
        <w:pStyle w:val="ArticleBody"/>
        <w:jc w:val="left"/>
      </w:pPr>
      <w:r>
        <w:rPr>
          <w:rFonts w:ascii="Times New Roman" w:hAnsi="Times New Roman" w:eastAsia="Times New Roman" w:cs="Times New Roman"/>
        </w:rPr>
        <w:t>Зөгнөлүүд дэх “эцсийн цаг” буюу мөн эдгээр эшлэлүүдэд гардаг “тогтоогдсон цаг” нь 1798 он байсан бөгөөд энэ нь Царефатын бэлэвсэн эмэгтэйтэй хамт байсан Елиагийн цаг үеэр дүрслэгдэн урьдчилан үзүүлэгдсэнчлэн папын хавчлагын төгсгөлийг тэмдэглэсэн юм. Тэрхүү түүхэнд гэрлээгүй сүмийг төлөөлдөг бэлэвсэн эмэгтэй нь Илчлэлт номын арван хоёрдугаар бүлэгт цөл дэх сүм хэмээн тодорхойлогдсон байдаг. Тэр нэг мод ч биш, арван мод ч биш, харин хоёр мод түүж байв. Езекиел хоёр мод авч, нэгийг нь Израилийн хойд хаант улсын төлөө, нөгөөг нь Израилийн өмнөд хаант улсын төлөө авч, тэдгээрийг нэг болгон нийлүүлэх ёстой байсан. Тэр хоёр хаант улс хоёулаа хоёр мянга таван зуун хорин жилийн туршид тараагдсан байсан ч Бурхан тэднийг цуглуулна гэсэн амлалтыг өгсөн билээ. Тэр эмэгтэй нэгтгэгдэх ёстой байсан хоёр модыг түүж байсан бөгөөд тэр үүнийг “ЭЗЭН газар дэлхий дээр бороо оруулах өдөр хүртэл” хийж байв.</w:t>
      </w:r>
    </w:p>
    <w:p>
      <w:pPr>
        <w:pStyle w:val="ArticleBody"/>
        <w:jc w:val="left"/>
      </w:pPr>
      <w:r>
        <w:rPr>
          <w:rFonts w:ascii="Times New Roman" w:hAnsi="Times New Roman" w:eastAsia="Times New Roman" w:cs="Times New Roman"/>
        </w:rPr>
        <w:t>Эзэн “бороо” илгээсэн өдөр нь Миллерчүүдийн түүхэн дэх Шөнө дундын хашхирааныг тодорхойлж байсан бөгөөд энэ нь 1844 оны 10 дугаар сарын 22-нд төгсгөлдөө хүрсэн юм. Тэр өдөр Гэрээний Элч анхны хилэнцийн төгсгөл болсон 1798 оноос эхлэн, сүүлчийн хилэнцийн төгсгөл болсон 1844 оны 10 дугаар сарын 22 хүртэл Өөрийн байгуулсан сүмд гэнэт ирсэн билээ. Тэр хугацаанд, Иезекиелийн ясны хөндийн дүрслэлээр төлөөлөгдсөн Шөнө дундын хашхирааны мэдээ биелсэн бөгөөд умард ба өмнөд хаант улсуудын хоёр мод нэгтгэгдэн нэг үндэстэн, нэг хаантай болсон; учир нь 1844 оны 10 дугаар сарын 22-нд Христ Эцэгийн өмнө ирж, хаант улсыг хүлээн авсан юм.</w:t>
      </w:r>
    </w:p>
    <w:p>
      <w:pPr>
        <w:pStyle w:val="ArticleScripture"/>
        <w:jc w:val="left"/>
      </w:pPr>
      <w:r>
        <w:rPr>
          <w:rFonts w:ascii="Times New Roman" w:hAnsi="Times New Roman" w:eastAsia="Times New Roman" w:cs="Times New Roman"/>
        </w:rPr>
        <w:t>“Ариун газрыг цэвэршүүлэхийн тулд Христ бидний тэргүүн тахилчийн хувиар хамгийн ариун газарт орж ирэх нь Даниел 8:14-т үзүүлэгдсэн; Хүний Хүү Өдрүүдийн Эртнийд хүрч ирэх нь Даниел 7:13-т дүрслэгдсэн; мөн Эзэн Өөрийн сүмд ирэх нь Малахиар урьдчилан хэлэгдсэн нь нэг л үйл явдлын дүрслэлүүд юм; үүнийг мөн Матай 25 дахь арван охины тухай сургаалт зүйрлэлд Христийн дүрсэлсэнчлэн, хүргэн гэрлэлтэд ирэх байдлаар төлөөлүүлэн үзүүлсэн юм.” Агуу Тэмцэл, 426.</w:t>
      </w:r>
    </w:p>
    <w:p>
      <w:pPr>
        <w:pStyle w:val="ArticleBody"/>
        <w:jc w:val="left"/>
      </w:pPr>
      <w:r>
        <w:rPr>
          <w:rFonts w:ascii="Times New Roman" w:hAnsi="Times New Roman" w:eastAsia="Times New Roman" w:cs="Times New Roman"/>
        </w:rPr>
        <w:t>Даниелд тодорхойлогдсоны дагуу Христ 1844 оны 10 дугаар сарын 22-нд хаанчлалыг хүлээн авсан.</w:t>
      </w:r>
    </w:p>
    <w:p>
      <w:pPr>
        <w:pStyle w:val="ArticleScripture"/>
        <w:jc w:val="left"/>
      </w:pPr>
      <w:r>
        <w:rPr>
          <w:rFonts w:ascii="Times New Roman" w:hAnsi="Times New Roman" w:eastAsia="Times New Roman" w:cs="Times New Roman"/>
        </w:rPr>
        <w:t>Би шөнийн үзэгдлүүддээ харсан бөгөөд, болгоогтун, хүний Хүүтэй адил нэгэн тэнгэрийн үүлсийн хамт ирж, Өдрүүдийн Эртнийд хүрч ирэв; тэгээд түүнийг Түүний өмнө авчрав. Түүнд ноёрхол, алдар, хаанчлал өгөгдөв, ингэснээр бүх ард түмэн, үндэстэн, хэлтэнүүд Түүнд үйлчлэх болой. Түүний ноёрхол нь өнгөрөн одохгүй мөнхийн ноёрхол мөн, Түүний хаанчлал нь устгагдахгүй юм. Даниел 7:13, 14.</w:t>
      </w:r>
    </w:p>
    <w:p>
      <w:pPr>
        <w:pStyle w:val="ArticleBody"/>
        <w:jc w:val="left"/>
      </w:pPr>
      <w:r>
        <w:rPr>
          <w:rFonts w:ascii="Times New Roman" w:hAnsi="Times New Roman" w:eastAsia="Times New Roman" w:cs="Times New Roman"/>
        </w:rPr>
        <w:t>Езекиелийн хоёр савааг нийлүүлэн нэг болгоход, тэдний дээр нэг хаан байна.</w:t>
      </w:r>
    </w:p>
    <w:p>
      <w:pPr>
        <w:pStyle w:val="ArticleScripture"/>
        <w:jc w:val="left"/>
      </w:pPr>
      <w:r>
        <w:rPr>
          <w:rFonts w:ascii="Times New Roman" w:hAnsi="Times New Roman" w:eastAsia="Times New Roman" w:cs="Times New Roman"/>
        </w:rPr>
        <w:t>Миний зарц Давид тэдний дээр хаан байх болно; мөн тэд бүгд нэг хоньчинтой байх болно. Тэд бас Миний шүүлтүүдээр явж, Миний тогтоолуудыг сахин, тэдгээрийг үйлдэх болно. Тэд Миний зарц Иаковт өгсөн, та нарын өвөг дээдсийн оршин сууж байсан тэр нутагт оршин суух болно; тэнд тэд өөрсдөө, мөн тэдний хүүхдүүд, тэдний хүүхдүүдийн хүүхдүүд үүрд оршин суух болно. Миний зарц Давид үүрд тэдний ноён байх болно. Езекиел 37:24, 25.</w:t>
      </w:r>
    </w:p>
    <w:p>
      <w:pPr>
        <w:pStyle w:val="ArticleBody"/>
        <w:jc w:val="left"/>
      </w:pPr>
      <w:r>
        <w:rPr>
          <w:rFonts w:ascii="Times New Roman" w:hAnsi="Times New Roman" w:eastAsia="Times New Roman" w:cs="Times New Roman"/>
        </w:rPr>
        <w:t>Бүх эш үзүүлэгчид хоорондоо санал нэгтэй байдаг бөгөөд Давид хаан нь 1844 оны 10 дугаар сарын 22-нд Эцэгийн өмнө ирж, Израилийн хоёр саваа болох Израиль (умард хаант улс) ба Иуда (өмнөд хаант улс)-аас цуглуулан нэгтгэсэн хаанчлалыг хүлээн авсан Христ мөн. Хоёр хаант улсын тараагдал 1798-аас 1844 он хүртэлх дөчин зургаан жилийн хугацаанд төгссөн бөгөөд энэ үед Христ эзгүйрүүлж, хөлд талхуулсан сүмийг босгосон юм. Тэр сүмийг босгосныхоо дараа, Малахи номын гуравдугаар бүлгийн биелэл болгон, Гэрээний Элчийн хувиар Өөрийн сүмд гэнэт ирсэн билээ. Езекиел энэ баримттай санал нийлдэг, учир нь бүх эш үзүүлэгчид хоорондоо санал нэгтэй байдаг.</w:t>
      </w:r>
    </w:p>
    <w:p>
      <w:pPr>
        <w:pStyle w:val="ArticleScripture"/>
        <w:jc w:val="left"/>
      </w:pPr>
      <w:r>
        <w:rPr>
          <w:rFonts w:ascii="Times New Roman" w:hAnsi="Times New Roman" w:eastAsia="Times New Roman" w:cs="Times New Roman"/>
        </w:rPr>
        <w:t>Миний зарц Давид тэдний дээр хаан байх болно; мөн тэд бүгд нэг хоньчинтой байх болно. Тэд Миний шүүлтүүдээр алхаж, Миний тогтоолуудыг сахин, тэдгээрийг үйлдэх болно. Тэд Миний зарц Иаковт өгсөн, та нарын өвөг дээдсийн оршин сууж байсан тэр нутагт оршин суух болно; тэд өөрсдөө ч, тэдний хүүхдүүд ч, хүүхдүүдийнх нь хүүхдүүд ч мөнхөд тэнд оршин суух болно. Миний зарц Давид тэдний ноён нь мөнхөд байх болно. Түүнчлэн Би тэдэнтэй энхийн гэрээ байгуулах бөгөөд энэ нь тэдэнтэй байгуулсан мөнхийн гэрээ байх болно. Би тэднийг тогтоон байрлуулж, тэднийг үржүүлэн олшруулах бөгөөд Өөрийн ариун газрыг тэдний дунд үүрд мөнхөд тавих болно. Миний асар майхан ч бас тэдэнтэй хамт байх болно. Тийм ээ, Би тэдний Бурхан байх бөгөөд тэд Миний ард түмэн байх болно. Езекиел 37:24–27.</w:t>
      </w:r>
    </w:p>
    <w:p>
      <w:pPr>
        <w:pStyle w:val="ArticleBody"/>
        <w:jc w:val="left"/>
      </w:pPr>
      <w:r>
        <w:rPr>
          <w:rFonts w:ascii="Times New Roman" w:hAnsi="Times New Roman" w:eastAsia="Times New Roman" w:cs="Times New Roman"/>
        </w:rPr>
        <w:t>Сүмийг босгодог нь Христ мөн.</w:t>
      </w:r>
    </w:p>
    <w:p>
      <w:pPr>
        <w:pStyle w:val="ArticleScripture"/>
        <w:jc w:val="left"/>
      </w:pPr>
      <w:r>
        <w:rPr>
          <w:rFonts w:ascii="Times New Roman" w:hAnsi="Times New Roman" w:eastAsia="Times New Roman" w:cs="Times New Roman"/>
        </w:rPr>
        <w:t>Түүнд хандан ийн хэлэгтүн: Түмэн цэргийн ЭЗЭН ийн айлдаж байна, “Үзэгтүн, нэр нь НАХИА хэмээгдэх Нэгэн байна; Тэр Өөрийн байраас урган гарч, ЭЗЭНий сүмийг барина. Тийм ээ, ЭЗЭНий сүмийг Тэр өөрөө барих бөгөөд, Тэр алдар сууг үүрч, Өөрийн сэнтий дээр сууж захирна; мөн Өөрийн сэнтий дээр тахилч байх болно; амар тайвны зөвлөл тэдний хооронд хоёуланд нь байх болно.” Титмүүд нь Хелемд, Тобиад, Иедаиад, мөн Зефаниагийн хүү Хенд, ЭЗЭНий сүм дотор дурсгал болгон байх болно. Алсад буй хүмүүс ирж, ЭЗЭНий сүмд барилцана, тэгэхэд Түмэн цэргийн ЭЗЭН намайг та нар уруу илгээснийг та нар мэдэх болно. Хэрэв та нар өөрсдийн Бурхан ЭЗЭНий дуу хоолойд хичээнгүйгээр дуулгавартай байваас, энэ нь биелэх болно. Зехариа 6:12–15.</w:t>
      </w:r>
    </w:p>
    <w:p>
      <w:pPr>
        <w:pStyle w:val="ArticleBody"/>
        <w:jc w:val="left"/>
      </w:pPr>
      <w:r>
        <w:rPr>
          <w:rFonts w:ascii="Times New Roman" w:hAnsi="Times New Roman" w:eastAsia="Times New Roman" w:cs="Times New Roman"/>
        </w:rPr>
        <w:t>Христос бол ТЭМҮҮЛЭГЧ МӨЧИР бөгөөд хэрэв тэд Түүний сүмийг нураавал Тэр үүнийг гурав хоногийн дотор босгоно хэмээн Өөрийгөө илчилсэн билээ. Үүнд иудейчүүд: сүмийг барихад дөчин зургаан жил зарцуулсан гэж хариулсан.</w:t>
      </w:r>
    </w:p>
    <w:p>
      <w:pPr>
        <w:pStyle w:val="ArticleScripture"/>
        <w:jc w:val="left"/>
      </w:pPr>
      <w:r>
        <w:rPr>
          <w:rFonts w:ascii="Times New Roman" w:hAnsi="Times New Roman" w:eastAsia="Times New Roman" w:cs="Times New Roman"/>
        </w:rPr>
        <w:t>Тэгэхэд иудейчүүд Түүнд хандан: Чи эдгээрийг үйлдэж байхад бидэнд ямар тэмдэг үзүүлэх вэ? гэж хэлэв. Есүс тэдэнд хариулан: Энэ сүмийг нураа, тэгвэл Би үүнийг гурав хоногийн дотор босгоно гэв. Тэгэхэд иудейчүүд: Энэ сүмийг барихад дөчин зургаан жил зарцуулсан, харин Чи үүнийг гурав хоногийн дотор босгох гэж үү? гэж хэлэв. Иохан 2:18–20.</w:t>
      </w:r>
    </w:p>
    <w:p>
      <w:pPr>
        <w:pStyle w:val="ArticleBody"/>
        <w:jc w:val="left"/>
      </w:pPr>
      <w:r>
        <w:rPr>
          <w:rFonts w:ascii="Times New Roman" w:hAnsi="Times New Roman" w:eastAsia="Times New Roman" w:cs="Times New Roman"/>
        </w:rPr>
        <w:t>Христ энэ хэсэгт Өөрийн биеийн тухай ярьж байсан боловч бүх эш үзүүлэгчид өөрсдийн амьдарч байсан өдрүүдээс илүүтэйгээр эцсийн өдрүүдийн тухай өгүүлдэг. Христ гурав дахь өдөр амилсан нь Шөнө дундын Хашхирааны үеэр Ариун Сүнс асгарахад үхсэн яснууд амилсныг төлөөлсөн юм. Елиагийн гэрчлэлийн сэдэв болсон бороо нь түүний Баал болон Аштартын эш үзүүлэгчидтэй хийсэн сөргөлдөөний оргил үед илэрхийлэгдсэн. Тэгэхэд Елиагийн Бурхан бол жинхэнэ Бурхан мөн, түүнчлэн Елиа бол жинхэнэ эш үзүүлэгч мөн гэдэг нь илтгэн харуулагдсан юм.</w:t>
      </w:r>
    </w:p>
    <w:p>
      <w:pPr>
        <w:pStyle w:val="ArticleBody"/>
        <w:jc w:val="left"/>
      </w:pPr>
      <w:r>
        <w:rPr>
          <w:rFonts w:ascii="Times New Roman" w:hAnsi="Times New Roman" w:eastAsia="Times New Roman" w:cs="Times New Roman"/>
        </w:rPr>
        <w:t>Эхний урам хугаралт ирэх үед протестантууд Баал ба Аштартын эш үзүүлэгчдээр бэлгэдэгдсэнчлэн хуурамч эш үзүүлэгчид болсныг илчилсэн юм. Тэр үед саатлын хугацаа эхэлж, Христ Өөрийн сүмд гэнэт ирэхэд хүргэсэн Шөнийн дунд хашхирааны мэдээнд хөтөлсөн билээ. Шөнийн дунд хашхираан нь ясуудыг хүчирхэг арми болгон өндийлгөдөг Езекиелийн мэдээгээр дүрслэгддэг. Түүнчлэн, тэр хугацаанд (дөчин зургаан жил) хоёр саваа нэгдэн нэг үндэстэн, нэг хаантай болох ёстой байв.</w:t>
      </w:r>
    </w:p>
    <w:p>
      <w:pPr>
        <w:pStyle w:val="ArticleScripture"/>
        <w:jc w:val="left"/>
      </w:pPr>
      <w:r>
        <w:rPr>
          <w:rFonts w:ascii="Times New Roman" w:hAnsi="Times New Roman" w:eastAsia="Times New Roman" w:cs="Times New Roman"/>
        </w:rPr>
        <w:t>ЭЗЭНий үг дахин надад ирж, ийн өгүүлэв: Түүнчлэн, хүний хүү ээ, чи нэг мөчир авч, түүн дээр нь “Иудагийн төлөө, мөн түүний нөхөд болох Израилийн хөвгүүдийн төлөө” гэж бич. Дараа нь өөр нэг мөчир авч, түүн дээр нь “Иосефын төлөө, Ефраимын мөчир, мөн түүний нөхөд болох бүх Израилийн гэрийн төлөө” гэж бич. Тэгээд тэдгээрийг нэг нэгэнд нь нийлүүлж, нэг мөчир болго; тэд чиний гарт нэг болох болно. Танай ард түмний хөвгүүд чамд хандан, “Эдгээр нь юуг илэрхийлж байгааг чи бидэнд хэлж өгөхгүй гэж үү?” хэмээн асуух үед, тэдэнд ийн хэлэгтүн: Эзэн БУРХАН ийн айлдаж байна, Харагтун, Би Ефраимын гарт буй Иосефын мөчир, түүнтэй хамт байгаа Израилийн овгуудыг авч, түүнийг Иудагийн мөчиртэй, өөрөөр хэлбэл түүнтэй хамт нэгтгэн, тэднийг нэг мөчир болгоно; тэд Миний гарт нэг болно. Чиний дээр нь бичсэн мөчрүүд тэдний нүдний өмнө чиний гарт байх болно. Тэдэнд ийн хэлэгтүн: Эзэн БУРХАН ийн айлдаж байна, Харагтун, Би Израилийн хөвгүүдийг тэдний очсон харь үндэстнүүдийн дундаас авч, тал бүрээс нь цуглуулан, өөрсдийнх нь нутагт авчирна. Би тэднийг Израилийн уулс дээрх тэр нутагт нэг үндэстэн болгоно; нэг хаан тэд бүгдийн дээр хаан байх болно. Тэд цаашид хоёр үндэстэн байхаа болино, мөн дахин хэзээ ч хоёр хаант улс болон хуваагдахгүй. Тэд цаашид өөрсдийгөө өөрсдийн шүтээнүүдээр, жигшүүрт зүйлсээр, эсвэл аливаа гэмт үйлдлээрээ бузарлахгүй. Харин Би тэднийг нүгэл үйлдсэн бүх оршин суудаг газруудаас нь аварч, тэднийг цэвэрлэнэ. Тэгээд тэд Миний ард түмэн болж, Би тэдний Бурхан болно. Езекиел 37:15–23.</w:t>
      </w:r>
    </w:p>
    <w:p>
      <w:pPr>
        <w:pStyle w:val="ArticleBody"/>
        <w:jc w:val="left"/>
      </w:pPr>
      <w:r>
        <w:rPr>
          <w:rFonts w:ascii="Times New Roman" w:hAnsi="Times New Roman" w:eastAsia="Times New Roman" w:cs="Times New Roman"/>
        </w:rPr>
        <w:t>Шөнө дундын хашхираан дээр Елиагийн бороо орохоос өмнө бэлэвсэн эмэгтэйний түүж байсан хоёр мод нь сарнин тарсан Израилийн хойд ба өмнөд хаант улсууд байсан бөгөөд тэдгээр нь 1844 оны 10 дугаар сарын 22-нд, эсрэг хэв шинжит Эвлэрүүллийн өдөр эхлэх үед, нэг үндэстэн болгон цуглуулагдах ёстой байв. Учир нь тэр үед Бурхан “тэднийг цэвэрлэнэ” гэсэн амлалт өгөгдсөн байлаа. Мөрдөн шалгах шүүлтийг төлөөлдөг тэрхүү цэвэршүүлэлт тэр үед эхэлсэн юм. Тэр хоёр модны цуглуулалтыг зөвөөр ойлгох ёстой, учир нь Бурхан аливаа зүйлийн төгсгөлийг үргэлж тухайн зүйлийн эхлэлээр дүрслэн үзүүлдэг.</w:t>
      </w:r>
    </w:p>
    <w:p>
      <w:pPr>
        <w:pStyle w:val="ArticleBody"/>
        <w:jc w:val="left"/>
      </w:pPr>
      <w:r>
        <w:rPr>
          <w:rFonts w:ascii="Times New Roman" w:hAnsi="Times New Roman" w:eastAsia="Times New Roman" w:cs="Times New Roman"/>
        </w:rPr>
        <w:t>1844 он нь Израилийн хоёр хаант улсын төгсгөл байсан; учир нь тэр үед тэд нэгэн хаант улс, өөрөөр хэлбэл сүнслэг Израиль болж, түүнээс хойш тэд зөвхөн нэгэн үндэстэн байхаар тогтоогдсон юм. Энэ түүх нь тэд хоёр үндэстэн болсон эхэн үеийн түүхээр, өөрөөр хэлбэл Иеробоамын тэрслүү бослогын түүхээр дүрслэгдсэн билээ.</w:t>
      </w:r>
    </w:p>
    <w:p>
      <w:pPr>
        <w:pStyle w:val="ArticleBody"/>
        <w:jc w:val="left"/>
      </w:pPr>
      <w:r>
        <w:rPr>
          <w:rFonts w:ascii="Times New Roman" w:hAnsi="Times New Roman" w:eastAsia="Times New Roman" w:cs="Times New Roman"/>
        </w:rPr>
        <w:t>Иеробоамын хуурамч шүтлэгийн тогтолцооны түүх нь түүний хаанчлалын төгсгөлд мөн дүрслэгдсэн байх ёстой. Эртний Израилийн эхэнд гарсан Аароны тэрслэл болон хойд хаанчлалын эхэнд гарсан Иеробоамын тэрслэл нь 1863 оны тэрслэлийг төлөөлдөг бөгөөд Иеробоамын хаанчлалын төгсгөлийг хоёр савааг нийлүүлэхээр төлөөлүүлэн 1863 оны дээр давхардуулан тавих үед л 1863 он тодорхой ойлгогддог. Тэгэхэд л 1863 он атаархлын хөргийг босгосон нэгэн үеийнхэн хэмээн төлөөлөгдөн харагддаг.</w:t>
      </w:r>
    </w:p>
    <w:p>
      <w:pPr>
        <w:pStyle w:val="ArticleBody"/>
        <w:jc w:val="left"/>
      </w:pPr>
      <w:r>
        <w:rPr>
          <w:rFonts w:ascii="Times New Roman" w:hAnsi="Times New Roman" w:eastAsia="Times New Roman" w:cs="Times New Roman"/>
        </w:rPr>
        <w:t>Бид энэхүү судлалыг дараагийн өгүүлэлд үргэлжлүүлнэ.</w:t>
      </w:r>
    </w:p>
    <w:p>
      <w:pPr>
        <w:pStyle w:val="ArticleScripture"/>
        <w:jc w:val="left"/>
      </w:pPr>
      <w:r>
        <w:rPr>
          <w:rFonts w:ascii="Times New Roman" w:hAnsi="Times New Roman" w:eastAsia="Times New Roman" w:cs="Times New Roman"/>
        </w:rPr>
        <w:t>“Гэвч хуурай ясны тухай энэ зүйрлэл зөвхөн ертөнцөд хамаараад зогсохгүй, агуу гэрлээр ерөөгдсөн хүмүүст ч мөн адил хамаарна; учир нь тэд ч бас хөндийн араг яснуудтай адил юм. Тэд хүнд байх хэлбэр, биеийн бүтцийг агуулдаг; гэвч тэдэнд сүнслэг амь байхгүй. Харин энэ сургаалт зүйрлэл хуурай яснуудыг зөвхөн хүний дүрс болгон хооронд нь холбон үлдээдэггүй; учир нь мөч, төрх байдал нь жигд зөв байх нь хангалтгүй. Амийн амьсгал биеүүдийг амилуулан, тэднийг босоо зогсож, үйл ажиллагаанд ороход хүргэх ёстой. Эдгээр яснууд Израилийн гэр, Бурханы сүмийг төлөөлдөг бөгөөд сүмийн найдвар нь Ариун Сүнсний амилуулах нөлөө мөн. Тэд амьдрахын тулд Эзэн хуурай яснууд дээр амьсгалах ёстой.”</w:t>
      </w:r>
    </w:p>
    <w:p>
      <w:pPr>
        <w:pStyle w:val="ArticleScripture"/>
        <w:jc w:val="left"/>
      </w:pPr>
      <w:r>
        <w:rPr>
          <w:rFonts w:ascii="Times New Roman" w:hAnsi="Times New Roman" w:eastAsia="Times New Roman" w:cs="Times New Roman"/>
        </w:rPr>
        <w:t>Бурханы Сүнс амилуулагч хүчээрээ хүн нэг бүрийн дотор байх учиртай; ингэснээр сүнслэг булчин шөрмөс бүр үйл ажиллагаанд оршино. Ариун Сүнсгүйгээр, Бурханы амьсгалгүйгээр, мөс чанар мохоож, сүнслэг амь алдагддаг. Сүнслэг амьгүй олон хүний нэрс сүмийн бүртгэлд байдаг боловч тэд Хурганы амийн номд бичигдээгүй байдаг. Тэд сүмд нэгдсэн байж болох ч Эзэнтэй нэгдээгүй байдаг. Тэд тодорхой нэгэн багц үүргийг биелүүлэхдээ хичээнгүй байж, амьтай хүмүүс хэмээн тооцогдож болох авч, олон нь “чи амьтай хэмээх нэртэй атлаа үхсэн байна” гэсэн хүмүүсийн тоонд багтдаг.</w:t>
      </w:r>
    </w:p>
    <w:p>
      <w:pPr>
        <w:pStyle w:val="ArticleScripture"/>
        <w:jc w:val="left"/>
      </w:pPr>
      <w:r>
        <w:rPr>
          <w:rFonts w:ascii="Times New Roman" w:hAnsi="Times New Roman" w:eastAsia="Times New Roman" w:cs="Times New Roman"/>
        </w:rPr>
        <w:t>“Сүнс нь Бурханд үнэнээр эргэж хөрвөхгүй аваас; Бурханы амин амьсгал сүнсийг сүнслэг амьдралд амилуулан сэргээхгүй аваас; үнэнийг хүлээн зөвшөөрөгчид тэнгэрээс төрсөн зарчмаар хөдөлгөгдөхгүй аваас, тэд мөнхөд амьдран оршдог үл ялзрах үрээс төрсөн биш юм. Христийн зөвт байдалд өөрсдийн цорын ганц баталгаа хэмээн итгэхгүй аваас; Түүний зан чанарыг дуурайн, Түүний Сүнсээр хөдөлмөрлөхгүй аваас, тэд нүцгэн бөгөөд Түүний зөвт байдлын өмсгөлийг өмсөөгүй байна. Үхэгсэд олонтаа амьд хүмүүс мэтээр тооцогддог; учир нь өөрсдийн үзлээр аврал хэмээн нэрлэдгээ хэрэгжүүлэн боловсруулж буй хүмүүсийн дотор Өөрийн таалалд нийцүүлэн хүсүүлэхүй, үйлдүүлэхүйгээр ажиллагч Бурхан байдаггүй.”</w:t>
      </w:r>
    </w:p>
    <w:p>
      <w:pPr>
        <w:pStyle w:val="ArticleScripture"/>
        <w:jc w:val="left"/>
      </w:pPr>
      <w:r>
        <w:rPr>
          <w:rFonts w:ascii="Times New Roman" w:hAnsi="Times New Roman" w:eastAsia="Times New Roman" w:cs="Times New Roman"/>
        </w:rPr>
        <w:t>“Энэ ангийг Езекиелийн үзэгдэлд харсан хуурай ясны хөндий маш сайн төлөөлдөг.” Review and Herald, 1893 оны 1 дүгээр сарын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 хоёрдугаар бүлэг</dc:title>
  <dc:subject>Эш үзүүлэгч нэгдэл: Эртний Израилийн хуваагдлаас Америкийн Нэгдсэн Улсын төгсгөл хүртэл</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