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Далан Тавын Тоо</w:t>
      </w:r>
    </w:p>
    <w:p>
      <w:pPr>
        <w:pStyle w:val="ArticleSubtitle"/>
        <w:jc w:val="left"/>
      </w:pPr>
      <w:r>
        <w:rPr>
          <w:rFonts w:ascii="Arial" w:hAnsi="Arial" w:eastAsia="Arial" w:cs="Arial"/>
        </w:rPr>
        <w:t>Зөгнөлийн зэрэгцүүлэлүүд: Исаиагийн мэдээнээс өнөөгийн илчлэлтүүд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Исаиа жаран таван жилийн хугацаагаар (долоодугаар бүлэг, наймдугаар ишлэл) дүрслэгдсэн мэдээг Иерусалимын ёс бус удирдагчид хүргэхдээ, МЭӨ 742 онд “угаагчийн талбай”-н дэргэд, “дээд цөөрмийн сувгийн төгсгөл”-д үүнийг хийдэг. МЭӨ 742 он нь 1863 оныг төлөөлдөг. Учир нь Есүс төгсгөлийг үргэлж эхлэлээр дүрслэн үзүүлдэг. Харин 1863 оны тэрсэлдэл нь АНУ дахь Ням гаргийн хуулийг төлөөлдөг. Учир нь Есүс аливаа зүйлийн төгсгөлийг тухайн зүйлийн эхлэлээр үргэлж дүрслэн үзүүлдэг. 1863 он нь хууль ёсоор бүртгэгдсэн Лаодикийн Адвентист сүмийн эхлэл байсан бөгөөд тэр сүм Ням гаргийн хуулийн “агуу газар хөдлөлт”-ийн үед эзгүйрч орхигддог. Улсаар хууль ёсоор захирагддаг корпораци (Сүм нь Улсыг захирдаг байхын эсрэгээр биш) долоо дахь өдрийг шүтэн мөргөхийг яг тэр засгийн газар өөрөө хууль ёсоор хориглож буй цагт, долоо дахь өдрийн Амралтын өдрийг яаж үргэлжлүүлэн сахиж чадах билээ?</w:t>
      </w:r>
    </w:p>
    <w:p>
      <w:pPr>
        <w:pStyle w:val="ArticleBody"/>
        <w:jc w:val="left"/>
      </w:pPr>
      <w:r>
        <w:rPr>
          <w:rFonts w:ascii="Times New Roman" w:hAnsi="Times New Roman" w:eastAsia="Times New Roman" w:cs="Times New Roman"/>
        </w:rPr>
        <w:t>Христийн үйлчлэлийн эхлэл ба төгсгөлд Тэр ариун сүмийг цэвэрлэсэн. Ариун сүмийг анх цэвэрлэхдээ Христ удирдагчид “Эцгийнх нь гэр”-ийг дээрэмчдийн үүр болгосныг илчилсэн бол, ариун сүмийг эцэст нь цэвэрлэхдээ “тэдний гэр” эзгүйрэн тэдэнд орхигдсоныг илэрхийлсэн. Эртний Израиль нь орчин үеийн Израилийг дүрслэн үзүүлдэг. Тэрээр Адвентизмын эхэнд Миллерит ариун сүмийг байгуулж, цэвэрлэсэн; харин эцсийн цэвэрлэгээнд, нэг зуун дөчин дөрвөн мянгыг цэвэрлэх тэр үед, Лаодикийн Адвентизм Түүний амнаас бөөлжигдөн гарч, улмаар “тэдний гэр” эзгүйрэн орхигдоно.</w:t>
      </w:r>
    </w:p>
    <w:p>
      <w:pPr>
        <w:pStyle w:val="ArticleBody"/>
        <w:jc w:val="left"/>
      </w:pPr>
      <w:r>
        <w:rPr>
          <w:rFonts w:ascii="Times New Roman" w:hAnsi="Times New Roman" w:eastAsia="Times New Roman" w:cs="Times New Roman"/>
        </w:rPr>
        <w:t>Исаиа хаан Ахазтай нүүр тулахдаа угаагчийн талбайд байдаг. Угаагчийн талбай нь Өөрийн сүмд гэнэт ирж, Левийн хөвгүүдийг “угаагчийн саван”-гаар мэт ариусгадаг Гэрээний Элчээр үйлдэгдсэн цэвэршүүлэлтийг төлөөлдөг. Энэхүү цэвэршүүлэлт Адвентизмийн эхэнд хэрэгжсэн бөгөөд эцэст нь дахин хэрэгждэг.</w:t>
      </w:r>
    </w:p>
    <w:p>
      <w:pPr>
        <w:pStyle w:val="ArticleScripture"/>
        <w:jc w:val="left"/>
      </w:pPr>
      <w:r>
        <w:rPr>
          <w:rFonts w:ascii="Times New Roman" w:hAnsi="Times New Roman" w:eastAsia="Times New Roman" w:cs="Times New Roman"/>
        </w:rPr>
        <w:t>Харагтун, Би Өөрийн элчийг илгээх бөгөөд тэр Миний өмнө замыг бэлтгэнэ. Та нарын эрж хайж буй Эзэн Өөрийн сүмдээ гэнэт ирнэ; та нарын таашаадаг гэрээний элч, болгоогтун, Тэр ирнэ гэж түмэн цэргийн ЭЗЭН айлдаж байна. Харин Түүний ирэх өдрийг хэн тэсвэрлэж чадах билээ? Тэр үзэгдэхэд хэн тогтож зогсож чадах билээ? Учир нь Тэр бол мөнгө хайлуулагчийн гал мэт, даавуу цайруулагчийн шүлт мэт юм. Тэр мөнгө цэвэршүүлэгч, ариусгагч мэт сууж, Левийн хөвгүүдийг ариусган, тэднийг алт мөнгө шиг цэвэрлэнэ. Ингэснээр тэд ЭЗЭНд зөвт байдлын өргөлийг өргөх болно. Тэгээд Иуда ба Иерусалимын өргөл нь эртний өдрүүдэд байсанчлан, урьдын жилүүдийн адил ЭЗЭНд тааламжтай байх болно. Малахи 3:1–4.</w:t>
      </w:r>
    </w:p>
    <w:p>
      <w:pPr>
        <w:pStyle w:val="ArticleBody"/>
        <w:jc w:val="left"/>
      </w:pPr>
      <w:r>
        <w:rPr>
          <w:rFonts w:ascii="Times New Roman" w:hAnsi="Times New Roman" w:eastAsia="Times New Roman" w:cs="Times New Roman"/>
        </w:rPr>
        <w:t>Исаиа өөрийн хүүгийн тэмдгийн хамт Ахазтай уулздаг бөгөөд хүүгийнх нь нэр эцсийн өдрүүдэд “үлдэгдэл нь буцаж ирнэ” гэдгийг бэлгэддэг. Үлдэгдэл гэдэг нь “буцаж ирдэг” хүмүүс юм. Исаиа 1844 онд Миллерчүүдийн түүхэнд эхэлж, 1863 онд дуулгаваргүй байдлаар төгсгөлдөө хүрсэн сүмийг цэвэршүүлэх түүхийн үеэр хорон муу хаан Ахазтай уулздаг. Эцсийн өдрүүдэд энэ цэвэршүүлэлт нь нэг зуун дөчин дөрвөн мянгыг лацдах түүх мөн. Хэрэв Миллерчүүд 1844 оноос хойш Бурханы нээсэн удирдлагыг дагасан бол тэд ажлыг дуусгах байсан.</w:t>
      </w:r>
    </w:p>
    <w:p>
      <w:pPr>
        <w:pStyle w:val="ArticleScripture"/>
        <w:jc w:val="left"/>
      </w:pPr>
      <w:r>
        <w:rPr>
          <w:rFonts w:ascii="Times New Roman" w:hAnsi="Times New Roman" w:eastAsia="Times New Roman" w:cs="Times New Roman"/>
        </w:rPr>
        <w:t>“1844 оны их урам хугаралтын дараа Адвентистууд итгэлээ бат барин, Бурханы нээгдэж буй удирдамжийг эвтэйгээр даган, гурав дахь тэнгэрэлчийн мэдээг хүлээн авч, Ариун Сүнсний хүчээр түүнийг дэлхийд тунхагласан сан бол тэд Бурханы авралыг үзэх байсан, Эзэн тэдний хүчин чармайлттай хүчтэйгээр хамтран үйлдэх байсан, ажил дуусах байсан, бөгөөд Христ Өөрийн ард түмнийг шагналыг нь хүртээхийн тулд өдийд хэдийн ирэх байсан. Харин урам хугарлын дараа үргэлжилсэн эргэлзээ ба тодорхойгүй байдлын үед, адвентийн итгэгчдийн олонх нь итгэлээсээ няцсан юм.... Ийнхүү ажил саатуулагдаж, дэлхий харанхуйд үлдсэн. Хэрэв Адвентист бүх бие Бурханы тушаалууд болон Есүсийн итгэл дээр нэгдсэнсэн бол, бидний түүх ямар үлэмж өөр байх байсан бол!” Evangelism, 695.</w:t>
      </w:r>
    </w:p>
    <w:p>
      <w:pPr>
        <w:pStyle w:val="ArticleBody"/>
        <w:jc w:val="left"/>
      </w:pPr>
      <w:r>
        <w:rPr>
          <w:rFonts w:ascii="Times New Roman" w:hAnsi="Times New Roman" w:eastAsia="Times New Roman" w:cs="Times New Roman"/>
        </w:rPr>
        <w:t>“Бурханы нээгдэж буй удирдлагыг эв нэгдэлтэйгээр цааш даган мөрдөх” явдалд бүтэлгүйтсэн нь 1856 он гэхэд тэднийг Лаодикеагийн байдалд хүргэсэн бөгөөд үүний дараах 1863 оны бослого нь эртний Израиль арав дахь буюу эцсийн сорилтдоо бүдэрч, улмаар дараагийн дөчин жилийн турш цөлд үхэхээр яллагдсан үед дүрслэгдсэн цөлөөр тэнүүчлэх явдлын эхлэлийг тэмдэглэсэн юм.</w:t>
      </w:r>
    </w:p>
    <w:p>
      <w:pPr>
        <w:pStyle w:val="ArticleBody"/>
        <w:jc w:val="left"/>
      </w:pPr>
      <w:r>
        <w:rPr>
          <w:rFonts w:ascii="Times New Roman" w:hAnsi="Times New Roman" w:eastAsia="Times New Roman" w:cs="Times New Roman"/>
        </w:rPr>
        <w:t>Исаиагийн хүү эцсийн өдрүүдийн сүүлчийн сүмийн цэвэршүүлэлтийн үед “үлдэгдэл нь эргэн ирнэ” гэсэн амлалтыг өгдөг. Тэдний “эргэн ирэх”-ийг Иеремиагаар дүрслэн үзүүлсэн бөгөөд түүнд хэрэв тэр “эргэн ирэх” аваас Бурханы манаач болно хэмээн амлагдсан юм. Нэг зуун дөчин дөрвөн мянга гэдэг нь урам хугарлаас эргэн ирсэн хүмүүс мөн.</w:t>
      </w:r>
    </w:p>
    <w:p>
      <w:pPr>
        <w:pStyle w:val="ArticleBody"/>
        <w:jc w:val="left"/>
      </w:pPr>
      <w:r>
        <w:rPr>
          <w:rFonts w:ascii="Times New Roman" w:hAnsi="Times New Roman" w:eastAsia="Times New Roman" w:cs="Times New Roman"/>
        </w:rPr>
        <w:t>Нэг зуун дөчин дөрвөн мянгад хамаарагдагсад урам хугарал амсаж, Эзэнээ хүлээсэн билээ. Тэд Миллерийн хөдөлгөөний түүхэн дэх ухаалаг онгон бүсгүйчүүдээр төлөөлөгдөн дүрслэгдсэн бөгөөд эхлэл ба төгсгөлийн аль аль түүхэнд, Шөнө дундын хашхирааны үеийн Ариун Сүнсний асгаралтын үед, хоёр саваа нэг үндэстэн болгон нэгтгэгддэг.</w:t>
      </w:r>
    </w:p>
    <w:p>
      <w:pPr>
        <w:pStyle w:val="ArticleBody"/>
        <w:jc w:val="left"/>
      </w:pPr>
      <w:r>
        <w:rPr>
          <w:rFonts w:ascii="Times New Roman" w:hAnsi="Times New Roman" w:eastAsia="Times New Roman" w:cs="Times New Roman"/>
        </w:rPr>
        <w:t>Хорон муу хаан Ахаз нь Иудагийн тэрхүү удирдагчдыг төлөөлдөг бөгөөд тэд мэдээг сонссон атлаа Исаиагийн дамжуулсан мэдээг няцаадаг; тийнхүү тэд “бүдэрч, унаж, эвдрэн хэмхэрч, урхинд орж, баригдана.” Тэд бол “үзмэрч сүнстнүүдээс болон шившлэгтнүүдээс, шивнэн бувтнагчдаас эрэн асуудаг” хүмүүс бөгөөд энэ нь 2 Тесалоник дахь хүчтэй мэхлэлтийг хүлээн авахдаа тэдний автдаг спиритизмын туршлагыг төлөөлдөг. МЭӨ 742 онд Ахаз Исаиагийн мэдээг няцаасан явдал нь 1863 онтой дүйдэг бөгөөд тэр үед Миллерийн мэдээ няцаагдсан юм. Исаиа нь Миллерийн хэв шинж бөгөөд Исаиа, Миллер хоёулынх нь мэдээ “долоон цаг үе”-д үндэслэгдсэн байв; тэрхүү “долоон цаг үе” нь Исаиа 7-р бүлгийн 8-р эшлэлд тулгуур цэгээ олдог. Миллерийн хүү (Исаиагийн хүү) нь эцсийн өдрүүдэд ирэх Елиагийн хөдөлгөөнийг төлөөлдөг.</w:t>
      </w:r>
    </w:p>
    <w:p>
      <w:pPr>
        <w:pStyle w:val="ArticleBody"/>
        <w:jc w:val="left"/>
      </w:pPr>
      <w:r>
        <w:rPr>
          <w:rFonts w:ascii="Times New Roman" w:hAnsi="Times New Roman" w:eastAsia="Times New Roman" w:cs="Times New Roman"/>
        </w:rPr>
        <w:t>Ахазын татгалзлыг нь эсэргүүцэн тунхаглагдсан шүүлт нь түүнийг хойд зүгийн хаанд дийлэгдэхийг зөгнөн хэлсэн бөгөөд тэрхүү хойд зүгийн хаан нь эцсийн өдрүүдэд папын засаглал дор оршдог Орчин үеийн Ромын гурвалсан холбоо мөн.</w:t>
      </w:r>
    </w:p>
    <w:p>
      <w:pPr>
        <w:pStyle w:val="ArticleScripture"/>
        <w:jc w:val="left"/>
      </w:pPr>
      <w:r>
        <w:rPr>
          <w:rFonts w:ascii="Times New Roman" w:hAnsi="Times New Roman" w:eastAsia="Times New Roman" w:cs="Times New Roman"/>
        </w:rPr>
        <w:t>ЭЗЭН дахин надад айлдан өгүүлрүүн: Энэ ард түмэн намуухан урсах Шилоагийн усыг үл ойшоож, Резин болон Ремалиагийн хүүд баясдаг тул, тиймийн тул, болгоогтун, Эзэн тэдний дээр хүчирхэг бөгөөд элбэг арвин голын усыг, өөрөөр хэлбэл Ассирийн хааныг болон түүний бүх сүр жавхланг авчирч байна. Тэрээр бүх голдирлоо халин, бүх эргээ даван оргилох болно. Тэр Иудагаар нэвтэрч, халин бялхаж, даван өнгөрсөөр хүзүү хүрэх хүртэл хүрнэ. Ай Иммануел, түүний жигүүрийн дэлгэлт чиний газрын уудам талыг дүүргэх болно. Исаиа 8:5–8.</w:t>
      </w:r>
    </w:p>
    <w:p>
      <w:pPr>
        <w:pStyle w:val="ArticleBody"/>
        <w:jc w:val="left"/>
      </w:pPr>
      <w:r>
        <w:rPr>
          <w:rFonts w:ascii="Times New Roman" w:hAnsi="Times New Roman" w:eastAsia="Times New Roman" w:cs="Times New Roman"/>
        </w:rPr>
        <w:t>Исаиа эш үзүүлэгч хорон муу хаан Ахазтай дээд цөөрмийн ус дамжуулах сувгийн төгсгөлд уулзсан бөгөөд Христийн үеийн Силоамын цөөрөмтэй тэрхүү дээд цөөрөм адил байсан эсэх талаар Библийн түүхчид болон археологичдын дунд тодорхой бус байдал байдаг боловч Исаиагийн эш үзүүллэгийн агуулга бүх эргэлзээг арилгадаг. Учир нь Исаиа, Ахаз зөөлөн урсдаг Шилоагийн усыг үл хэрэгссэн тул хойд зүгийн хаан түүн дээр ирнэ хэмээн тодорхойлсон билээ. “Шилоа” нь Шинэ Гэрээн дэх “Силоам”-ын Хуучин Гэрээний нэр мөн.</w:t>
      </w:r>
    </w:p>
    <w:p>
      <w:pPr>
        <w:pStyle w:val="ArticleBody"/>
        <w:jc w:val="left"/>
      </w:pPr>
      <w:r>
        <w:rPr>
          <w:rFonts w:ascii="Times New Roman" w:hAnsi="Times New Roman" w:eastAsia="Times New Roman" w:cs="Times New Roman"/>
        </w:rPr>
        <w:t>Есүс сохор хүнийг эдгээсэн газар нь Силоамын цөөрөм байсан бөгөөд хорон муу хаан Ахаз нь эдгэхээс татгалздаг сохор Лаодикийн удирдлагыг — 1863 онд ч, мөн тун удахгүй ирэх Ням гаргийн хуулийн үед ч — төлөөлдөг. “Шилоах” болон “Силоам” гэдэг нь хоёулаа “илгээгдсэн” гэсэн утгатай бөгөөд Эцгээс Хүүд нэгэн мэдээ илгээгдэж, Хүү түүнийг Габриел болон ариун тэнгэр элч нарт дамжуулан Исаиад хүргүүлсэн; Исаиа тэнгэрээс “илгээгдсэн” тэр мэдээг сохор Лаодикийн нэгэн удирдагчид авчирсан юм.</w:t>
      </w:r>
    </w:p>
    <w:p>
      <w:pPr>
        <w:pStyle w:val="ArticleBody"/>
        <w:jc w:val="left"/>
      </w:pPr>
      <w:r>
        <w:rPr>
          <w:rFonts w:ascii="Times New Roman" w:hAnsi="Times New Roman" w:eastAsia="Times New Roman" w:cs="Times New Roman"/>
        </w:rPr>
        <w:t>Исаиа мэдээг тунхагласан дээд цөөрмийн ус дамжуулах хоолой нь Ариун Сүнсний бороо Бурханы ард түмэнд дамжин хүрдэг газрыг төлөөлдөг бөгөөд энэ нь мөн Зехариагийн үзэгдэл дэх алтан хоолойнууд, эсвэл Иаковын зүүдний шатнаар ч дүрслэгдсэн байдаг.</w:t>
      </w:r>
    </w:p>
    <w:p>
      <w:pPr>
        <w:pStyle w:val="ArticleScripture"/>
        <w:jc w:val="left"/>
      </w:pPr>
      <w:r>
        <w:rPr>
          <w:rFonts w:ascii="Times New Roman" w:hAnsi="Times New Roman" w:eastAsia="Times New Roman" w:cs="Times New Roman"/>
        </w:rPr>
        <w:t>“Бурхан бидний төлөө бэлтгэсэн зүйл нь Зехариа 3, 4-р бүлгүүдэд болон 4:12–14-т дүрслэгдсэн байдаг: ‘Тэгээд би дахин хариулж түүнд, Алтан тосоо өөрсдөөсөө хоёр алтан хоолойгоор урсгаж буй эдгээр хоёр чидуны мөчир юу вэ? гэж хэлэв. Тэр надад хариулан, Эдгээр нь юу болохыг чи мэдэхгүй гэж үү? гэв. Би, Үгүй, эзэнтэн минь, гэв. Тэгэхэд тэр, Эдгээр нь бүх газрын Эзэний дэргэд зогсдог тослогдсон хоёр хүн мөн, гэв.’”</w:t>
      </w:r>
    </w:p>
    <w:p>
      <w:pPr>
        <w:pStyle w:val="ArticleScripture"/>
        <w:jc w:val="left"/>
      </w:pPr>
      <w:r>
        <w:rPr>
          <w:rFonts w:ascii="Times New Roman" w:hAnsi="Times New Roman" w:eastAsia="Times New Roman" w:cs="Times New Roman"/>
        </w:rPr>
        <w:t>“Эзэн нөөц баялгаар дүүрэн билээ. Түүнд хэрэгсэл боломжийн ямар ч дутагдал үгүй. Бидний итгэлийн хомсдол, дэлхийлэг байдал, хөнгөн хийсвэр яриа, мөн бидний яриа хөөрөөнд илэрдэг үл итгэлээс болж хар сүүдрүүд бидний эргэн тойронд хуралддаг. Христ Үгээр ч, зан чанараар ч бүхэлдээ хайр татам Нэгэн, түмэн мянгын дундах хамгийн эрхэм Нэгэн хэмээн илчлэгддэггүй. Сүнс хоосон юманд өөрийгөө өргөхөд сэтгэл хангалуун байх үед Эзэний Сүнс түүнд тун бага зүйлийг хийж чадна. Бидний ойрын хараатай үзэл сүүдрийг олж хардаг атлаа, цаадах алдрыг харж чаддаггүй. Тэнгэрэлч нар бүх дэлхийн гадаргуу дээгүүр дайран өнгөрч, зам мөрөндөө сүйрэл ба үхлийг тээхээр мултран тасарч гарахыг эрмэлзсэн хилэнт морь мэт дүрслэгдсэн дөрвөн салхийг тогтоон барьж байна.”</w:t>
      </w:r>
    </w:p>
    <w:p>
      <w:pPr>
        <w:pStyle w:val="ArticleScripture"/>
        <w:jc w:val="left"/>
      </w:pPr>
      <w:r>
        <w:rPr>
          <w:rFonts w:ascii="Times New Roman" w:hAnsi="Times New Roman" w:eastAsia="Times New Roman" w:cs="Times New Roman"/>
        </w:rPr>
        <w:t>“Бид мөнхийн ертөнцийн яг зааг ирмэг дээр унтсаар байх гэж үү? Бид мохоо, хүйтэн, үхмэл байх гэж үү? Өө, Бурхан Өөрийн ард түмэнд үлээсэн Өөрийн Сүнс ба амьсгал манай сүмүүдэд байж, тэд хөл дээрээ босон амьдрах болтугай. Бид зам нь нарийн, хаалга нь давчуу гэдгийг харах хэрэгтэй. Харин бид тэр давчуу хаалгаар нэвтрэн ороход, түүний уудам байдал хязгааргүй юм.” Manuscript Releases, 20-р боть, 216, 217.</w:t>
      </w:r>
    </w:p>
    <w:p>
      <w:pPr>
        <w:pStyle w:val="ArticleBody"/>
        <w:jc w:val="left"/>
      </w:pPr>
      <w:r>
        <w:rPr>
          <w:rFonts w:ascii="Times New Roman" w:hAnsi="Times New Roman" w:eastAsia="Times New Roman" w:cs="Times New Roman"/>
        </w:rPr>
        <w:t>“Алтан тос” гэдэг нь дээрх сангаас доош бууж ирдэг Бурханы Сүнсний мэдээнүүд бөгөөд тэрхүү урсгал хоолой нь Библи ба Зөгнөлийн Сүнсний хоёр гэрч болох хоёр алтан хоолой, өөрөөр хэлбэл Хуучин ба Шинэ Гэрээ, эсвэл хууль ба эш үзүүлэгчид, эсвэл Мосе ба Елиа мөн.</w:t>
      </w:r>
    </w:p>
    <w:p>
      <w:pPr>
        <w:pStyle w:val="ArticleScripture"/>
        <w:jc w:val="left"/>
      </w:pPr>
      <w:r>
        <w:rPr>
          <w:rFonts w:ascii="Times New Roman" w:hAnsi="Times New Roman" w:eastAsia="Times New Roman" w:cs="Times New Roman"/>
        </w:rPr>
        <w:t>“Бүх дэлхийн Эзэний дэргэд зогсогч тослогдогсод нь нэгэн цагт халхлагч херуб байсан Сатанд өгөгдөж байсан байр суурийг эзэлж байна. Өөрийн сэнтийг нь хүрээлэн буй ариун оршнолуудаар дамжуулан Эзэн газар дэлхийн оршин суугчидтай байнгын харилцааг хадгалдаг. Алтан тос нь Бурхан итгэгчдийн дэнлүүг бөхөж унтрахгүй байлгахын тулд тэднийг ханган тэтгэдэг нигүүлслийг илэрхийлдэг. Хэрэв энэ ариун тос Бурханы Сүнсний мэдээнүүдээр дамжин тэнгэрээс асгардаггүйсэн бол, бузар муугийн хүчнүүд хүн төрөлхтнийг бүхэлд нь захирах байсан юм.”</w:t>
      </w:r>
    </w:p>
    <w:p>
      <w:pPr>
        <w:pStyle w:val="ArticleScripture"/>
        <w:jc w:val="left"/>
      </w:pPr>
      <w:r>
        <w:rPr>
          <w:rFonts w:ascii="Times New Roman" w:hAnsi="Times New Roman" w:eastAsia="Times New Roman" w:cs="Times New Roman"/>
        </w:rPr>
        <w:t>“Бурхан бидэнд илгээдэг мэдэгдлүүдийг нь бид хүлээн авдаггүй үед Түүнийг гутаан доромжилдог. Ийнхүү бид Түүний сүнснүүдэд маань юүлэн, харанхуйд буй хүмүүст дамжуулагдах ёстой байсан алтан тосыг няцаадаг. ‘Харагтун, хүргэн ирж байна; түүнийг угтан гарагтун’ гэсэн дуудлага ирэхэд ариун тосыг хүлээн аваагүй, Христийн нигүүлслийг зүрх сэтгэлдээ эрхэмлэн тээж яваагүй хүмүүс мэргэн бус охидын адил Эзэнтэйгээ уулзахад бэлэн бус байгаагаа мэдэх болно. Тэдэнд тосыг олж авах хүч өөрсдөд нь байхгүй бөгөөд тэдний амьдрал сүйрсэн байдаг. Харин Бурханы Ариун Сүнсийг гуйж, Мосегийн адил ‘Надад Өөрийн алдрыг үзүүлээч’ хэмээн гуйн залбирвал, Бурханы хайр бидний зүрх сэтгэлд асгарна. Алтан гуурсаар дамжин алтан тос бидэнд хүргэгдэх болно. ‘Хүчээр ч биш, чадлаар ч биш, харин Миний Сүнсээр болно гэж Түмэн цэргийн ЭЗЭН айлдаж байна.’ Зөвт байдлын Нарны тод цацрагийг хүлээн авснаар Бурханы хүүхдүүд ертөнцөд гэрлүүд мэт гялалзана.” Review and Herald, July 20, 1897.</w:t>
      </w:r>
    </w:p>
    <w:p>
      <w:pPr>
        <w:pStyle w:val="ArticleBody"/>
        <w:jc w:val="left"/>
      </w:pPr>
      <w:r>
        <w:rPr>
          <w:rFonts w:ascii="Times New Roman" w:hAnsi="Times New Roman" w:eastAsia="Times New Roman" w:cs="Times New Roman"/>
        </w:rPr>
        <w:t>Ахазын няцааж байсан тэр мэдээ нь Шөнө дундын Хашхирааны мэдээ байсан бөгөөд хэрэв Лаодикийн удирдагчид 1856 онд өөрсдөд нь “илгээгдсэн” Лаодикт хандсан мэдээг хүлээн авсансан бол, энэ нь Христийн хоёр дахь ирэлтээр оргилдоо хүрэх байсан юм. Тэр мэдээ дараа нь чанга хашхираа болон бадарч, Бурханы ард түмэн ажлаа дуусган, амар тайван болох байсан. Харин үүний оронд тэд аврагдан гарсан бөөлжис рүүгээ дахин буцсан юм.</w:t>
      </w:r>
    </w:p>
    <w:p>
      <w:pPr>
        <w:pStyle w:val="ArticleBody"/>
        <w:jc w:val="left"/>
      </w:pPr>
      <w:r>
        <w:rPr>
          <w:rFonts w:ascii="Times New Roman" w:hAnsi="Times New Roman" w:eastAsia="Times New Roman" w:cs="Times New Roman"/>
        </w:rPr>
        <w:t>Исаиа ба Ахаз нар Малахи номын гуравдугаар бүлэгт Гэрээний Элчээр гүйцэлддэг угаагчийн талбайн ариусгалын үйл явц дунд буйгаар дүрслэгдсэн байдаг. Тэд билэгдлийн утгаар Зехариагийн үзэгдэлд “тос” (мэдээ) юүлэгдэж буй тэр газарт байрлаж байгаа бөгөөд эцсийн өдрүүдэд Исаиагийн Ахазад хандсан мэдээ нь гурав дахь Гаслангийн Исламын мэдээ мөн; энэ нь долоон аянгын далд түүхийн мэдээ мөн; энэ нь найм дахь нь долоогоос гарсан гэсэн мэдээ мөн; энэ нь усан үзмийн талбайн мэдээ мөн; энэ нь “Үнэн”-ий мэдээ мөн бөгөөд эдгээр нь бүгд Есүс Христийн Илчлэлийн бүрэлдэхүүн хэсгүүд бөгөөд эцсийн өдрүүдэд угаагчийн талбайгаар төлөөлүүлсэн ариусгалыг бий болгодог.</w:t>
      </w:r>
    </w:p>
    <w:p>
      <w:pPr>
        <w:pStyle w:val="ArticleBody"/>
        <w:jc w:val="left"/>
      </w:pPr>
      <w:r>
        <w:rPr>
          <w:rFonts w:ascii="Times New Roman" w:hAnsi="Times New Roman" w:eastAsia="Times New Roman" w:cs="Times New Roman"/>
        </w:rPr>
        <w:t>Энэ нь мөн Миллерийн суурийн чулуунаас булангийн тэргүүн чулуу болж хувирдаг “долоон үе”-ийн мэдээ байсан бөгөөд хэвээр ч байна. Учир нь энэ нь анхны үнэн байсан, тиймээс мөн эцсийн үнэн байх ёстой. 1863 он нь 1844 оны 10 дугаар сарын 22-нд гурав дахь тэнгэрэлч ирснээр эхэлж, эцэстээ 1856 онд “долоон үе”-ийн гэрэлд хүрсэн ариусгалын үйл явцын төгсгөлийг тэмдэглэсэн. 1844 онд хоёр мянга гурван зуун жилийн гэрэл нь эхлэлийг тэмдэглэсэн бөгөөд тэр эхлэл нь хоёр мянга таван зуун хорин жилээр тэмдэглэгдсэн төгсгөлд хүргэсэн юм. Гэвч эхлэл ба төгсгөл дэх Лаодикийн сохрол нь эдгээр хоёр үзэгдлийн харилцааг харахаас татгалздаг. 1863 он нь мэдээний лац тайлагдах үед үргэлж тохиолддог ариусгалын үйл явцын төгсгөлийг илэрхийлдэг бөгөөд гурав дахь тэнгэрэлчийн мэдээ 1844 оны 10 дугаар сарын 22-нд лацнаасаа тайлагдсан юм.</w:t>
      </w:r>
    </w:p>
    <w:p>
      <w:pPr>
        <w:pStyle w:val="ArticleBody"/>
        <w:jc w:val="left"/>
      </w:pPr>
      <w:r>
        <w:rPr>
          <w:rFonts w:ascii="Times New Roman" w:hAnsi="Times New Roman" w:eastAsia="Times New Roman" w:cs="Times New Roman"/>
        </w:rPr>
        <w:t>1844 онд лац нь тайлагдсан гурав дахь тэнгэрэлчийн гэрэл нь ганцхан гэрэл байгаагүй; энэ нь Хатагтай Уайт “гурав дахь тэнгэрэлчийн урагшлан дэлгэрэх гэрэл” хэмээн нэрлэснийг хэлж байна. Гурав дахь тэнгэрэлчийн урагшлан дэлгэрэх гэрэл 1844 онд эхэлсэн бөгөөд нигүүлслийн хугацаа хаагдах хүртэл урагшлан дэлгэрсээр байдаг. Гэвч тэр гэрэл анх ирэх үедээ ч, эцэст нь төгсөх үедээ ч, гурав дахь тэнгэрэлчтэй холбоотой тодорхой нэг шалгалтын хугацаа байдаг. Эхлэл ба төгсгөл дэх тэрхүү шалгалтын хугацаанууд нь мөн Даниелын “мэдлэг нэмэгдэх” хэмээн дүрсэлсэн шалгалтын үйл явцыг илэрхийлдэг бөгөөд тэр нь бас гурав дахь тэнгэрэлчийн урагшлан дэлгэрэх гэрэл мөн юм.</w:t>
      </w:r>
    </w:p>
    <w:p>
      <w:pPr>
        <w:pStyle w:val="ArticleBody"/>
        <w:jc w:val="left"/>
      </w:pPr>
      <w:r>
        <w:rPr>
          <w:rFonts w:ascii="Times New Roman" w:hAnsi="Times New Roman" w:eastAsia="Times New Roman" w:cs="Times New Roman"/>
        </w:rPr>
        <w:t>Эхний үеийн шалгалтын үйл явц 1844 онд эхэлсэн бөгөөд урагшлан нэмэгдсэн гэрэл мэдлэгээр өссөөр 1856 онд төгсгөлдөө хүрсэн. Шалгалтын үеийн эхний гэрэл ба төгсгөлийн гэрэл нь Даниелын наймдугаар бүлгийн арван гурав, арван дөрөвдүгээр эшлэл дэх хоёр үзэгдэл бөгөөд эдгээр нь Адвентизмын суурь ба төв баганыг төлөөлдөг.</w:t>
      </w:r>
    </w:p>
    <w:p>
      <w:pPr>
        <w:pStyle w:val="ArticleBody"/>
        <w:jc w:val="left"/>
      </w:pPr>
      <w:r>
        <w:rPr>
          <w:rFonts w:ascii="Times New Roman" w:hAnsi="Times New Roman" w:eastAsia="Times New Roman" w:cs="Times New Roman"/>
        </w:rPr>
        <w:t>Эхний тэнгэрэлчийн сорилтын үе 1840 оны 8 дугаар сарын 11-нд эхэлж, 1844 оны 4 дүгээр сарын 19-ний анхны урам хугарал хүртэл үргэлжилсэн. Дараа нь хоёр дахь тэнгэрэлчийн сорилтын үе эхэлж, 1844 оны 10 дугаар сарын 22 хүртэл үргэлжилсэн. Тэр үед гурав дахь тэнгэрэлч ирж, гурав дахь тэнгэрэлчийн сорилтын үе Лаодикейн Адвентизм 1863 онд гурав дахь тэнгэрэлчийн гэрлийг няцаах хүртэл үргэлжилсэн.</w:t>
      </w:r>
    </w:p>
    <w:p>
      <w:pPr>
        <w:pStyle w:val="ArticleBody"/>
        <w:jc w:val="left"/>
      </w:pPr>
      <w:r>
        <w:rPr>
          <w:rFonts w:ascii="Times New Roman" w:hAnsi="Times New Roman" w:eastAsia="Times New Roman" w:cs="Times New Roman"/>
        </w:rPr>
        <w:t>Миллерит Адвентизмын хувьд гурав дахь тэнгэрэлчийн сорилтын үе эхлэлтэй бөгөөд төгсгөлтэй байсан бөгөөд тэр эхлэл ба төгсгөл нь нэг л зүйлийг төлөөлөх ёстой. Учир нь Есүс аливаа зүйлийн төгсгөлийг үргэлж тухайн зүйлийн эхлэлээр дүрслэн үзүүлдэг. Гурав дахь тэнгэрэлчийн урагшлан дэлгэрч буй гэрлийн нээгдэл нь Даниелын 8-р бүлгийн арван дөрөвдүгээр эшлэлийн үзэгдлийн илрэлтийн гэрэл (the “mareh” vision) байсан. Гурав дахь тэнгэрэлчийн урагшлан дэлгэрч буй гэрлийн төгсгөл нь арван гуравдугаар эшлэлийн ариун сүм ба цэргийг хөл дор гишгэлэн доромжлохын гэрэл (the “chazon” vision) байсан. Эдгээр хоёр үзэгдэл эш үзүүллэгийн хувьд хоорондоо сүлэлдсэн байдаг.</w:t>
      </w:r>
    </w:p>
    <w:p>
      <w:pPr>
        <w:pStyle w:val="ArticleScripture"/>
        <w:jc w:val="left"/>
      </w:pPr>
      <w:r>
        <w:rPr>
          <w:rFonts w:ascii="Times New Roman" w:hAnsi="Times New Roman" w:eastAsia="Times New Roman" w:cs="Times New Roman"/>
        </w:rPr>
        <w:t>Дараа нь чи долоодугаар сарын арав дахь өдөр, эвлэрүүллийн өдөр, юбилейн бүрээг дуугаргагтун; та нар өөрсдийн бүх нутаг даяар бүрээг дуугаргагтун. Левит 25:9.</w:t>
      </w:r>
    </w:p>
    <w:p>
      <w:pPr>
        <w:pStyle w:val="ArticleBody"/>
        <w:jc w:val="left"/>
      </w:pPr>
      <w:r>
        <w:rPr>
          <w:rFonts w:ascii="Times New Roman" w:hAnsi="Times New Roman" w:eastAsia="Times New Roman" w:cs="Times New Roman"/>
        </w:rPr>
        <w:t>1844 оны 10 дугаар сарын 22-нд тохиосон Нүглийг уучлах өдөрт дуугаргах ёстой байсан бүрээ нь Ивээлийн бүрээ байсан бөгөөд энэ нь долоон жилийн ариун мөчлөгийг төлөөлдөг, тийнхүү нийлбэр нь хоёр мянга таван зуун хорин өдөр болдог. Эзэн эртний Израилийг Амлагдсан нутагт шууд оруулахыг зорьсон боловч тэдний тэрслэл үүнийг бүтэлгүй болгосон. Эзэн орчин үеийн Израилийг ч мөн Амлагдсан нутагт шууд оруулахыг зорьсон боловч тэрслэл үүнийг бүтэлгүй болгосон. Хэрэв орчин үеийн Израиль гурав дахь тэнгэрэлчийн өсөн нэмэгдэж буй гэрэлд дуулгавартай байсан бол тэд дэлхийг сэрэмжлүүлэх байсан бөгөөд Эзэн зуу гаруй жилийн өмнө эргэн ирэх байсан.</w:t>
      </w:r>
    </w:p>
    <w:p>
      <w:pPr>
        <w:pStyle w:val="ArticleBody"/>
        <w:jc w:val="left"/>
      </w:pPr>
      <w:r>
        <w:rPr>
          <w:rFonts w:ascii="Times New Roman" w:hAnsi="Times New Roman" w:eastAsia="Times New Roman" w:cs="Times New Roman"/>
        </w:rPr>
        <w:t>Тэр нь биелэхийн тулд Эзэн Миллеритүүдийн дунд өөрчлөлтийн ажлыг үйлдэх шаардлагатай байсан бөгөөд тэрхүү өөрчлөлт нь Сударт Бурханы нууц хэмээн тодорхойлогддог. Хэрэв Адвентизм гурав дахь тэнгэрэлчийн өсөн дэвжих гэрлийг дагасан бол Ойн баярын бүрээ эцсийг хүртэл цуурайтах байсан; учир нь долоо дахь бүрээ дуугарах өдрүүдэд Бурханы нууц гүйцэлддэг билээ. Илчлэлт арван бүлэгт, Ойн баярын бүрээ болох тэр бүрээ, мөн гурав дахь гайгийн бүрээ ч болох тэрхүү бүрээ 1844 оны 10-р сарын 22-нд дуугарч эхэлсэн юм.</w:t>
      </w:r>
    </w:p>
    <w:p>
      <w:pPr>
        <w:pStyle w:val="ArticleScripture"/>
        <w:jc w:val="left"/>
      </w:pPr>
      <w:r>
        <w:rPr>
          <w:rFonts w:ascii="Times New Roman" w:hAnsi="Times New Roman" w:eastAsia="Times New Roman" w:cs="Times New Roman"/>
        </w:rPr>
        <w:t>Тэгээд миний тэнгис дээр болон газар дээр зогсож байхыг харсан тэр тэнгэрэлч гараа тэнгэр өөд өргөн, тэнгэр болон түүний доторх бүхнийг, газар болон түүний доторх бүхнийг, тэнгис болон түүний доторх бүхнийг бүтээсэн, мөнхөөс мөнхөд амьдрагч Түүгээр тангараглан, цаг хугацаа цаашид байхгүй болно гэв. Харин долоо дахь тэнгэрэлчийн дуу хоолойн өдрүүдэд, тэр бүрээгээ үлээж эхлэхэд, Бурханы нууц Өөрийн зарц эш үзүүлэгчдэд тунхагласан ёсоор гүйцэлдэх болно. Илчлэл 10:5–7.</w:t>
      </w:r>
    </w:p>
    <w:p>
      <w:pPr>
        <w:pStyle w:val="ArticleBody"/>
        <w:jc w:val="left"/>
      </w:pPr>
      <w:r>
        <w:rPr>
          <w:rFonts w:ascii="Times New Roman" w:hAnsi="Times New Roman" w:eastAsia="Times New Roman" w:cs="Times New Roman"/>
        </w:rPr>
        <w:t>1844 оны 10 дугаар сарын 22-нд эхэлсэн, гурав дахь тэнгэрэлчийн өсөн дэвжих гэрэл байсан шалган цэвэршүүлэх үйл явц нь Даниелын номын наймдугаар бүлгийн арван дөрөвдүгээр эшлэлийн гэрлээр эхэлж, Даниелын номын наймдугаар бүлгийн арван гуравдугаар эшлэлийн гэрлээр төгссөн юм. Энэ нь арван дөрөвдүгээр эшлэлийн хариугаар эхэлж, арван гуравдугаар эшлэлийн асуултаар төгссөн юм.</w:t>
      </w:r>
    </w:p>
    <w:p>
      <w:pPr>
        <w:pStyle w:val="ArticleBody"/>
        <w:jc w:val="left"/>
      </w:pPr>
      <w:r>
        <w:rPr>
          <w:rFonts w:ascii="Times New Roman" w:hAnsi="Times New Roman" w:eastAsia="Times New Roman" w:cs="Times New Roman"/>
        </w:rPr>
        <w:t>Тэр арван есөн жилийг умард ба өмнөдийн хооронд болсон иргэний дайны үед бэлгэдэлт бус Иудагийн хаан Ахазад Исаиагийн анхааруулах мэдээ ирснээр төлөөлүүлсэн. Тэр арван есөн жил умардын хаан Израилийг боолчлолд авч явснаар төгссөн. Тэр арван есөн жил 1844 онд гурав дахь тэнгэрэлч ирснээс 1863 оны бослого хүртэлх үеийг төлөөлүүлсэн. Гурав дахь тэнгэрэлчийн урагшлан өсөн нэмэгдэх гэрлийг Исаиагийн мэдээгээр илэрхийлсэн.</w:t>
      </w:r>
    </w:p>
    <w:p>
      <w:pPr>
        <w:pStyle w:val="ArticleBody"/>
        <w:jc w:val="left"/>
      </w:pPr>
      <w:r>
        <w:rPr>
          <w:rFonts w:ascii="Times New Roman" w:hAnsi="Times New Roman" w:eastAsia="Times New Roman" w:cs="Times New Roman"/>
        </w:rPr>
        <w:t>Урагшлан өсөн нэмэгдэж байсан тэрхүү гэрлийг няцаасан явдал Миллерит хөдөлгөөний төгсгөлийг авчирсан бөгөөд тэрхүү шалгалтын үед Филаделфийн Миллерит Хөдөлгөөн Лаодикийн Сүмд шилжин орсон юм. МЭӨ 742 онд эхэлсэн арван есөн жил, мөн 1844 онд эхэлсэн арван есөн жил хоёул эцсийн өдрүүд дэх шалгалт ба ариусгалын үйл явцыг, өөрөөр хэлбэл гурав дахь тэнгэрэлчийн урагшлан өсөн нэмэгдэх гэрлийн эцсийн шалгалтын үеийг төлөөлдөг.</w:t>
      </w:r>
    </w:p>
    <w:p>
      <w:pPr>
        <w:pStyle w:val="ArticleBody"/>
        <w:jc w:val="left"/>
      </w:pPr>
      <w:r>
        <w:rPr>
          <w:rFonts w:ascii="Times New Roman" w:hAnsi="Times New Roman" w:eastAsia="Times New Roman" w:cs="Times New Roman"/>
        </w:rPr>
        <w:t>Тэр эцсийн шалгалтын үйл явцад Бурханы нууц гүйцэлдэх болно. Нэг зуун дөчин дөрвөн мянга гэдэг нь хүлээж, эргэн ирж, тамгалагдсан хүмүүс мөн.</w:t>
      </w:r>
    </w:p>
    <w:p>
      <w:pPr>
        <w:pStyle w:val="ArticleScripture"/>
        <w:jc w:val="left"/>
      </w:pPr>
      <w:r>
        <w:rPr>
          <w:rFonts w:ascii="Times New Roman" w:hAnsi="Times New Roman" w:eastAsia="Times New Roman" w:cs="Times New Roman"/>
        </w:rPr>
        <w:t>Гэрчлэлийг боож, хуулийг Миний шавь нарын дунд лацдан битүүмжил. ЭЗЭН Иаковын гэрээс нүүрээ далдалдаг боловч би Түүнийг хүлээнэ, Түүнийг эрэн харна. Үзэгтүн, би болон ЭЗЭНий надад өгсөн хүүхдүүд Израильд тэмдэгүүд ба гайхамшгуудын төлөө, Сион ууланд оршин суугч түг түмдийн ЭЗЭНээс ирэгсэд мөн. Исаиа 8:16–18.</w:t>
      </w:r>
    </w:p>
    <w:p>
      <w:pPr>
        <w:pStyle w:val="ArticleBody"/>
        <w:jc w:val="left"/>
      </w:pPr>
      <w:r>
        <w:rPr>
          <w:rFonts w:ascii="Times New Roman" w:hAnsi="Times New Roman" w:eastAsia="Times New Roman" w:cs="Times New Roman"/>
        </w:rPr>
        <w:t>Эцсийн өдрүүдэд гурав дахь тэнгэрэлчийн өсөн нэмэгдэж буй гэрлийн төгсгөлийн сорилтын үе анхны сорилтын үе эхэлсэн тэр газраас эхэлсэн. Энэ нь Есүс Өөрийн гараа тэнгэр өөд өргөн, “цаашид хугацаа байхгүй” хэмээн тунхагласан үед эхэлсэн юм. Тэрхүү тунхаглал 1844 оны 10 дугаар сарын 22-нд, долоо хэмээх ариун мөчлөгийн төгсгөлд долоо дахь бүрээ Ойн жилийн баярыг зарлан тунхаглах үед болсон. Долоон жилийн мөчлөгийг долоон удаа давтсан нь бодитоор дөчин есөн жил, буюу хоёр мянга таван зуун хорин өдөр байв.</w:t>
      </w:r>
    </w:p>
    <w:p>
      <w:pPr>
        <w:pStyle w:val="ArticleBody"/>
        <w:jc w:val="left"/>
      </w:pPr>
      <w:r>
        <w:rPr>
          <w:rFonts w:ascii="Times New Roman" w:hAnsi="Times New Roman" w:eastAsia="Times New Roman" w:cs="Times New Roman"/>
        </w:rPr>
        <w:t>1989 он нь нэг зуун дөчин дөрвөн мянгатын хөдөлгөөний «эцсийн цаг»-ийг тэмдэглэдэг бөгөөд 1989 он нь мөн 1863 оны тэрслэлээр эхэлсэн нэг зуун хорин зургаан жилийн төгсгөлийг тэмдэглэдэг. Нэг зуун дөчин дөрвөн мянгатын хөдөлгөөн «эцсийн цаг»-т, «долоон цагийн» бэлгэдэлтэйгээр эхэлсэн; учир нь нэг зуун хорин зургаа нь нэг мянга хоёр зуун жаран-ийн аравны нэг бөгөөд, тэр нь эргээд хоёр мянга таван зуун хорийн тал юм.</w:t>
      </w:r>
    </w:p>
    <w:p>
      <w:pPr>
        <w:pStyle w:val="ArticleBody"/>
        <w:jc w:val="left"/>
      </w:pPr>
      <w:r>
        <w:rPr>
          <w:rFonts w:ascii="Times New Roman" w:hAnsi="Times New Roman" w:eastAsia="Times New Roman" w:cs="Times New Roman"/>
        </w:rPr>
        <w:t>Есүс аливаа зүйлийн төгсгөлийг тухайн зүйлийн эхлэлээр үргэлж төлөөлүүлдэг бөгөөд нэг зуун дөчин дөрвөн мянгын хөдөлгөөний эхлэл нь хөдөлгөөний төгсгөлд байдагтай адил “долоон цаг үе”-ийн бэлгэ тэмдгээр тэмдэглэгдсэн юм. Бурханы нууц гүйцэж дуусдаг долоо дахь тэнгэрэлчийн бүрээ дуугарах өдрүүд нь Илчлэл номын арван нэгдүгээр бүлгийн “гурван өдөр хагас”-ын төгсгөлд эхэлсэн. Гурав дахь Гаслан мөн болох Долоо дахь Бүрээ 2023 оны 10 дугаар сарын 7-нд хоёр дахь дохиогоо өгсөн бөгөөд “Өөрийн зарц эш үзүүлэгчдэд тунхагласанчлан” Бурханы нууц одоо төгсөн гүйцэж байна. Хөдөлгөөний төгсгөл нь яг тэрхүү нэгэн хөдөлгөөний эхлэл тэмдэглэгдсэнтэй адил “долоон цаг үе”-ийн бэлгэ тэмдгээр тэмдэглэгдэж байна.</w:t>
      </w:r>
    </w:p>
    <w:p>
      <w:pPr>
        <w:pStyle w:val="ArticleBody"/>
        <w:jc w:val="left"/>
      </w:pPr>
      <w:r>
        <w:rPr>
          <w:rFonts w:ascii="Times New Roman" w:hAnsi="Times New Roman" w:eastAsia="Times New Roman" w:cs="Times New Roman"/>
        </w:rPr>
        <w:t>Төгсгөлийн цагт, 1798 онд, хойд хаант улсын эсрэг Бурханы хилэгнэлтийн “долоон цаг” төгссөн бөгөөд Миллерчүүдийн хөдөлгөөний төгсгөлд “долоон цаг”-тай холбоотой үнэнүүдийг няцаасан явдал 1863 оны тэрслэлтийг тэмдэглэв. Есүс аливаа зүйлийн төгсгөлийг үргэлж ямар нэг зүйлийн эхлэлээр дүрслэн үзүүлдэг бөгөөд эхний тэнгэрэлчийн хөдөлгөөн (Миллерчүүд) нь гурав дахь тэнгэрэлчийн хөдөлгөөнийг (нэг зуун дөчин дөрвөн мянга) дүрслэн үзүүлдэг. Хоёр хөдөлгөөн хоёулаа “долоон цаг”-аар эхэлж, “долоон цаг”-аар төгсөнө. Эдгээрийг та зохиож гаргаж чадахгүй.</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“Хариуцлагатай албан тушаалд байгаа хүмүүс энэ ертөнцийн өөрийгөө эрхлүүлсэн, үрэлгэн зарчмуудад хөрвөн орох ёсгүй, учир нь тэдэнд тийм боломж үгүй; харин боломжтой байсан ч Христтэй адил зарчмууд нь түүнийг зөвшөөрөхгүй. Олон талт сургаал өгөх хэрэгтэй. ‘Тэр хэнд мэдлэг заах вэ? Тэр хэнд сургаалыг ойлгуулах вэ? сүүнээс гарсан, хөхнөөс салсан тэдэнд. Учир нь тушаал дээр тушаал, тушаал дээр тушаал; мөр дээр мөр, мөр дээр мөр; энд жаахан, тэнд жаахан байх ёстой.’ Ийнхүү Эзэний үгийг Бурханы үгэнд итгэдэг эцэг эхчүүд хүүхдүүдийн өмнө тэвчээртэйгээр авчирч, тэдний өмнө байнга байлгах ёстой. ‘Учир нь Тэр энэ ард түмэнд ээрэм хэл, өөр хэлээр ярих болно. Тэр тэдэнд, Энэ бол ядарсныг амрааж болох амралт; энэ бол сэргээлт мөн, гэж хэлсэн боловч тэд сонсохыг хүссэнгүй. Харин Эзэний үг тэдэнд тушаал дээр тушаал, тушаал дээр тушаал; мөр дээр мөр, мөр дээр мөр; энд жаахан, тэнд жаахан байв; ингэснээр тэд явж, арагш унан, хэмхэрч, урхинд орж, баригдах байлаа.’ Яагаад вэ?—учир нь тэд өөрсдөд нь ирсэн Эзэний үгийг анхааран сонсоогүй.”</w:t>
      </w:r>
    </w:p>
    <w:p>
      <w:pPr>
        <w:pStyle w:val="ArticleScripture"/>
        <w:jc w:val="left"/>
      </w:pPr>
      <w:r>
        <w:rPr>
          <w:rFonts w:ascii="Times New Roman" w:hAnsi="Times New Roman" w:eastAsia="Times New Roman" w:cs="Times New Roman"/>
        </w:rPr>
        <w:t>“Энэ нь заавар сургамж хүлээн аваагүй атлаа өөрсдийн мэргэн ухааныг нандигнан, өөрсдийн үзэл санааны дагуу үйлдэхийг сонгосон хүмүүсийг хэлж байна. Эзэн тэдэнд сорилт өгдөг бөгөөд ингэснээр тэд Түүний зөвлөгөөг даган байр сууриа эзлэх үү, эсвэл татгалзан өөрсдийн санаа бодлын дагуу үйлдэх үү гэдэг нь илэрнэ; тэгвэл Эзэн тэднийг гарцаагүй үр дүнд нь орхино. Бидний бүх зам мөрд, Бурханд өргөх бүхий л үйлчлэлд Тэр бидэнд, ‘Зүрх сэтгэлээ Надад өг’ хэмээн айлддаг. Бурханы хүсдэг зүйл бол дуулгавартай, сургамж авахад бэлэн сүнс юм. Залбиралд төгс чанарыг нь өгдөг зүйл нь хайраар дүүрэн, дуулгавартай зүрх сэтгэлээс амьсгалан гардаг явдал мөн.”</w:t>
      </w:r>
    </w:p>
    <w:p>
      <w:pPr>
        <w:pStyle w:val="ArticleScripture"/>
        <w:jc w:val="left"/>
      </w:pPr>
      <w:r>
        <w:rPr>
          <w:rFonts w:ascii="Times New Roman" w:hAnsi="Times New Roman" w:eastAsia="Times New Roman" w:cs="Times New Roman"/>
        </w:rPr>
        <w:t>“Бурхан Өөрийн ард түмнээс тодорхой зүйлсийг шаарддаг; хэрэв тэд, Би энэ зүйлийг хийхийн тулд зүрх сэтгэлээ өгөхгүй, гэж хэлбэл, Эзэн тэднийг тэнгэрлэг мэргэн ухаангүйгээр өөрсдийнх нь боддог мэргэн шүүлт дотор нь үргэлжлүүлэн явуулахыг зөвшөөрдөг бөгөөд ингэснээр энэ Судрын үг [Исаиа 28:13] биелдэг. Та нар, би өөрийн шүүлттэй нийцэж байгаа тодорхой нэг хэмжээнд хүртэл Эзэний удирдамжийг дагана, харин түүнээс цааш өөрийн үзэл санаанаасаа чанга зуурч, Эзэний дүр төрхийн дагуу хэлбэржихээс татгалзана, гэж хэлэх ёсгүй. Асуулт нь, Энэ Эзэний хүсэл мөн үү? гэж тавигдах ёстой болохоос, Энэ нь —–-ийн санал бодол эсвэл шүүлт мөн үү? гэж бус.”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Далан Тавын Тоо</dc:title>
  <dc:subject>Зөгнөлийн зэрэгцүүлэлүүд: Исаиагийн мэдээнээс өнөөгийн илчлэлтүүд хүртэл</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