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Наян Дугаар</w:t>
      </w:r>
    </w:p>
    <w:p>
      <w:pPr>
        <w:pStyle w:val="ArticleSubtitle"/>
        <w:jc w:val="left"/>
      </w:pPr>
      <w:r>
        <w:rPr>
          <w:rFonts w:ascii="Arial" w:hAnsi="Arial" w:eastAsia="Arial" w:cs="Arial"/>
        </w:rPr>
        <w:t>Үзэгдлүүдийн төгсгөл ба эхлэл: Эллен Уайтын 1884 оны сүүлчийн ил үзэгдэл ба түүний ач холбогдол</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2024-02-13</w:t>
      </w:r>
    </w:p>
    <w:p>
      <w:pPr>
        <w:pStyle w:val="ArticleBody"/>
        <w:jc w:val="left"/>
      </w:pPr>
      <w:r>
        <w:rPr>
          <w:rFonts w:ascii="Times New Roman" w:hAnsi="Times New Roman" w:eastAsia="Times New Roman" w:cs="Times New Roman"/>
        </w:rPr>
        <w:t>1884 онд Эллен Уайтын сүүлчийн ил тод үзэгдэл болсон юм. Энэ нь Орегон мужийн Портланд хотод өгөгдсөн. Түүний анхны ил тод үзэгдэл 1844 онд Мэн мужийн Портланд хотод өгөгдсөн билээ. Есүс ямар нэг зүйлийн төгсгөлийг үргэлж түүний эхлэлээр дүрслэн харуулдаг.</w:t>
      </w:r>
    </w:p>
    <w:p>
      <w:pPr>
        <w:pStyle w:val="ArticleScripture"/>
        <w:jc w:val="left"/>
      </w:pPr>
      <w:r>
        <w:rPr>
          <w:rFonts w:ascii="Times New Roman" w:hAnsi="Times New Roman" w:eastAsia="Times New Roman" w:cs="Times New Roman"/>
        </w:rPr>
        <w:t>1844 онд цаг хугацаа өнгөрсний дараахан надад анхны үзэгдэл өгөгдсөн юм. Би Портландад хатагтай Хэйнс дээр зочилж байсан бөгөөд тэрээр Христ доторх эрхэм нэгэн эгч, зүрх сэтгэл нь минийхтэй нягт холбогдсон хүн байв; бид тавуулаа, бүгд эмэгтэйчүүд, гэр бүлийн тахилын ширээний өмнө нам гүмхэн сөхөрч байлаа. Биднийг залбирч байх зуур Бурханы хүч урьд өмнө хэзээ ч мэдэрч байгаагүйгээр минь над дээр бууж ирэв.</w:t>
      </w:r>
    </w:p>
    <w:p>
      <w:pPr>
        <w:pStyle w:val="ArticleScripture"/>
        <w:jc w:val="left"/>
      </w:pPr>
      <w:r>
        <w:rPr>
          <w:rFonts w:ascii="Times New Roman" w:hAnsi="Times New Roman" w:eastAsia="Times New Roman" w:cs="Times New Roman"/>
        </w:rPr>
        <w:t>“Би өөрийгөө гэрлээр хүрээлүүлсэн мэт бөгөөд дэлхийгээс улам бүр дээш өргөгдөн гарч байгаа мэт санагдав. Би дэлхий дээрх адвентист хүмүүсийг харахаар эргэтэл, тэднийг олж чадсангүй. Тэгэхэд нэгэн дуу надад, ‘Дахин хар, бас арай өндөрт хар’ гэв. Үүнийг сонсоод би нүдээ өргөн хартал, дэлхийн дээгүүр өндөрт өргөгдөн тавигдсан шулуун бөгөөд нарийн замыг үзэв. Энэ зам дээр адвентист хүмүүс замын алслагдсан төгсгөлд орших хот уруу аялж байлаа. Тэдний ард, замын эхэнд, тод гэрэл асаан тавигдсан байсан бөгөөд нэгэн тэнгэрэлч надад тэр нь ‘шөнийн дунд гарсан хашхираан’ мөн гэж хэлэв. [МАТАЙ 25:6-Г ҮЗ.] Энэ гэрэл замын бүх уртад тусан гэрэлтэж, тэд бүдрэхгүй байхын тулд хөлд нь гэрэл өгч байв.</w:t>
      </w:r>
    </w:p>
    <w:p>
      <w:pPr>
        <w:pStyle w:val="ArticleScripture"/>
        <w:jc w:val="left"/>
      </w:pPr>
      <w:r>
        <w:rPr>
          <w:rFonts w:ascii="Times New Roman" w:hAnsi="Times New Roman" w:eastAsia="Times New Roman" w:cs="Times New Roman"/>
        </w:rPr>
        <w:t>“Өөрсдийнх нь яг өмнө байж, тэднийг хот уруу удирдан хөтөлж байсан Есүс дээр нүдээ тогтоон харж байсан цагт тэд аюулгүй байв. Гэвч удалгүй зарим нь цуцаж, хот маш хол байна гэж хэлэн, түүнд аль хэдийн орсон байх ёстой байсан хэмээн бодов. Тэгэхэд Есүс алдар суугаар дүүрэн Өөрийн баруун мутрыг өргөн, Түүний мутраас адвентийн бүлгийн дээгүүр намиран гэрэлтэх нэгэн гэрэл гарч ирэхэд, тэд ‘Аллилуйя!’ хэмээн хашхиран дууддаг байв. Бусад нь тэдний ард байсан гэрлийг улайран үгүйсгэж, тэднийг өдий хүртэл хөтөлсөн нь Бурхан биш байсан хэмээн хэлэв. Тэдний ар дахь гэрэл унтарч, хөлийнх нь дор төгс харанхуй болж, тэд бүдэрч, тэмдгээ болон Есүсийг харахаа больж, замаасаа унан доорх харанхуй, ёс бус ертөнц рүү унав.” Christian Experience and Teachings of Ellen G. White, 57.</w:t>
      </w:r>
    </w:p>
    <w:p>
      <w:pPr>
        <w:pStyle w:val="ArticleBody"/>
        <w:jc w:val="left"/>
      </w:pPr>
      <w:r>
        <w:rPr>
          <w:rFonts w:ascii="Times New Roman" w:hAnsi="Times New Roman" w:eastAsia="Times New Roman" w:cs="Times New Roman"/>
        </w:rPr>
        <w:t>Эллен Уайтын зургаан ботит намтрыг түүний ач хүү Артур Л. Уайт бичихдээ, 1893 оны Ерөнхий Чуулганы хуралдаан дээр Жон Лафборогийн хэлсэн нэгэн мэдэгдлийг тэмдэглэн үлдээсэн байдаг.</w:t>
      </w:r>
    </w:p>
    <w:p>
      <w:pPr>
        <w:pStyle w:val="ArticleScripture"/>
        <w:jc w:val="left"/>
      </w:pPr>
      <w:r>
        <w:rPr>
          <w:rFonts w:ascii="Times New Roman" w:hAnsi="Times New Roman" w:eastAsia="Times New Roman" w:cs="Times New Roman"/>
        </w:rPr>
        <w:t>“Ерөнхий Чуулганы хуралдаанд есөн жилийн дараа илтгэл тавихдаа Лафборо: “Би Уайт эгчийг үзэгдэлд ойролцоогоор тавин удаа харсан. Анхны удаа нь бараг дөчин жилийн өмнө байсан.... Түүний хамгийн сүүлчийн ил тод үзэгдэл нь 1884 онд, Орегон мужийн Портланд дахь цуглааны талбай дээр болсон” гэж мэдэгдсэн байна.” Ellen White Biography, volume 3, 256.</w:t>
      </w:r>
    </w:p>
    <w:p>
      <w:pPr>
        <w:pStyle w:val="ArticleBody"/>
        <w:jc w:val="left"/>
      </w:pPr>
      <w:r>
        <w:rPr>
          <w:rFonts w:ascii="Times New Roman" w:hAnsi="Times New Roman" w:eastAsia="Times New Roman" w:cs="Times New Roman"/>
        </w:rPr>
        <w:t>Тэрээр 1884 оноос хойш ч мөн зүүд болон үзэгдлүүдтэй байх ёстой байсан боловч олон нийтийн өмнө болсон үзэгдлүүд эхэлснээсээ яг дөчин жилийн дараа төгссөн бөгөөд нээлттэй үзэгдлүүдийн эхлэл ба төгсгөл хоёулаа Portland нэртэй хотуудад тохиосон юм. Эхний хот нь Америкийн Нэгдсэн Улсын зүүн эрэгт байсан бол сүүлчийн хот нь баруун эрэгт байв. Зарим хүн энэ баримт нь хүний тохиолдлын давхцлаас өөр юу ч илэрхийлэхгүй гэж маргахыг хүсэж болох бөгөөд бусад нь нээлттэй үзэгдлүүдийн зорилго биелсэн тул Эзэн тэдгээрийг дөчин жилийн дараа төгсгөсөн гэж маргаж болох юм.</w:t>
      </w:r>
    </w:p>
    <w:p>
      <w:pPr>
        <w:pStyle w:val="ArticleBody"/>
        <w:jc w:val="left"/>
      </w:pPr>
      <w:r>
        <w:rPr>
          <w:rFonts w:ascii="Times New Roman" w:hAnsi="Times New Roman" w:eastAsia="Times New Roman" w:cs="Times New Roman"/>
        </w:rPr>
        <w:t>Жинхэнэ шалтгаан нь Миллерит хөдөлгөөнд өгөгдсөн эш үзүүллийн бэлгийн эсрэг өсөн нэмэгдэж буй дуулгаваргүй байдал болон тэрслүү явдлаас үүдэлтэй юм.</w:t>
      </w:r>
    </w:p>
    <w:p>
      <w:pPr>
        <w:pStyle w:val="ArticleScripture"/>
        <w:jc w:val="left"/>
      </w:pPr>
      <w:r>
        <w:rPr>
          <w:rFonts w:ascii="Times New Roman" w:hAnsi="Times New Roman" w:eastAsia="Times New Roman" w:cs="Times New Roman"/>
        </w:rPr>
        <w:t>“Би Оакландад ирснийхээ дараа Батл-Крикийн байдал ямар болсныг гүнээр мэдэрч, харин та нарт туслах хүч чадалгүй, дорой байсан юм. Итгэлгүй байдлын хөрөнгө идэвхтэй үйлчилж байгааг би мэдэж байлаа. Бурханы үгийн тодорхой тушаалуудыг үл тоомсорлогчид тэр үгэнд анхаарал хандуулахыг тэдэнд сануулсан гэрчлэлүүдийг мөн үл ойшоож байв. Өнгөрсөн өвөл Хилдсбургт байхдаа би маш их залбирч, түгшүүр, уй гашуугийн хүнд ачаанд дарлагдаж байсан. Гэвч нэгэн удаа би залбирч байх үед Эзэн харанхуйг буцаан зайлуулж, өрөө агуу гэрлээр дүүрэв. Бурханы тэнгэрэлч миний хажууд байлаа, мөн би өөрийгөө Батл-Крикт байгаа мэт санагдав. Би та нарын зөвлөлгөөнүүдийн дунд байв; хэлэгдэж буй үгсийг сонсов, Бурхан хүсвэл миний ой санамжаас үүрд арчигдаасай гэж хүсэмжлэхээр тийм зүйлсийг би үзэж, сонслоо. Миний сэтгэл тийн шархлагдсан тул би юу хийхээ, юу хэлэхээ мэдэхгүй байв. Зарим зүйлийг би дурдаж чадахгүй. Учир нь энэ талаар хэнд ч мэдэгдэхгүй байхыг надад тушаасан, учир нь цаашид олон зүйл хараахан илчлэгдэх ёстой байлаа.”</w:t>
      </w:r>
    </w:p>
    <w:p>
      <w:pPr>
        <w:pStyle w:val="ArticleScripture"/>
        <w:jc w:val="left"/>
      </w:pPr>
      <w:r>
        <w:rPr>
          <w:rFonts w:ascii="Times New Roman" w:hAnsi="Times New Roman" w:eastAsia="Times New Roman" w:cs="Times New Roman"/>
        </w:rPr>
        <w:t>“Надад өгөгдсөн гэрлийг цуглуулан авч, түүний туяаг Бурханы ард түмэнд тусгуулахыг надад хэлсэн. Би үүнийг сонинууд дахь өгүүллүүдээрээ хийж ирсэн. Батл-Крикт надад сүүлчийн хоёр гэрчлэл өгөгдсөний дараа бичигдсэн янз бүрийн зүйлсийг цуглуулахын тулд би хэдэн сарын турш бараг өглөө бүр гурван цагт босдог байлаа. Би эдгээр асуудлыг бичиж тэмдэглэн, та нарт яаравчлан илгээсэн; гэвч би өөртөө зохистой анхаарал тавихыг үл тоомсорлосон бөгөөд үүний үр дүнд ачааллын дор туйлдан унасан; Миний бичсэн зүйлс бүгд Ерөнхий Чуулганд та нарт хүрэхээр бүрэн дуусгагдаагүй байв.</w:t>
      </w:r>
    </w:p>
    <w:p>
      <w:pPr>
        <w:pStyle w:val="ArticleScripture"/>
        <w:jc w:val="left"/>
      </w:pPr>
      <w:r>
        <w:rPr>
          <w:rFonts w:ascii="Times New Roman" w:hAnsi="Times New Roman" w:eastAsia="Times New Roman" w:cs="Times New Roman"/>
        </w:rPr>
        <w:t>“Дахин, залбирч байх үед Эзэн Өөрийгөө илчилсэн. Би дахин Батл Крикт байлаа. Би олон айлаар орж, та нарын ширээ тойрон хэлэлцэж буй үгсийг чинь сонсов. Нарийн зүйлийг нь би одоо өгүүлэх эрх чөлөөгүй байна. Тэдгээрийг дурдахаар хэзээ ч дуудагдахгүй байгаасай гэж би найднам. Надад мөн туйлын онцгой, гүн сэтгэгдэл төрүүлэм хэд хэдэн зүүд зүүдлэгдсэн.”</w:t>
      </w:r>
    </w:p>
    <w:p>
      <w:pPr>
        <w:pStyle w:val="ArticleScripture"/>
        <w:jc w:val="left"/>
      </w:pPr>
      <w:r>
        <w:rPr>
          <w:rFonts w:ascii="Times New Roman" w:hAnsi="Times New Roman" w:eastAsia="Times New Roman" w:cs="Times New Roman"/>
        </w:rPr>
        <w:t>“Та нар ямар дуу хоолойг Бурханы дуу хоолой гэж хүлээн зөвшөөрөх вэ? Эзэн та нарын алдааг засаж, та нарт өөрсдийнхөө зам мөрийг байгаагаар нь харуулахын тулд ямар хүчийг нөөцөн хадгалсан байдаг вэ? Чуулганд үйлдэх ямар хүч байдаг вэ? Хэрэв та нар тодорхойгүй байдлын сүүдэр бүр, эргэлзээ төрүүлэх боломж бүр арилах хүртэл итгэхээс татгалзвал, та нар хэзээ ч итгэхгүй. Төгс мэдлэг шаарддаг эргэлзээ хэзээ ч итгэлд бууж өгөхгүй. Итгэл нь нотолгоон дээр тулгуурладаг болохоос, маргашгүй баталгаан дээр бус. Биднийг эсрэг замыг хөөцөлдөн дагахыг ятган шаардах өөр олон дуу хоолой бидний эргэн тойронд байх үед, Эзэн үүргийн дуу хоолойд дуулгавартай байхыг биднээс шаарддаг. Бурханаас ярьж буй тэрхүү дуу хоолойг ялган танихын тулд биднээс чин сэтгэлийн анхаарал шаардагдана. Түүний өдөөлтүүд зогсож, хүсэл ба түлхэц захирах вий гэдгээс, бид хандлагыг эсэргүүцэн ялж, наймаалцалгүй, буултгүйгээр мөс чанарын дуу хоолойд дуулгавартай байх ёстой. Түүний Сүнсийг сонсохгүй, дуулгавартай байхгүй гэж шийдэн эсэргүүцээгүй бид бүгдэд Эзэний үг ирдэг. Энэ дуу хоолой сануулгад, зөвлөгөөнд, зэмлэлд сонсогддог. Энэ нь Өөрийн ард түмэнд илгээсэн Эзэний гэрлийн мэдээ мөн. Хэрэв бид илүү чанга дуудлагыг эсвэл илүү сайн боломжийг хүлээвэл, гэрэл татагдан авагдаж, бид харанхуйд орхигдож болно.” Testimonies, volume 5, 68.</w:t>
      </w:r>
    </w:p>
    <w:p>
      <w:pPr>
        <w:pStyle w:val="ArticleBody"/>
        <w:jc w:val="left"/>
      </w:pPr>
      <w:r>
        <w:rPr>
          <w:rFonts w:ascii="Times New Roman" w:hAnsi="Times New Roman" w:eastAsia="Times New Roman" w:cs="Times New Roman"/>
        </w:rPr>
        <w:t>Систер Уайт, хэрэв эш үзүүлэгч эмэгтэйн хувьд түүний үйлчлэлийн эсрэг үргэлжилсэн тэрслүү байдал илэрсээр байвал “гэрэл татагдан авч болох бөгөөд,” Лаодикеийн Адвентизм “харанхуйд орхигдох” болно гэдгийг тодорхойлсон. 1915 онд тэрхүү гэрэл татагдан авсан. Бурхан хүссэн үедээ эш үзүүлэгч эсвэл эш үзүүлэгч эмэгтэйг босгон гаргах бүрэн чадалтай байсан бөгөөд одоо ч тийм хэвээр байна. Тэрээр Елиагийн дараа Елишаг босгосон, харин 1915 оноос хойш амьд эш үзүүлэгч босгогдоогүй, учир нь Эзэн “гэрлийг татан авсан” юм.</w:t>
      </w:r>
    </w:p>
    <w:p>
      <w:pPr>
        <w:pStyle w:val="ArticleBody"/>
        <w:jc w:val="left"/>
      </w:pPr>
      <w:r>
        <w:rPr>
          <w:rFonts w:ascii="Times New Roman" w:hAnsi="Times New Roman" w:eastAsia="Times New Roman" w:cs="Times New Roman"/>
        </w:rPr>
        <w:t>Эгч Уайтын зүүд ба үзэгдлүүдийн тухайд, гурван үе байсан. Эхний дөчин жилийн хугацаанд үзэгдлүүд олон нийтийн өмнө тохиолддог байсан бөгөөд энэ нь үзэгдэл тохиолдож байх үед байлцаж байсан хүмүүсийн оюун санаанд тэрхүү авьяасыг тогтоон батлахтай холбоотой зорилгуудын төлөө байв. Дараа нь 1884 оноос түүнийг 1915 онд нас барах хүртэл, Бурханы ард түмнийг мөн л босгон байгуулахын төлөө өгөгдсөн үзэгдэл ба зүүдсүүд байсан боловч тэдгээр нь хувийн байдлаар өгөгдөж байв. Гурав дахь үе 1915 онд эхэлсэн бөгөөд Лаодикийн Адвентизм урвалтын харанхуйд байсан гэдгийн нотолгоог хангасан юм.</w:t>
      </w:r>
    </w:p>
    <w:p>
      <w:pPr>
        <w:pStyle w:val="ArticleBody"/>
        <w:jc w:val="left"/>
      </w:pPr>
      <w:r>
        <w:rPr>
          <w:rFonts w:ascii="Times New Roman" w:hAnsi="Times New Roman" w:eastAsia="Times New Roman" w:cs="Times New Roman"/>
        </w:rPr>
        <w:t>Эртний Израиль нь орчин үеийн Израилийг дүрслэн харуулдаг бөгөөд Ели болон түүний хоёр хүү Хофни, Финехас нараар төлөөлөгдөх тэрхүү бүрэн дэлгэрсэн тэрслүү бослогын үед “ил тод үзэгдэл үгүй” байв. Үүний шалтгаан нь тэдний илэрхий дуулгаваргүй байдал, бослого тэмцэл байсан юм. Бурхан өөрчлөгддөггүй.</w:t>
      </w:r>
    </w:p>
    <w:p>
      <w:pPr>
        <w:pStyle w:val="ArticleScripture"/>
        <w:jc w:val="left"/>
      </w:pPr>
      <w:r>
        <w:rPr>
          <w:rFonts w:ascii="Times New Roman" w:hAnsi="Times New Roman" w:eastAsia="Times New Roman" w:cs="Times New Roman"/>
        </w:rPr>
        <w:t>“Өөр нэгэн сануулгыг Елийн гэрт өгөх ёстой байв. Бурхан тэргүүн тахилч болон түүний хөвгүүдтэй харилцаж чадахгүй байсан; тэдний нүгэл зузаан үүл мэт Түүний Ариун Сүнсний оршихуйг халхалсан байлаа. Гэвч бузар муугийн дунд жаал хүү Самуел Тэнгэрт үнэнч хэвээр үлдсэн бөгөөд Елийн гэрт чиглэсэн яллалтын мэдээ нь Хамгийн Дээд Нэгэний эш үзүүлэгч болох Самуелын даалгавар байсан юм.</w:t>
      </w:r>
    </w:p>
    <w:p>
      <w:pPr>
        <w:pStyle w:val="ArticleScripture"/>
        <w:jc w:val="left"/>
      </w:pPr>
      <w:r>
        <w:rPr>
          <w:rFonts w:ascii="Times New Roman" w:hAnsi="Times New Roman" w:eastAsia="Times New Roman" w:cs="Times New Roman"/>
        </w:rPr>
        <w:t>“‘Тэр өдрүүдэд ЭЗЭНий үг ховор байж, ил тод үзэгдэл байсангүй. Тэр цаг үед Ели өөрийн байранд хэвтэж байхад, нүд нь бүдгэрч, харж чадахгүй болж эхэлсэн байлаа; мөн Бурханы авдар буй ЭЗЭНий сүм дэх Бурханы дэнлүү унтрахаас өмнө, Самуел унтахаар хэвтэж байхад; ЭЗЭН Самуелыг дууджээ.’ Тэр дууг Елийнх гэж бодсон хүүхэд тахилчийн ор луу яаран очиж, “Би энд байна; та намайг дуудсан” гэв. Хариуд нь, “Би дуудаагүй, хүү минь; дахин очиж хэвт” гэжээ. Самуел гурвантаа дуудагдаж, тэр бүрд нь ийнхүү хариулав. Тэгээд Ели тэр нууцлаг дуудлага нь Бурханы дуу мөн гэдэгт итгэв. ЭЗЭН Өөрийн сонгосон зарц, буурал үст тэр хүнийг өнгөрч, нэгэн хүүхэдтэй ярилцахаар ирсэн байв. Энэ нь өөрөө Ели болон түүний гэрийнхэнд өгсөн гашуун атлаа хүртэх ёстой зэмлэл байлаа.” Эцэг өвгөд ба эш үзүүлэгчид, 581.</w:t>
      </w:r>
    </w:p>
    <w:p>
      <w:pPr>
        <w:pStyle w:val="ArticleBody"/>
        <w:jc w:val="left"/>
      </w:pPr>
      <w:r>
        <w:rPr>
          <w:rFonts w:ascii="Times New Roman" w:hAnsi="Times New Roman" w:eastAsia="Times New Roman" w:cs="Times New Roman"/>
        </w:rPr>
        <w:t>Елийн гэрийн урвалтын үед ил тод үзэгдэл үгүй байсан бөгөөд учир нь тэр өдрүүдэд ЭЗЭНий Үг “үнэтэй” байв. “Үнэтэй” хэмээн орчуулагдсан еврей үг нь “ховор” гэсэн утгатай. 1844 оноос 1884 он хүртэл Лаодикеяны Адвентизмд “ил тод үзэгдлүүд” өгөгдөж байсан. Энэ нь эхлээд Филаделфи дахь Миллерит хөдөлгөөний түүхэнд тогтоогдсон бөгөөд 1856 онд Филаделфийн хөдөлгөөн Лаодикеяны хөдөлгөөн уруу шилжсэнийг тодорхойлж эхэлсэн боловч ил тод үзэгдлүүд үргэлжилсээр байсан, учир нь Бурхан урт тэвчээртэй бөгөөд энэрэнгүй билээ.</w:t>
      </w:r>
    </w:p>
    <w:p>
      <w:pPr>
        <w:pStyle w:val="ArticleBody"/>
        <w:jc w:val="left"/>
      </w:pPr>
      <w:r>
        <w:rPr>
          <w:rFonts w:ascii="Times New Roman" w:hAnsi="Times New Roman" w:eastAsia="Times New Roman" w:cs="Times New Roman"/>
        </w:rPr>
        <w:t>Тэгээд 1863 онд суурь үнэнүүдийн эсрэг тэрслэл эхэлсэн боловч “нээлттэй үзэгдлүүд” 1884 он хүртэл үргэлжилсээр байв. Дараа нь өөрчлөлт гарсан. Езекиелийн наймдугаар бүлэгт дөрвөн жигшүүрт явдал шинж чанараараа улам даамжран өсөж буйгаар дүрслэгддэг. 1884 он нь эхний үеийнхэн бараг төгсгөлдөө хүрч, хоёр дахь үеийнхэн эхэлж буйг илэрхийлдэг. Адвентийн түүхэнд 1881 онд, дараа нь 1882 онд дахин, тэрслэл улам өсөн нэмэгдсэн хоёр чухал тохиолдол гарсныг баримтжуулсан байдаг.</w:t>
      </w:r>
    </w:p>
    <w:p>
      <w:pPr>
        <w:pStyle w:val="ArticleBody"/>
        <w:jc w:val="left"/>
      </w:pPr>
      <w:r>
        <w:rPr>
          <w:rFonts w:ascii="Times New Roman" w:hAnsi="Times New Roman" w:eastAsia="Times New Roman" w:cs="Times New Roman"/>
        </w:rPr>
        <w:t>1881 онд Ерөнхий Чуулганы ерөнхийлөгч (Жорж Батлер) *Review and Herald* сэтгүүлд цуврал өгүүллүүд бичиж нийтлүүлсэн бөгөөд тэдгээртээ Библийн зарим хэсэг нь бусад хэсгээсээ илүү онгодоор өгөгдсөн гэж маргасан юм. Түүний өгүүллүүдийн төгсгөлд тэрээр Библийн зарим хэсгийг үнэндээ онгодоор өгөгдөөгүй гэж хүртэл тодорхойлон заасан байна. Үүний дараа 1882 онд хэвлэлийн ажлын удирдагч, мөн тэр үед боловсролын ажлын удирдагч байсан Урайа Смит, Хатагтай Уайт ирээдүйн зөгнөлүүд эсвэл өнгөрсөн үеийн ариун түүхийг үзэгдлээр хүлээн авах үед түүний үгс онгодоор өгөгдсөн байдаг, харин сүмийн гишүүдийн хувийн дутагдлуудыг заан тодорхойлох үед энэ нь ердөө түүний хүний санал бодол төдий гэж зааж эхэлсэн.</w:t>
      </w:r>
    </w:p>
    <w:p>
      <w:pPr>
        <w:pStyle w:val="ArticleBody"/>
        <w:jc w:val="left"/>
      </w:pPr>
      <w:r>
        <w:rPr>
          <w:rFonts w:ascii="Times New Roman" w:hAnsi="Times New Roman" w:eastAsia="Times New Roman" w:cs="Times New Roman"/>
        </w:rPr>
        <w:t>1881 онд Сатан сүмийн ерөнхийлөгчөөр дамжуулан King James Библийн эрх мэдлийн эсрэг ил тод дайралт өрнүүлсэн бөгөөд дараа жил нь боловсрол, хэвлэлийн ажлын удирдагч Зөгнөлийн Сүнсний эрх мэдлийн эсрэг түүнтэй адил довтолгоо өрнүүлэв. 1884 оноос өгсөн гэрчлэл нь, тэр өдрүүдэд ил тод үзэгдэл байгаагүй гэж хэлдэг. 1863 оноос 1881 он хүртэл бослого нь Библи болон Зөгнөлийн Сүнсийг хамруулах хэмжээнд хурцдаж, цаашид зөвхөн суурь үндсүүдийг үгүйсгэснийг төлөөлөхөө больсон юм.</w:t>
      </w:r>
    </w:p>
    <w:p>
      <w:pPr>
        <w:pStyle w:val="ArticleBody"/>
        <w:jc w:val="left"/>
      </w:pPr>
      <w:r>
        <w:rPr>
          <w:rFonts w:ascii="Times New Roman" w:hAnsi="Times New Roman" w:eastAsia="Times New Roman" w:cs="Times New Roman"/>
        </w:rPr>
        <w:t>Езекиелийн наймдугаар бүлэгт дүрслэгдсэн дөрвөн жигшүүрт үйл нь Иерусалимын удирдлагыг төлөөлдөг ахмад настнуудаар үйлдэгддэг бөгөөд тэрхүү удирдлага 1863 онд Лаодикийн Адвентизм хэмээх хуулийн этгээд чуулганы хэлбэрээр эхэлсэн юм. Тэр цаг үед Review and Herald-д нэгэн өгүүлэл нийтлэгдсэн бөгөөд зарим түүхчид түүний зохиогчийг Жэймс Уайт гэж үздэг боловч, уг өгүүллийн баримт нотолгоо нь бодит зохиогч нь харин Урия Смит байсан гэдгийг илүүтэй заадаг. Ямар ч байсан, Иерихог дахин босгохын эсрэг байсан хараал Жэймс Уайтаар тодорхой биелсэн бөгөөд хуурамч 1863 оны хүснэгтийг зохиосон хүн нь Урия Смит байсан юм. 1881 он гэхэд Ерөнхий Бага Хурлын ерөнхийлөгч Библийн бүрэн эрх мэдлийн эсрэг маргасан өгүүллүүдийг Review and Herald-д нийтлүүлж байсан бөгөөд дараа жил нь Урия Смит Зөгнөлийн Сүнсний эрх мэдлийн эсрэг дайралтаа эхлүүлсэн юм.</w:t>
      </w:r>
    </w:p>
    <w:p>
      <w:pPr>
        <w:pStyle w:val="ArticleBody"/>
        <w:jc w:val="left"/>
      </w:pPr>
      <w:r>
        <w:rPr>
          <w:rFonts w:ascii="Times New Roman" w:hAnsi="Times New Roman" w:eastAsia="Times New Roman" w:cs="Times New Roman"/>
        </w:rPr>
        <w:t>Хамгаалагчид байх ёстой байсан эртний хүмүүс Миллерийн зүүдэнд төлөөлөгдөж, Хабакукийн хоёр самбарт дүрслэгдсэн суурь үнэнүүдийн эсрэг дайралтаар эхэлсэн ил тод довтолгоог манлайлан явуулж байв. Тэндээс тэд Библи ба Зөгнөлийн Сүнс хэмээх хоёр гэрч рүү дайрч эхэлсэн. Мөн тэрхүү ижил хугацаанд (1880-аад оны эхээр) эрүүл мэндийн ажлын удирдагч Жон Х. Келлог пантеизмын спиритизмыг сүмийн удирдлагын хүрээнд нэвтрүүлж эхэлсэн. 1881 онд Жеймс Уайт нойрсов, харин Уайт эгч сүмийн боловсрол, эрүүл мэнд, улс төрийн бүтцийн удирдлагын өсөн нэмэгдэж буй бослогын дунд байв.</w:t>
      </w:r>
    </w:p>
    <w:p>
      <w:pPr>
        <w:pStyle w:val="ArticleBody"/>
        <w:jc w:val="left"/>
      </w:pPr>
      <w:r>
        <w:rPr>
          <w:rFonts w:ascii="Times New Roman" w:hAnsi="Times New Roman" w:eastAsia="Times New Roman" w:cs="Times New Roman"/>
        </w:rPr>
        <w:t>1856 онд ирсэн, “долоон цаг”-ийн нэмэгдсэн гэрэл бөгөөд мөн Лаодикийнд хандсан мэдээ байсан тэрхүү мэдээ няцаагдсан байсан бөгөөд Эзэн яг тэрхүү мэдээг 1888 онд Миннеаполис дахь Ерөнхий Чуулган дээр ахлагч Жонс, Ваггонер нарын толилуулсан мэдээгээр дамжуулан давтан өгөхөөр зорьсон юм. Тэдний мэдээ шинэ мэдээ байгаагүй бөгөөд тэдний мэдээг эсэргүүцсэн хүмүүст Уайт эгч хандан ярихдаа, босогчид Жонс, Ваггонер нарын мэдээг эсэргүүцэж буйгаа хуучин тэмдэглэгээнүүдийг, өөрөөр хэлбэл хуучин сууриудыг хамгаалах өөрсдийн үүрэг хариуцлага хэмээн үзэж байсан гэж тодорхойлсон. Тэдний бослого нь 1888 он гэхэд тэд сууриуд юу болохыг цаашид ойлгохоо больсныг илчилсэн бөгөөд суурь үнэнүүд нь Христийн зөвт байдлыг илэрхийлдэг юм. Тэмдэглэгээнүүд болон Уильям Миллерийн дүрмүүдийн хүрээнд тэрээр ийнхүү өгүүлсэн:</w:t>
      </w:r>
    </w:p>
    <w:p>
      <w:pPr>
        <w:pStyle w:val="ArticleScripture"/>
        <w:jc w:val="left"/>
      </w:pPr>
      <w:r>
        <w:rPr>
          <w:rFonts w:ascii="Times New Roman" w:hAnsi="Times New Roman" w:eastAsia="Times New Roman" w:cs="Times New Roman"/>
        </w:rPr>
        <w:t>“Христийн шашин гэж юуг хэлдэг, үнэн гэж юу болох, бидний хүлээн авсан итгэл юу болох, Библийн дүрэм—хамгийн дээд эрх мэдлээс бидэнд өгөгдсөн тэр дүрмүүд—юу болохыг бид өөрсдөө мэддэг байх ёстой. Итгэлээ тулгуурлан тогтоох үндэслэлгүйгээр, тухайн зүйлийн үнэн мөнийг хангалттай нотлох баримтгүйгээр итгэдэг хүмүүс олон байдаг. Хэрэв тэдний урьдаас тогтсон үзэл бодолтой нийцэх нэгэн санааг танилцуулбал, түүнийг тэд даруй хүлээн авахад бэлэн байдаг. Тэд шалтгаанаас үр дагаварт нь хүрч бодож тунгаадаггүй, тэдний итгэл жинхэнэ суурьгүй байдаг бөгөөд сорилтын цагт тэд элсэн дээр барьснаа мэдэх болно.”</w:t>
      </w:r>
    </w:p>
    <w:p>
      <w:pPr>
        <w:pStyle w:val="ArticleScripture"/>
        <w:jc w:val="left"/>
      </w:pPr>
      <w:r>
        <w:rPr>
          <w:rFonts w:ascii="Times New Roman" w:hAnsi="Times New Roman" w:eastAsia="Times New Roman" w:cs="Times New Roman"/>
        </w:rPr>
        <w:t>“Авралдаа хангалттай гэж бодон, Судрын тухай өөрийн одоогийн төгс бус мэдлэгтээ сэтгэл ханан амарч байгаа хүн үхэлд хүргэх мэхлэлтэд түшиглэж байна. Алдааг ялган таньж, үнэн хэмээн тулган хүлээлгэсэн бүх уламжлал ба мухар сүсгийг буруушааж чадахын тулд Судрын үндэслэлүүдээр бүрэн хангагдаагүй олон хүн бий. Сатан Христийн сайн мэдээний энгийн ариун байдлыг завхруулахын тулд Бурханд өргөх мөргөлд өөрийн санаануудыг оруулсан. Одоогийн үнэнийг итгэдэг хэмээн мэдүүлдэг олон хүн нэгэнт ариун хүмүүст тушаагдан өгөгдсөн итгэл—та нарын доторх Христ, алдрын найдвар—юуг бүрдүүлдгийг мэддэггүй. Тэд хуучин зааг тэмдгүүдийг хамгаалж байна гэж боддог ч бүлээвтэр бөгөөд хайхрамжгүй байдаг. Тэд хайр ба итгэлийн жинхэнэ чадлыг өөрсдийн туршлагад нэхэн оруулж, эзэмшинэ гэдэг юу болохыг мэддэггүй. Тэд Библийг ойрхон, нягтлан судлагчид биш, харин залхуу бөгөөд анхааралгүй байдаг. Судрын хэсгүүдийн талаар үзэл бодлын зөрөө гарахад, зорилготойгоор судлаагүй, юунд итгэдгээ шийдэмгий тогтоогоогүй эдгээр хүмүүс үнэнээс хөндийрдөг. Тэд үнэн юу болохыг үнэхээр мэддэг байхын тулд бурханлаг үнэнийг хичээнгүйлэн лавлан шинжлэх шаардлагыг бид бүхэнд хүчтэйгээр ухамсарлуулах ёстой. Зарим нь өөрсдийгөө их мэдлэгтэй хэмээн үзэж, ажилд урьдынхаас илүү хичээл зүтгэлгүй, Бурханд болон Христийн төлөө үхсэн сүнснүүдэд урьдынхаас илүү халуун хайргүй атлаа, өөрсдийн байдлыг хангалуун гэж боддог; яг л Бурханыг хэзээ ч мэдээгүй байсан мэт. Тэд Библийг өөрсдийн сүнсэнд чөмөг ба өөх тосыг нь өөриймшүүлэхийн тулд уншдаггүй. Тэд үүнийг өөрсдөд нь айлдаж буй Бурханы дуу хоолой гэж мэдэрдэггүй. Харин хэрэв бид авралын замыг ойлгохыг хүсвэл, хэрэв бид зөвт байдлын Нарны цацраг туяаг харахыг хүсвэл, бид Судрыг зорилготойгоор судлах ёстой. Учир нь Библийн амлалтууд ба эш үзүүллэгүүд нь гэтэлгэлийн бурханлаг төлөвлөгөөн дээр алдрын тунгалаг туяаг цацруулдаг бөгөөд тэдгээр аугаа үнэнүүд тодорхойгоор ухаарагдаагүй байна.” The 1888 Materials, 403.</w:t>
      </w:r>
    </w:p>
    <w:p>
      <w:pPr>
        <w:pStyle w:val="ArticleBody"/>
        <w:jc w:val="left"/>
      </w:pPr>
      <w:r>
        <w:rPr>
          <w:rFonts w:ascii="Times New Roman" w:hAnsi="Times New Roman" w:eastAsia="Times New Roman" w:cs="Times New Roman"/>
        </w:rPr>
        <w:t>Энэ мэдэгдэл нь 1888 оны үеийн түүний гэрчлэлээс авсан бөгөөд босогчид өөрсдөө мэдэхгүй атлаа элсэн дээр суурь байгуулж байгааг тэрээр тодорхойлсон байдаг. Тэрээр, “Өнөөгийн үнэнийг итгэдэг хэмээн өөрсдийгөө нэрлэдэг олон хүн ариун хүмүүст нэгэнт хүлээлгэн өгөгдсөн итгэл юуг бүрдүүлдгийг мэддэггүй—та нарын доторх Христ, алдрын найдвар. Тэд хуучин хилийн тэмдгүүдийг хамгаалж байна гэж боддог, гэвч тэд бүлээхэн бөгөөд хайхрамжгүй байна” хэмээн өгүүлжээ. Тэрээр тэднийг одоо ч Лаодикеийн байдалд байна гэж тодорхойлсон, учир нь тэд “бүлээхэн” ажээ. Мөн тэрээр “ариун хүмүүст нэгэнт хүлээлгэн өгөгдсөн итгэл—та нарын доторх Христ, алдрын найдвар”-ыг тодорхойлсон байна. Христ бол Үеийн Үеийн Хад мөн бөгөөд Үеийн Үеийн Хад болохын хувьд Тэрээр Миллерийн зүүдний эрдэнэсүүдийг төлөөлдөг.</w:t>
      </w:r>
    </w:p>
    <w:p>
      <w:pPr>
        <w:pStyle w:val="ArticleScripture"/>
        <w:jc w:val="left"/>
      </w:pPr>
      <w:r>
        <w:rPr>
          <w:rFonts w:ascii="Times New Roman" w:hAnsi="Times New Roman" w:eastAsia="Times New Roman" w:cs="Times New Roman"/>
        </w:rPr>
        <w:t>“Анхааруулга ирсэн байна: 1842, 1843, 1844 онуудад ирсэн мэдээнээс хойш бидний барьж ирсэн итгэлийн суурийг үймүүлж бусниулах аливаа зүйлийг оруулахыг зөвшөөрч үл болно. Би энэ мэдээнд байсан бөгөөд түүнээс хойш Бурханы бидэнд өгсөн гэрэлд үнэнч байсаар, дэлхийн өмнө зогсож ирсэн. Өдөр бүр чин сэтгэлийн залбирлаар Эзэнийг эрж, гэрлийг хайж байхдаа бидний хөлийг тавьсан тэр тавцангаас хөлөө авах санаа бидэнд үгүй. Бурхан надад өгсөн гэрлээс би татгалзаж чадна гэж та нар бодож байна уу? Тэр нь Мөнхийн Хад мэт байх ёстой. Өгөгдсөн цагаасаа хойш тэр намайг удирдсаар ирсэн.” Review and Herald, April 14, 1903.</w:t>
      </w:r>
    </w:p>
    <w:p>
      <w:pPr>
        <w:pStyle w:val="ArticleBody"/>
        <w:jc w:val="left"/>
      </w:pPr>
      <w:r>
        <w:rPr>
          <w:rFonts w:ascii="Times New Roman" w:hAnsi="Times New Roman" w:eastAsia="Times New Roman" w:cs="Times New Roman"/>
        </w:rPr>
        <w:t>Тэрээр “Тэд шалтгаанаас үр дагаварт хүргэн бодож чаддаггүй” хэмээн хэлэхдээ, Езекиелийн үеийн эртний хүмүүс байсан тэрслэгчдийн нэгэн чухал бодит байдлыг тодорхойлдог. Хорон муу хүмүүс шалтгаанаас үр дагаварт хүргэн эргэцүүлж чаддаггүй, эсвэл хүсдэггүй. 1888 оны Ерөнхий Чуулганы хуралдааны үр дагавар тийм ихээр тэрслүү байсан тул Уайт эгч явахаар шийдсэн боловч, түүний тэнгэрэлч удирдагч түүнд үлдэж, Корах, Датан, Абирам нарын тэрслэлийн зэрэгцээ түүхийг тэмдэглэн үлдээх ёстой хэмээн тушаасан. Эртний хүмүүсийн тэрслэл нь үр дагавар байсан бөгөөд шалтгаан нь 1856 онд “долоон цаг үе”-ийн өсөн нэмэгдсэн гэрлийн хамт ирсэн Лаодикийн мэдээг няцаасанд оршиж байв; улмаар энэ нь 1863 онд суурь үндсүүдийн эсрэг тэрслэл болон хурцдаж, түүнээсээ эхлээд Библи рүү, дараа нь Эш Үзүүллэгийн Сүнс рүү чиглэсэн довтолгоонд хүргэж, үүний хамт Келлоггийн спиритуализмыг нэвтрүүлсэн юм.</w:t>
      </w:r>
    </w:p>
    <w:p>
      <w:pPr>
        <w:pStyle w:val="ArticleBody"/>
        <w:jc w:val="left"/>
      </w:pPr>
      <w:r>
        <w:rPr>
          <w:rFonts w:ascii="Times New Roman" w:hAnsi="Times New Roman" w:eastAsia="Times New Roman" w:cs="Times New Roman"/>
        </w:rPr>
        <w:t>Мэдээж хэрэг, түүхийн туршид эртний хүмүүсийн түүхчид тэрслүү явдалтай холбоотой үнэнийг хог новш, уламжлал, заншил, үлгэр домгийн хоолоор дарж халхалсан билээ. Учир нь тийм төрлийн тэрслүү явдалд оролцогсод нотлох баримтыг нуухыг үргэлж оролддог.</w:t>
      </w:r>
    </w:p>
    <w:p>
      <w:pPr>
        <w:pStyle w:val="ArticleScripture"/>
        <w:jc w:val="left"/>
      </w:pPr>
      <w:r>
        <w:rPr>
          <w:rFonts w:ascii="Times New Roman" w:hAnsi="Times New Roman" w:eastAsia="Times New Roman" w:cs="Times New Roman"/>
        </w:rPr>
        <w:t>ЭЗЭНээс өөрсдийн зөвлөгөөг гүн нууцлан далдлахыг эрэлхийлэгчид, үйлс нь харанхуйд байдаг бөгөөд “Хэн биднийг харна вэ? Хэн биднийг мэднэ вэ?” гэж хэлэгчид ээ, гаслантай! Исаиа 25:19.</w:t>
      </w:r>
    </w:p>
    <w:p>
      <w:pPr>
        <w:pStyle w:val="ArticleBody"/>
        <w:jc w:val="left"/>
      </w:pPr>
      <w:r>
        <w:rPr>
          <w:rFonts w:ascii="Times New Roman" w:hAnsi="Times New Roman" w:eastAsia="Times New Roman" w:cs="Times New Roman"/>
        </w:rPr>
        <w:t>Исаиа энэ эшлэлд хандаж буй хүмүүс нь түүний “Иерусалим дахь энэ ард түмнийг захирдаг тохуурхагч хүмүүс” хэмээн тодорхойлсон хүмүүс бөгөөд Езекиелийн наймдугаар бүлэгт ард түмний харгалзагчид байх ёстой байсан эртний мөнөөх хүмүүс мөн юм. Езекиелийн гэрчлэлд, Адвентизмын хоёр дахь үеийг тэмдэглэдэг хоёр дахь жигшүүрт хэргийн үед, тэд Исаиагийн тохуурхагч хүмүүсийн асуудаг асуултад ийнхүү хариулдаг: “Учир нь тэд, ЭЗЭН биднийг үздэггүй; ЭЗЭН газрыг орхисон гэж хэлдэг” (Езекиел 8:12).</w:t>
      </w:r>
    </w:p>
    <w:p>
      <w:pPr>
        <w:pStyle w:val="ArticleBody"/>
        <w:jc w:val="left"/>
      </w:pPr>
      <w:r>
        <w:rPr>
          <w:rFonts w:ascii="Times New Roman" w:hAnsi="Times New Roman" w:eastAsia="Times New Roman" w:cs="Times New Roman"/>
        </w:rPr>
        <w:t>1888 онд хүргэж, мөн тэр онд болсон бослогын үнэнийг халхлахыг оролдогч түүхийг гуйвуулагчдын дээр “Гай” хэмээн тунхаглагдсан байдаг.</w:t>
      </w:r>
    </w:p>
    <w:p>
      <w:pPr>
        <w:pStyle w:val="ArticleBody"/>
        <w:jc w:val="left"/>
      </w:pPr>
      <w:r>
        <w:rPr>
          <w:rFonts w:ascii="Times New Roman" w:hAnsi="Times New Roman" w:eastAsia="Times New Roman" w:cs="Times New Roman"/>
        </w:rPr>
        <w:t>Бид энэ судлалыг дараагийн өгүүлэлд үргэлжлүүлэн авч үзэх болно.</w:t>
      </w:r>
    </w:p>
    <w:p>
      <w:pPr>
        <w:pStyle w:val="ArticleScripture"/>
        <w:jc w:val="left"/>
      </w:pPr>
      <w:r>
        <w:rPr>
          <w:rFonts w:ascii="Times New Roman" w:hAnsi="Times New Roman" w:eastAsia="Times New Roman" w:cs="Times New Roman"/>
        </w:rPr>
        <w:t>“Миннеаполис дахь цуглаануудын талаар би та нарт хэлэх ёстой. Нэгэн үед би тэнд ноёрхож байсан хүчтэй эсэргүүцлийн сүнсийг харж, мэдэрсэн учраас тэр цуглааныг орхихоор шийдсэн. Моррисон ах болон Никола ах дээр захирах хүчтэйгээр үйлчилж байсан тэрхүү сүнсийг би нэгхэн мөч ч хүлээн зөвшөөрч чадаагүй. Та нар ямар төрлийн сүнснийх байсныг би нэгхэн мөч ч эргэлзэн асуухгүй. Энэ нь лавтайяа Бурханы Сүнс байгаагүй бөгөөд та нар энэ мэхлэлт дотор үргэлжлэн үлдэх вий гэсэндээ би одоо та нарт бичиж байна.</w:t>
      </w:r>
    </w:p>
    <w:p>
      <w:pPr>
        <w:pStyle w:val="ArticleScripture"/>
        <w:jc w:val="left"/>
      </w:pPr>
      <w:r>
        <w:rPr>
          <w:rFonts w:ascii="Times New Roman" w:hAnsi="Times New Roman" w:eastAsia="Times New Roman" w:cs="Times New Roman"/>
        </w:rPr>
        <w:t>“Би Миннеаполист цаашид үлдэхгүй гэж шийдсэн тэр шөнийн дараа, шөнийн зүүд эсвэл үзэгдэлд—аль нь болохыг би лавтай хэлж чадахгүй—өндөр нуруутай, сүр жавхлант төрхтэй нэгэн хүн надад мэдээ авчирч, өөрийн үүргийн байр сууриндаа бат зогсох нь Бурханы хүсэл мөн бөгөөд Бурхан Өөрөө надад туслагч болж, Өөрийн надад өгөх үгсийг хэлүүлэхийн тулд намайг тэтгэн дэмжинэ гэдгийг илчилсэн юм. Тэрээр, ‘Энэ ажлын төлөө Эзэн чамайг босгосон. Түүний мөнхийн мутар чиний доор байна. Энэ уулзалтаас амийн төлөө эсвэл үхлийн төлөө шийдвэрүүд гарах болно; хэн нэгэн заавал мөхөх ёстой гэсэндээ биш, харин сүнслэг бардамнал ба өөртөө итгэх итгэл нь Есүс болон Түүний Ариун Сүнсний хүчийг хүлээн зөвшөөрөхгүйн тулд хаалгыг хаах болно. Тэдэнд мэхлэлтээс ангижрах, гэмших, нүглээ наманчлан хүлээн зөвшөөрөх, Христ уруу ирж хөрвөн эргэх өөр нэг боломж олгогдох бөгөөд ингэснээр Тэр тэднийг эдгээх болно’ гэж хэлэв.”</w:t>
      </w:r>
    </w:p>
    <w:p>
      <w:pPr>
        <w:pStyle w:val="ArticleScripture"/>
        <w:jc w:val="left"/>
      </w:pPr>
      <w:r>
        <w:rPr>
          <w:rFonts w:ascii="Times New Roman" w:hAnsi="Times New Roman" w:eastAsia="Times New Roman" w:cs="Times New Roman"/>
        </w:rPr>
        <w:t>“Тэр, ‘Намайг дага’ хэмээв. Би хөтөчөө даган, тэр намайг ах дүүсийн амьдардаг янз бүрийн гэрүүдэд дагуулан очоод, ‘Энд хэлэгдэж буй үгсийг сонс; учир нь тэдгээр нь тэмдэглэлийн номд бичигдсэн байдаг бөгөөд эдгээр үгс нь дээрээс ирэх мэргэн ухааны сүнсний дагуу бус, харин дээрээс буудаггүй, доороос гардаг сүнсний дагуу энэ ажилд ямар нэгэн үүрэг гүйцэтгэгч бүх хүний эсрэг яллан буруушаах хүчтэй байх болно’ гэв.”</w:t>
      </w:r>
    </w:p>
    <w:p>
      <w:pPr>
        <w:pStyle w:val="ArticleScripture"/>
        <w:jc w:val="left"/>
      </w:pPr>
      <w:r>
        <w:rPr>
          <w:rFonts w:ascii="Times New Roman" w:hAnsi="Times New Roman" w:eastAsia="Times New Roman" w:cs="Times New Roman"/>
        </w:rPr>
        <w:t>“Тэдний хэлсэн үгсийг би сонслоо; тэдгээрийг хэлсэн хүн бүрийг ичгүүрт унагах учиртай үгс байв. Нэг нэгэндээ ёжтой үгс шидэлцэн, ах дүүс болох A. T. Jones, E. J. Waggoner, Willie C. White нарыг, мөн намайг элэглэн дооглож байлаа. Миний байр суурь болон миний ажлын талаар, Бурханы өмнө сэтгэлээ даруу болгон, өөрсдийн зүрх сэтгэлийг зөв болгох ажилд оролцох учиртай байсан хүмүүс чөлөөтэйгээр тайлбарлан ярьж байв. Үнэнд ямар ч үндэсгүй, ах дүүс болон тэдний ажлын талаархи төсөөллийн буруутгал, уран сэтгэмжийн илэрхийлэл дээр эргэцүүлэн гашилж суух, мөн эргэлзээ, асуулт, үл итгэлээс урган гарсан үр дүн болгон эргэлзэж, ярьж, гашуун үгс бичих явдалд нэгэн төрлийн соронзон таталцал мэт зүйл байсан бололтой.”</w:t>
      </w:r>
    </w:p>
    <w:p>
      <w:pPr>
        <w:pStyle w:val="ArticleScripture"/>
        <w:jc w:val="left"/>
      </w:pPr>
      <w:r>
        <w:rPr>
          <w:rFonts w:ascii="Times New Roman" w:hAnsi="Times New Roman" w:eastAsia="Times New Roman" w:cs="Times New Roman"/>
        </w:rPr>
        <w:t>“Миний хөтөч, «Энэ нь Есүс Христийн эсрэг хэмээн номнуудад бичигдсэн байна. Энэ сүнс нь үнэн болох Христийн Сүнстэй нийцэж чадахгүй. Тэд эсэргүүцлийн сүнсэнд согтож, архичин хүн өөрийн үгс болон үйлдлийг нь ямар сүнс захирч байгааг мэддэггүйтэй адил, өөрсдөө ч цаашид мэдэхгүй болсон байна. Энэ нүгэл нь онцгойлон Бурханы өмнө гэмт хэрэг болдог. Энэ сүнс нь үнэн ба зөвт байдлын Сүнстэй төдийлөн адил шинжгүй бөгөөд, яг л дэлхийн Аврагч Христэд эргэлзэх, шүүмжлэх, Түүнийг тагнан ажиглагчид болохын тулд иудейчүүдийг холбоо байгуулуулахад хөдөлгөсөн тэр сүнстэй адил юм.‬”</w:t>
      </w:r>
    </w:p>
    <w:p>
      <w:pPr>
        <w:pStyle w:val="ArticleScripture"/>
        <w:jc w:val="left"/>
      </w:pPr>
      <w:r>
        <w:rPr>
          <w:rFonts w:ascii="Times New Roman" w:hAnsi="Times New Roman" w:eastAsia="Times New Roman" w:cs="Times New Roman"/>
        </w:rPr>
        <w:t>“Намайг удирдагч маань Христгүй яриа, тэдгээр үгсийг өдөөсөн сүнсийг илчилсэн үймээнч олны ярианд гэрч байсныг надад хэлсэн. Тэд өрөөндөө ороход, Христийн Сүнсэнд хаалгаа хааж, Түүний дуу хоолойг сонсохыг хүсээгүй учраас, муу тэнгэрэлчүүд тэдэнтэй хамт орж ирсэн. Бурханы өмнө сэтгэлээ даруусгах явдал байсангүй. Залбирлын дуу хоолой ховорхон сонсогдож, харин шүүмжлэл, хэтрүүлсэн мэдэгдлүүд, таамаглал ба төсөөлөл, атаархал ба жөтөөрхөл, муугаар сэрдэх, худал буруутгал газар авсан байв. Хэрэв тэдний нүд нээгдсэнсэн бол, тэднийг түгшээхүйц зүйлийг, өөрөөр хэлбэл муу тэнгэрэлчүүдийн ялалтын хөөрлийг харах байсан. Мөн тэд сонссон үг бүрийг сонсож, эдгээр үгийг тэнгэрийн номуудад бүртгэн тэмдэглэсэн Харгалзагчийг ч харах байсан.”</w:t>
      </w:r>
    </w:p>
    <w:p>
      <w:pPr>
        <w:pStyle w:val="ArticleScripture"/>
        <w:jc w:val="left"/>
      </w:pPr>
      <w:r>
        <w:rPr>
          <w:rFonts w:ascii="Times New Roman" w:hAnsi="Times New Roman" w:eastAsia="Times New Roman" w:cs="Times New Roman"/>
        </w:rPr>
        <w:t>“Тэгээд энэ цаг үед сургаалын асуудлууд дээрх байр суурийн талаар, юу нь үнэн болох талаар ямар нэгэн шийдвэр гаргах нь, эсвэл шударга мөрдөн шалгах сэтгэл хандлага байна гэж найдах нь дэмий болохыг надад мэдүүлсэн. Учир нь тэд хүлээн авсан аливаа зүйл буюу байр суурийнхаа талаар ямар ч өөрчлөлтийг, яг л иудейчүүдийн адил, зөвшөөрөхгүйгээр эвсэл байгуулсан байв. Миний Удирдагч надад бичих эрх чөлөөгүй олон зүйлийг хэлсэн. Би орон дээрээ цэх суусан байдалтай, уй гашуу ба зовнилын сүнстэй, мөн хурлын төгсгөл хүртэл үүргийнхаа харуулд бат шийдэмгий зогсож, дараа нь Бурханы Сүнсний удирдамжийг хүлээн, хэрхэн хөдлөх болон ямар зам мөрийг баримтлахыг Тэр надад хэлэхийг хүлээх гэсэн хатуу шийдвэрийн сүнстэй байгаагаа мэдэв.” The 1888 Materials, 277, 278.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Наян Дугаар</dc:title>
  <dc:subject>Үзэгдлүүдийн төгсгөл ба эхлэл: Эллен Уайтын 1884 оны сүүлчийн ил үзэгдэл ба түүний ач холбогдол</dc:subject>
  <dc:creator>Jeff Pippenger</dc:creator>
  <cp:keywords/>
  <dc:description>Generated by ArticleDigger from daniel\80_daniel.json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