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тавдугаар бүлэг</w:t>
      </w:r>
    </w:p>
    <w:p>
      <w:pPr>
        <w:pStyle w:val="ArticleSubtitle"/>
        <w:jc w:val="left"/>
      </w:pPr>
      <w:r>
        <w:rPr>
          <w:rFonts w:ascii="Arial" w:hAnsi="Arial" w:eastAsia="Arial" w:cs="Arial"/>
        </w:rPr>
        <w:t>Зөгнөлийн Аяллыг Нээхүй: Түүхэн Онцлох Үеүдийн Бурханлаг Холбоо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 оны бослогоос хойш нэг зуун хорин зургаан жилийн дараа, 1989 онд Даниел арван нэгдүгээр бүлгийн сүүлийн зургаан эшлэл тайлагдав. Тэр жил анх тайлагдсан мэдлэг нь ариун түүхийн шинэчлэлийн шугамуудыг танин мэдсэн явдал бөгөөд тэдгээр нь бүгд хоорондоо зэрэгцэн нийцдэг гэсэн илчлэл байв. Дараа нь 1992 онд сүүлийн зургаан эшлэлийн гэрэл дэлгэгдэж эхэлсэн. Эдгээр үнэнүүдийн анхны олон нийтийн танилцуулгууд 1994 онд хийгдсэн бөгөөд сэдэв нь шинэчлэлийн шугамууд байв. 1996 онд Даниел арван нэгдүгээр бүлгийн сүүлийн зургаан эшлэлийг тодорхойлсон The Time of the End¸ хэмээх сэтгүүл хэвлэгдэн гарсан.</w:t>
      </w:r>
    </w:p>
    <w:p>
      <w:pPr>
        <w:pStyle w:val="ArticleBody"/>
        <w:jc w:val="left"/>
      </w:pPr>
      <w:r>
        <w:rPr>
          <w:rFonts w:ascii="Times New Roman" w:hAnsi="Times New Roman" w:eastAsia="Times New Roman" w:cs="Times New Roman"/>
        </w:rPr>
        <w:t>1996 он бол уг мэдээг албан ёсоор хэлбэржүүлсэн жил байсан бөгөөд энэ нь 1831 онд Уильям Миллерийн мэдээ албан ёсоор хэлбэржсэнтэй зэрэгцэх замын тэмдэг юм. Миллерийн мэдээ нь шүүлт нээгдсэнийг тунхагласан байсан бөгөөд Даниелын арван нэгдүгээр бүлгийн сүүлийн зургаан эшлэл нь шүүлт хаагдсаныг тунхагласан байв. Миллерийн мэдээний сэдэв нь Библид илчлэгдсэн эш үзүүллэгийн цаг хугацаа байсан. Даниелын арван нэгдүгээр бүлгийн сүүлийн зургаан эшлэлийн сэдэв нь орчин үеийн Ром (умардын хааны хуурамч дүр) байсан. Миллерт илчлэгдсэн аргачлал нь түүний Эш үзүүллэгийг тайлбарлах 14 дүрэм байсан. 1989 онд илчлэгдсэн аргачлал нь шинэчлэлийн хөдөлгөөнүүдийн “мөр дээр мөр” байсан.</w:t>
      </w:r>
    </w:p>
    <w:p>
      <w:pPr>
        <w:pStyle w:val="ArticleBody"/>
        <w:jc w:val="left"/>
      </w:pPr>
      <w:r>
        <w:rPr>
          <w:rFonts w:ascii="Times New Roman" w:hAnsi="Times New Roman" w:eastAsia="Times New Roman" w:cs="Times New Roman"/>
        </w:rPr>
        <w:t>Миллерийн ажил нь, дэлхийд нэг мянга хоёр зуун жаран жилийн турш хүчин төгөлдөр байсаар ирсэн папын уламжлал, ёс заншлын эсрэгээр, Бурханы Үгийг эрх мэдэлтэй хэмээн тогтоон батлахыг багтааж байв. Ийм учраас Миллерийн мэдээ анх 1831 онд хэвлэгдсэн бөгөөд (ингэснээр Миллерийн мэдээг албан ёсоор тогтоосон), энэ нь Хаан Жеймсийн Библи хэвлэгдэн гарснаас яг хоёр зуун хорин жилийн дараа болсон юм. Future for America-гийн ажил нь, тун удахгүй гарах Ням гаргийн хуулийн үед папын тогтолцооны үхлийн шархыг эдгээхэд АНУ-ын гүйцэтгэх үүргийг тодорхойлон илрүүлэх явдал байв. Ийм учраас The Time of the End сэтгүүл 1996 онд хэвлэгдсэн бөгөөд (ингэснээр уг мэдээг албан ёсоор тогтоосон), энэ нь 1776 онд АНУ эхэлснээс яг хоёр зуун хорин жилийн дараа болсон юм.</w:t>
      </w:r>
    </w:p>
    <w:p>
      <w:pPr>
        <w:pStyle w:val="ArticleBody"/>
        <w:jc w:val="left"/>
      </w:pPr>
      <w:r>
        <w:rPr>
          <w:rFonts w:ascii="Times New Roman" w:hAnsi="Times New Roman" w:eastAsia="Times New Roman" w:cs="Times New Roman"/>
        </w:rPr>
        <w:t>Шинэтгэлийн хөдөлгөөн бүрийн сэдвийг түүхэн нэгэн лавлах цэгтэй холбож байсан хоёр зуун хорин жилийн утга учир 2001 оны 9 дүгээр сарын 11-ний өдрөөс нэлээд хожуу хүртэл танигдаагүй байв. Учир нь гурав дахь гай зовлон тэр өдөр ирсний дараа л Эзэн Өөрийн ард түмнийг Иеремиа 6:16, 17-д буй эртний жимүүд рүү буцаан хөтөлсөн юм. Тэнд “долоон цаг”-ийн гэрэл дахин нээгдсэн бөгөөд тэрхүү гэрэл хөгжихийн хэрээр Даниел 8:13, 14-ийг хооронд нь холбодог тоо нь хоёр зуун хорин мөн болох нь илэрхий болсон. 13-р зүйлд эш үзүүллэгийн түүхийн “chazon” үзэгдэл тодорхойлогддог бол, 14-р зүйлд “дүр төрхийн” “mareh” үзэгдэл тодорхойлогддог. Эдгээр хоёр зүйлийн хоорондох холбоо нь Габриелын Даниелд заахаар ирсэн зүйл байсан бөгөөд Даниел нь сүүлчийн өдрүүдэд эдгээр хоёр үзэгдлийн холбоог ойлгох Бурханы ард түмнийг төлөөлдөг.</w:t>
      </w:r>
    </w:p>
    <w:p>
      <w:pPr>
        <w:pStyle w:val="ArticleBody"/>
        <w:jc w:val="left"/>
      </w:pPr>
      <w:r>
        <w:rPr>
          <w:rFonts w:ascii="Times New Roman" w:hAnsi="Times New Roman" w:eastAsia="Times New Roman" w:cs="Times New Roman"/>
        </w:rPr>
        <w:t>Арван гуравдугаар эшлэлийн үзэгдэл нь “долоон үе”-ийг (хоёр мянга таван зуун хорин жил), харин арван дөрөвдүгээр эшлэлийн үзэгдэл нь хоёр мянга гурван зуун өдөр (жил)-ийг төлөөлдөг. Иуда, Иерусалим болон ариун газрыг төлөөлдөг өмнөд хаанчлал Иудагийн эсрэгх “долоон үе” нь МЭӨ 677 онд эхэлсэн бөгөөд Иерусалим болон ариун газрын сэргээн босголтыг тодорхойлох хоёр мянга гурван зуун жил нь МЭӨ 457 онд эхэлсэн.</w:t>
      </w:r>
    </w:p>
    <w:p>
      <w:pPr>
        <w:pStyle w:val="ArticleBody"/>
        <w:jc w:val="left"/>
      </w:pPr>
      <w:r>
        <w:rPr>
          <w:rFonts w:ascii="Times New Roman" w:hAnsi="Times New Roman" w:eastAsia="Times New Roman" w:cs="Times New Roman"/>
        </w:rPr>
        <w:t>Хоёр зуун хорин жил нь эдгээр хоёр үзэгдлийг хооронд нь холбодог бөгөөд хоёр зуун хорин тоо нь харь шашин болон папын ёсны эзгүйрүүлэгч хүчнүүдээр цэрэг ба ариун газрыг хөл доороо гишгэлэн няцлахыг, өөрөөр хэлбэл тараан бутраалт болон Бурханы хилэн гэж дүрслэгдсэн тэр зүйлийн хоорондын холбооны бэлгэдэл хэмээн ойлгогдож байв. Хоёр зуун хорин жил нь ариун газрыг хөл доороо гишгэлэн няцлах сатаны ажлын үзэгдлийг мөн тэрхүү сүмийг сэргээн босгох бурханлаг ажлын үзэгдэлтэй холбон зангидаж байв. Иймээс хоёр зуун хорин жил нь ариун холбоог илэрхийлдэг бэлгэдэл мөн.</w:t>
      </w:r>
    </w:p>
    <w:p>
      <w:pPr>
        <w:pStyle w:val="ArticleBody"/>
        <w:jc w:val="left"/>
      </w:pPr>
      <w:r>
        <w:rPr>
          <w:rFonts w:ascii="Times New Roman" w:hAnsi="Times New Roman" w:eastAsia="Times New Roman" w:cs="Times New Roman"/>
        </w:rPr>
        <w:t>Миллерит хөдөлгөөн 1863 оны бослогоор төгссөнтэй адил, түүнээс хойш нэг зуун хорин зургаан жилийн дараа гурав дахь тэнгэрэлчийн хөдөлгөөн хүрч ирсэн нь, “долоон удаа” (нэг зуун хорин зургаа)-гийн бэлгэдлээр эдгээр хоёр хөдөлгөөн хоорондоо холбогдож байсныг онцолсон; мөн хоёр зуун хорин жилийн хугацаа 1831 онд Миллер Библийн мэдээг тогтоон байгуулсаныг 1611 онд Хаан Жеймсийн Библи хэвлэгдэн гарсантай холбосон шиг, яг тэрхүү адил хугацаа Америкийн төгсгөлийг тодорхойлсон байдлаар Future for America-г Америкийн эхлэлтэй мөн холбосон юм.</w:t>
      </w:r>
    </w:p>
    <w:p>
      <w:pPr>
        <w:pStyle w:val="ArticleBody"/>
        <w:jc w:val="left"/>
      </w:pPr>
      <w:r>
        <w:rPr>
          <w:rFonts w:ascii="Times New Roman" w:hAnsi="Times New Roman" w:eastAsia="Times New Roman" w:cs="Times New Roman"/>
        </w:rPr>
        <w:t>1844 оны 10 дугаар сарын 22-нд, Гэрээний Элч гэнэтхэн 1798 оноос—эхний хилэнгийн төгсгөлөөс—1844 он хүртэл—сүүлчийн хилэнгийн төгсгөл хүртэл—дөчин зургаан жилийн турш Өөрийн босгосон сүмд ирэв. Түүний сүмд орох үйл явдлын өмнө Христийн Иерусалимд ялалтын ёслолтойгоор орсон явдлаар урьдчилан дүрслэгдсэн байсан Шөнө дунд хашхирааны хөдөлгөөн дотор Ариун Сүнсний асгаралт болсон байв. Эдгээр хоёр гэрч нь Шөнө дунд хашхирааны хөдөлгөөн эцсийн өдрүүдэд дахин давтагдах үед Христ нэг зуун дөчин дөрвөн мянгын сүмийг босгосон байх болно гэдгийг тогтоон харуулдаг. Арван охины тухай сургаалт зүйрлэлийн Шөнө дунд хашхираа биелдэг тэр хоёр хөдөлгөөн нь хоорондоо зэрэгцээ юм.</w:t>
      </w:r>
    </w:p>
    <w:p>
      <w:pPr>
        <w:pStyle w:val="ArticleScripture"/>
        <w:jc w:val="left"/>
      </w:pPr>
      <w:r>
        <w:rPr>
          <w:rFonts w:ascii="Times New Roman" w:hAnsi="Times New Roman" w:eastAsia="Times New Roman" w:cs="Times New Roman"/>
        </w:rPr>
        <w:t>“Арван онгон охины сургаалт үлгэрт — тэдний тав нь ухаалаг, тав нь мунхаг байсан — намайг олонтаа хандуулдаг. Энэ сургаалт үлгэр нь үг үсэг бүрээрээ биелсэн бөгөөд цаашид ч биелэх болно. Учир нь энэ нь энэ цаг үед онцгой хэрэглээтэй бөгөөд гурав дахь тэнгэрэлчийн мэдээний адил биелсэн, мөн цаг хугацааны төгсгөл хүртэл үргэлж өнөөгийн үнэн хэвээр байх болно.” Review and Herald, August 19, 1890.</w:t>
      </w:r>
    </w:p>
    <w:p>
      <w:pPr>
        <w:pStyle w:val="ArticleBody"/>
        <w:jc w:val="left"/>
      </w:pPr>
      <w:r>
        <w:rPr>
          <w:rFonts w:ascii="Times New Roman" w:hAnsi="Times New Roman" w:eastAsia="Times New Roman" w:cs="Times New Roman"/>
        </w:rPr>
        <w:t>Миллерчүүдийн түүх (анхны тэнгэрэлчийн хөдөлгөөн) нь 1798 онд Даниелын номын лац тайлагдсанаар эхэлсэн Бурханы хүчний улам эрчимжин нэмэгдэх илрэлийг төлөөлдөг. Илчлэл арван бүлгийн тэнгэрэлч 1840 оны 8-р сарын 11-нд бууж ирэхэд тэрхүү хүч улам нэмэгдэв. Дараа нь 1844 оны 4-р сарын 19-ний анхны урам хугаралт тохиож, эцэст нь 1844 оны 8-р сарын 12-нд эхэлсэн Эксетерийн кэмп цуглаан дээр Ариун Сүнс асгарсанд хүргэж, 1844 оны 10-р сарын 22 хүртэл улс орон даяар түрлэгт давалгаа мэт тархан дэлгэрсээр байв.</w:t>
      </w:r>
    </w:p>
    <w:p>
      <w:pPr>
        <w:pStyle w:val="ArticleBody"/>
        <w:jc w:val="left"/>
      </w:pPr>
      <w:r>
        <w:rPr>
          <w:rFonts w:ascii="Times New Roman" w:hAnsi="Times New Roman" w:eastAsia="Times New Roman" w:cs="Times New Roman"/>
        </w:rPr>
        <w:t>Future for America-гийн түүх (гурав дахь тэнгэрэлчийн хөдөлгөөн) нь 1989 онд Даниелын номын лац тайлагдсанаар эхэлсэн Бурханы хүчний өсөн нэмэгдэх илрэл юм. Илчлэлт арван наймын тэнгэрэлч 2001 оны есдүгээр сарын 11-нд бууж ирэхэд тэрхүү хүч улам нэмэгдсэн. Дараа нь 2020 оны долоодугаар сарын 18-ны анхны урам хугаралт тохиосон бөгөөд энэ нь эцэстээ Ариун Сүнсний асгаралтад хүргэж, тэр нь Михаил босож, хүний сорилтын хугацаа хаагдах хүртэл газар дэлхий даяар хээрийн түймэр мэт тасралтгүй тархах болно.</w:t>
      </w:r>
    </w:p>
    <w:p>
      <w:pPr>
        <w:pStyle w:val="ArticleBody"/>
        <w:jc w:val="left"/>
      </w:pPr>
      <w:r>
        <w:rPr>
          <w:rFonts w:ascii="Times New Roman" w:hAnsi="Times New Roman" w:eastAsia="Times New Roman" w:cs="Times New Roman"/>
        </w:rPr>
        <w:t>1844 оны 10-р сарын 22-нд хэд хэдэн эш үзүүллэг биелсэн бөгөөд үүгээр тун удахгүй гарах Ням гаргийн хуулийн үед хэд хэдэн эш үзүүллэг дахин биелэхийг тодорхойлж байна. Тэдгээр эш үзүүллэгийн нэг нь Хабаккукын хоёрдугаар бүлэгт дүрслэгдсэн үзэгдлийн саатал юм. Хабаккукын хоёрдугаар бүлэг нь эхний болон гурав дахь тэнгэрэлчийн хөдөлгөөний аль алиных нь туршлагыг тодорхойлсон. Хоёр хөдөлгөөн хоёулаа хөдөлгөөний төлөөлөгчид болон мэтгэлцээний явцад алгасагдан өнгөрөгдөж буй урьдын сонгогдсон ард түмний хооронд явагддаг, Библийг зөв тайлбарлах арга зүйн талаарх мэтгэлцээнтэй тулгардаг.</w:t>
      </w:r>
    </w:p>
    <w:p>
      <w:pPr>
        <w:pStyle w:val="ArticleBody"/>
        <w:jc w:val="left"/>
      </w:pPr>
      <w:r>
        <w:rPr>
          <w:rFonts w:ascii="Times New Roman" w:hAnsi="Times New Roman" w:eastAsia="Times New Roman" w:cs="Times New Roman"/>
        </w:rPr>
        <w:t>Эхний тэнгэрэлчийн түүхэн дэх харуулуудын хамгаалан зогсох ёстой байсан мэдээ нь эцэстээ 1843 болон 1850 оны хоёр ариун хүснэгт дээр дүрслэгдсэн үнэнүүдийг (Миллерийн эрдэнэсүүдийг) ялган тодорхойлох явдал байв. Маргаан мэтгэлцээний явцад, хоорондоо сөргөлдөгч хоёр ангиас тусгаарлалтыг тэмдэглэсэн нэгэн урам хугаралт тохиох бөгөөд итгэлтэй хүмүүст илүү гүнзгий ариусалд уриалах дуудлага байх байлаа.</w:t>
      </w:r>
    </w:p>
    <w:p>
      <w:pPr>
        <w:pStyle w:val="ArticleBody"/>
        <w:jc w:val="left"/>
      </w:pPr>
      <w:r>
        <w:rPr>
          <w:rFonts w:ascii="Times New Roman" w:hAnsi="Times New Roman" w:eastAsia="Times New Roman" w:cs="Times New Roman"/>
        </w:rPr>
        <w:t>Дараа нь Хабаккук суурь үнэнүүдийн шалгалтын үйл явцад оролцсон хоёр ангиллын хоорондын ялгааг тодорхойлдог. 1844 оны аравдугаар сарын 22-нд намжсан тэрхүү хоёр ангиллын хоорондын мэтгэлцээнийг багтаасан уг шалгалтын үйл явц Хабаккукын хоёрдугаар бүлэг төгссөн яг тэр газарт төгссөн юм.</w:t>
      </w:r>
    </w:p>
    <w:p>
      <w:pPr>
        <w:pStyle w:val="ArticleScripture"/>
        <w:jc w:val="left"/>
      </w:pPr>
      <w:r>
        <w:rPr>
          <w:rFonts w:ascii="Times New Roman" w:hAnsi="Times New Roman" w:eastAsia="Times New Roman" w:cs="Times New Roman"/>
        </w:rPr>
        <w:t>Харин ЭЗЭН Өөрийн ариун сүмдээ байна; бүх дэлхий Түүний өмнө дуугүй байг. Хабаккук 2:20.</w:t>
      </w:r>
    </w:p>
    <w:p>
      <w:pPr>
        <w:pStyle w:val="ArticleBody"/>
        <w:jc w:val="left"/>
      </w:pPr>
      <w:r>
        <w:rPr>
          <w:rFonts w:ascii="Times New Roman" w:hAnsi="Times New Roman" w:eastAsia="Times New Roman" w:cs="Times New Roman"/>
        </w:rPr>
        <w:t>Эзэн гэнэт Өөрийн Миллерит ариун сүмд орж ирсэн бөгөөд тэр үед дэлхий даяар бүгд чимээгүй байх ёстой байсан, учир нь жинхэнэ Цагаатгалын өдөр ирж, үхэгсдийн шүүлт эхэлсэн байв. Хабаккук номын хоёрдугаар бүлгийн эш үзүүллэгийн түүх 1844 оны 10 дугаар сарын 22-нд төгссөн бөгөөд Есүс аливаа зүйлийн төгсгөлийг үргэлж өөр нэг зүйлийн эхлэлтэй адилтган тодорхойлдог. Ариун сүм болон цэргийг хоёр мянга таван зуун хорин жилийн турш гишгэлэн доромжлох тухай хоёр үзэгдлийн эхлэл, мөн ариун сүм болон цэргийн сэргээн тогтоолтын үзэгдлийн эхлэл хамтдаа эхэлсэн боловч хоёр зуун хорин жилээр тусгаарлагдсан байсан; харин тэд төгсөхөд, Хабаккук номын ХОЁРДУГААР бүлгийн ХОРЬДУГААР эшлэлд тэд төгссөн хэмээн тодорхойлогдсон юм.</w:t>
      </w:r>
    </w:p>
    <w:p>
      <w:pPr>
        <w:pStyle w:val="ArticleBody"/>
        <w:jc w:val="left"/>
      </w:pPr>
      <w:r>
        <w:rPr>
          <w:rFonts w:ascii="Times New Roman" w:hAnsi="Times New Roman" w:eastAsia="Times New Roman" w:cs="Times New Roman"/>
        </w:rPr>
        <w:t>Удахгүй гарах ням гаргийн хуулиар хэд хэдэн эш үзүүллэг биелэх болно. Тэдгээр эш үзүүллэгийн нэг нь Хабаккук номын хоёрдугаар бүлэгт дүрслэгдсэнчлэн үзэгдлийн удаашрал юм. Хабаккук номын хоёрдугаар бүлэг нь эхний болон гурав дахь тэнгэрэлчийн хөдөлгөөний аль алиных нь туршлагыг тодорхойлдог. Хоёр хөдөлгөөн хоёулаа зөв библийн арга зүйн талаархи маргаантай тулгардаг бөгөөд тэрхүү маргаан нь хөдөлгөөний төлөөлөгчид болон маргааны явцад өнгөрөгдөн орхигдож буй урьдын сонгогдсон ард түмний хооронд өрнөдөг.</w:t>
      </w:r>
    </w:p>
    <w:p>
      <w:pPr>
        <w:pStyle w:val="ArticleBody"/>
        <w:jc w:val="left"/>
      </w:pPr>
      <w:r>
        <w:rPr>
          <w:rFonts w:ascii="Times New Roman" w:hAnsi="Times New Roman" w:eastAsia="Times New Roman" w:cs="Times New Roman"/>
        </w:rPr>
        <w:t>Гурав дахь тэнгэрэлчийн түүхийн харуулуудын хамгаалах ёстой мэдээ нь эцэстээ 1843 болон 1850 оны хоёр ариун зурагт хуудсанд дүрслэгдсэн үнэнүүдийг (Миллерийн эрдэнэсүүдийг) танин тогтоох явдал юм. Маргааны явцад хоёр сөргөлдөгч ангийн хоорондын тусгаарлалтыг тэмдэглэсэн нэгэн урам хугаралт тохиож, үнэнч хүмүүст илүү гүнзгий өөрийгөө ариусгах дуудлага өгөгдсөн. Дараа нь Хабаккук суурь үнэнүүдийн шалгалтын үйл явцад оролцсон хоёр ангийн хоорондын ялгааг тодорхойлдог. Хоёр ангийн хоорондын маргаанаар дүрслэгдсэн тэрхүү шалгалтын үйл явц нь Хабаккукын хоёрдугаар бүлэг төгссөн яг тэр цэгт, удахгүй ирэх Ням гаргийн хуулиар бүрэн төгсөнө.</w:t>
      </w:r>
    </w:p>
    <w:p>
      <w:pPr>
        <w:pStyle w:val="ArticleScripture"/>
        <w:jc w:val="left"/>
      </w:pPr>
      <w:r>
        <w:rPr>
          <w:rFonts w:ascii="Times New Roman" w:hAnsi="Times New Roman" w:eastAsia="Times New Roman" w:cs="Times New Roman"/>
        </w:rPr>
        <w:t>Харин ЭЗЭН Өөрийн ариун сүмдээ байна; бүх дэлхий Түүний өмнө нам гүм байг. Хабаккук 2:20.</w:t>
      </w:r>
    </w:p>
    <w:p>
      <w:pPr>
        <w:pStyle w:val="ArticleBody"/>
        <w:jc w:val="left"/>
      </w:pPr>
      <w:r>
        <w:rPr>
          <w:rFonts w:ascii="Times New Roman" w:hAnsi="Times New Roman" w:eastAsia="Times New Roman" w:cs="Times New Roman"/>
        </w:rPr>
        <w:t>Эзэн зуун дөчин дөрвөн мянгын сүмд гэнэтхэн орж ирнэ. Тэгээд эсрэг төрлийн Цагаатгалын өдөр амьд хүмүүсийн шүүлтэд хүрэх тул бүх дэлхий нам гүм байг. Хабаккук номын хоёрдугаар бүлгийн эш үзүүллэгийн түүх тун удахгүй ирэх Ням гаргийн хуулиар төгсөнө. Есүс аливаа зүйлийн төгсгөлийг мөн тэр зүйлийн эхлэлтэй үргэлж адилтган тодорхойлдог.</w:t>
      </w:r>
    </w:p>
    <w:p>
      <w:pPr>
        <w:pStyle w:val="ArticleBody"/>
        <w:jc w:val="left"/>
      </w:pPr>
      <w:r>
        <w:rPr>
          <w:rFonts w:ascii="Times New Roman" w:hAnsi="Times New Roman" w:eastAsia="Times New Roman" w:cs="Times New Roman"/>
        </w:rPr>
        <w:t>Амьд хүмүүсийн шүүлт 2001 оны 9 дүгээр сарын 11-нд эхэлсэн боловч шүүлт нь нэгэн үйл явц юм. Тэрхүү үйл явц Бурханы гэрээс эхэлж, улмаар Бурханы гэрээс гаднах хүмүүс дээр шүүлт ирэх цэгт хүрдэг. Нью-Йорк хотын агуу барилгууд нураагдах үед Иерусалимаар дайран өнгөрч, сүм дотор үйлдэгдэж буй жигшүүрт хэрэгсийн төлөө санаа алдан уйлагчдын дээр тэмдэг тавьдаг лацдагч тэнгэрэлчээр төлөөлөгдсөн шүүлт, мөн газар нутагт үйлдэгдсэн жигшүүрт хэрэгсийн төлөөх шүүлт эхэлсэн. Удахгүй ирэх Ням гаргийн хуулийн үед Христ нэг зуун дөчин дөрвөн мянгын сүмийг босгох ажлыг дуусгасан байх бөгөөд сүйтгэгч тэнгэрэлч нар Иерусалим дээр шүүлтийг авчрах болно.</w:t>
      </w:r>
    </w:p>
    <w:p>
      <w:pPr>
        <w:pStyle w:val="ArticleBody"/>
        <w:jc w:val="left"/>
      </w:pPr>
      <w:r>
        <w:rPr>
          <w:rFonts w:ascii="Times New Roman" w:hAnsi="Times New Roman" w:eastAsia="Times New Roman" w:cs="Times New Roman"/>
        </w:rPr>
        <w:t>Тэгээд нэг зуун дөчин дөрвөн мянга нь туг тэмдэг болгон өргөгдөж, Даниел номын арван нэгдүгээр бүлгийн дөчин нэгдүгээр зүйлд Едом, Моаб болон Аммоны хөвгүүдийн тэргүүлэгчдээр төлөөлүүлэгдсэн өөр хонин сүргийн төлөө амьд хүмүүсийн шүүлт эхэлдэг.</w:t>
      </w:r>
    </w:p>
    <w:p>
      <w:pPr>
        <w:pStyle w:val="ArticleBody"/>
        <w:jc w:val="left"/>
      </w:pPr>
      <w:r>
        <w:rPr>
          <w:rFonts w:ascii="Times New Roman" w:hAnsi="Times New Roman" w:eastAsia="Times New Roman" w:cs="Times New Roman"/>
        </w:rPr>
        <w:t>Эхний тэнгэрэлчийн Миллерит хөдөлгөөнийг авч үзсэн ч, эсвэл гурав дахь тэнгэрэлчийн хүчирхэг хөдөлгөөнийг авч үзсэн ч, шинэчлэлийн хөдөлгөөний бүхэл түүх нь үнэний өсөн нэмэгдэх илчлэлтийг төлөөлдөг бөгөөд энэ нь Ариун Сүнсний асгаралтаар оргилдоо хүрдэг. Ариун Сүнсний асгаралт нь эцсийн өдрүүдийн эш үзүүллэгүүдийн гол анхаарал юм. Тийм учраас мунхаг охидод тос байдаггүй, харин ухаалаг охидод байдаг. Тэр тос бол бороо мөн.</w:t>
      </w:r>
    </w:p>
    <w:p>
      <w:pPr>
        <w:pStyle w:val="ArticleScripture"/>
        <w:jc w:val="left"/>
      </w:pPr>
      <w:r>
        <w:rPr>
          <w:rFonts w:ascii="Times New Roman" w:hAnsi="Times New Roman" w:eastAsia="Times New Roman" w:cs="Times New Roman"/>
        </w:rPr>
        <w:t>Тэд ингэж хэлдэг: Хэрэв эр хүн эхнэрээ явуулж, тэр нь түүнээс салан өөр хүнийх болбол, тэр эр дахин түүн уруу буцах уу? Тэр газар үлэмжээр бузартах бус уу? Харин чи олон амрагтай янхан мэт авирласан атлаа, Над уруу дахин эргэж ир, гэж ЭЗЭН айлдаж байна. Нүдээ өндөрлөг газрууд уруу өргөн хар, чамайг хэвтээгүй газар хаана байна вэ? Замуудын хажууд чи тэднийг хүлээн суусан нь цөл дэх араб хүн мэт байв; чи өөрийн янхан явдал, өөрийн ёрын муу явдлаараа тэр газрыг бузарласан. Иймийн тул аадар бороо тогтоогдож, сүүлчийн бороо ороогүй; чи янхны духтай байсан, чи ичихээс татгалзсан. Одооноос чи Над уруу, “Миний Эцэг, Та бол миний залуу насны удирдагч” хэмээн хашхирахгүй гэж үү? Иеремиа 3:1–4.</w:t>
      </w:r>
    </w:p>
    <w:p>
      <w:pPr>
        <w:pStyle w:val="ArticleBody"/>
        <w:jc w:val="left"/>
      </w:pPr>
      <w:r>
        <w:rPr>
          <w:rFonts w:ascii="Times New Roman" w:hAnsi="Times New Roman" w:eastAsia="Times New Roman" w:cs="Times New Roman"/>
        </w:rPr>
        <w:t>Энэ эшлэлд (мөн бүх эш үзүүлэгчид эцсийн өдрүүдийн талаар өгүүлдэг) Бурхан Өөрийн ард түмэн янхан мэт завхайрч, бүр янхны духтай болтлоо хүрснийг илтгэн харуулдаг. Эцсийн өдрүүдийн янхан нь папын эрх мэдэл бөгөөд дух нь санаатай, ухамсартай шийдвэрийг төлөөлдөг. Эцсийн өдрүүдийн Бурханы ард түмэн хорон муу боловч, тэд янхантай адилхан шийдвэрт хүрсэн байсан ч Бурхан эцсийн дуудлагыг тэдэнд өргөн барьж байна. Тэд Езекиел номын наймдугаар бүлгийн дөрөв дэх үеийн дүрслэлээр илэрхийлэгдсэнчлэн, нарыг шүтэхэд бэлтгэгдсэн байдалд хүрсэн, дөрөв дэх үеэр төлөөлөгдөх зан чанарыг хөгжүүлсэн юм.</w:t>
      </w:r>
    </w:p>
    <w:p>
      <w:pPr>
        <w:pStyle w:val="ArticleScripture"/>
        <w:jc w:val="left"/>
      </w:pPr>
      <w:r>
        <w:rPr>
          <w:rFonts w:ascii="Times New Roman" w:hAnsi="Times New Roman" w:eastAsia="Times New Roman" w:cs="Times New Roman"/>
        </w:rPr>
        <w:t>“Ёс суртахууны харанхуй дунд жинхэнэ гэрэл гэрэлтэх цаг ирээд байна. Гурав дахь тэнгэрэлчийн мэдээ дэлхийд тунхаглагдсан бөгөөд хүмүүсийг духан дээрээ эсвэл гар дээрээ араатны, эсвэл түүний хөргийн тэмдгийг хүлээн авахаас сэрэмжлүүлж байна. Энэ тэмдгийг хүлээн авна гэдэг нь араатны хийсэнтэй адил шийдвэрт хүрч, Бурханы үгэнд илт эсэргүүцэн, мөн адил үзэл санааг дэмжихийг хэлнэ. Энэ тэмдгийг хүлээн авагчдын тухай Бурхан ийн хэлдэг: ‘Тэр мөн Бурханы уур хилэнгийн дарсыг, Түүний хилэгнэлийн аяганд хольцгүйгээр цутгагдсан тэр дарсыг уух болно; мөн тэр ариун тэнгэрэлч нарын өмнө, Хурганы өмнө гал ба хүхрээр тарчилгагдах болно.’” Review and Herald, July 13, 1897.</w:t>
      </w:r>
    </w:p>
    <w:p>
      <w:pPr>
        <w:pStyle w:val="ArticleBody"/>
        <w:jc w:val="left"/>
      </w:pPr>
      <w:r>
        <w:rPr>
          <w:rFonts w:ascii="Times New Roman" w:hAnsi="Times New Roman" w:eastAsia="Times New Roman" w:cs="Times New Roman"/>
        </w:rPr>
        <w:t>Иеремиа эцсийн өдрүүдийн Бурханы ардыг янхны духыг хэдийн эзэмшсэн хүмүүс хэмээн тодорхойлж байна. Тэд “хорон муу” тул араатны тамгыг хүлээн авахын даваан дээр байна. Саяхан иш татсан эшлэлд Уайт эгч ийнхүү үргэлжлүүлэн өгүүлдэг:</w:t>
      </w:r>
    </w:p>
    <w:p>
      <w:pPr>
        <w:pStyle w:val="ArticleScripture"/>
        <w:jc w:val="left"/>
      </w:pPr>
      <w:r>
        <w:rPr>
          <w:rFonts w:ascii="Times New Roman" w:hAnsi="Times New Roman" w:eastAsia="Times New Roman" w:cs="Times New Roman"/>
        </w:rPr>
        <w:t>“Хэрэв үнэний гэрэл чамд толилуулагдаж, дөрөвдэх тушаалын Амралтын өдрийг илчилж, Ням гаргийг сахихын төлөө Бурханы үгэнд ямар ч үндэс байхгүйг харуулсан атал чи хуурамч амралтын өдрөөсөө зуурсаар, Бурханы ‘Миний ариун өдөр’ хэмээн нэрлэдэг Амралтын өдрийг ариунаар сахихаас татгалзсаар байвал, чи араатны тэмдгийг хүлээн авна. Энэ хэзээ тохиолддог вэ?—Чамд Ням гарагт ажлаа зогсоож, Бурханд мөргөхийг тушаасан зарлигт дуулгавартай байх үед, мөн Ням гараг нь энгийн ажлын өдрөөс өөр зүйл мөн гэдгийг харуулах нэг ч үг Библид байхгүйг чи мэдсээр атлаа, чи араатны тэмдгийг хүлээн авахыг зөвшөөрч, Бурханы тамгаас татгалздаг. Хэрэв бид энэ тэмдгийг духан дээрээ эсвэл гар дээрээ хүлээн авбал, дуулгаваргүй хүмүүст тунхаглагдсан шүүлтүүд бидний дээр заавал буух ёстой. Харин амьд Бурханы тамга нь Эзэний Амралтын өдрийг ухамсартайгаар сахидаг хүмүүсийн дээр тавигддаг.”</w:t>
      </w:r>
    </w:p>
    <w:p>
      <w:pPr>
        <w:pStyle w:val="ArticleScripture"/>
        <w:jc w:val="left"/>
      </w:pPr>
      <w:r>
        <w:rPr>
          <w:rFonts w:ascii="Times New Roman" w:hAnsi="Times New Roman" w:eastAsia="Times New Roman" w:cs="Times New Roman"/>
        </w:rPr>
        <w:t>“‘Бурхан газар дээрх хүний бузар муу нь агуу их болсныг, мөн түүний зүрхний бодлын аливаа төсөөлөл нь үргэлж дан ганц муу байсныг харлаа…. Газар ч бас Бурханы өмнө ялзарсан бөгөөд газар хүчирхийллээр дүүрсэн байв…. Тэгээд Бурхан Ноад хандан, Бүх махбодын төгсгөл Миний өмнө иржээ; учир нь газар тэднээр дамжин хүчирхийллээр дүүрсэн; мөн, болгоогтун, Би тэднийг газартай нь хамт устгах болно’ гэв.” Тэд зөвт ард түмний эдлэхээр Бурханы бүтээсэн газрыг бузарлан гутаасан тул таслан устгагдах ёстой байв.</w:t>
      </w:r>
    </w:p>
    <w:p>
      <w:pPr>
        <w:pStyle w:val="ArticleScripture"/>
        <w:jc w:val="left"/>
      </w:pPr>
      <w:r>
        <w:rPr>
          <w:rFonts w:ascii="Times New Roman" w:hAnsi="Times New Roman" w:eastAsia="Times New Roman" w:cs="Times New Roman"/>
        </w:rPr>
        <w:t>“‘Ноагийн өдрүүдэд ямар байсан шиг,’ хэмээн Христ тунхагласан, ‘Хүний Хүүгийн өдрүүдэд ч мөн тийм байх болно.’ Тийм биш гэж үү? Өдөр тутмын сонинуудыг сөхөн үзэх хэн боловч гэмт хэргийн урт жагсаалтыг харж болно—архидалт, хулгай, дээрэм, хөрөнгө шамшигдуулалт, аллага. Заримдаа бүхэл бүтэн гэр бүлүүд алуулдаг; учир нь өөрт нь хамаарахгүй мөнгө юмуу эд хөрөнгийг эзэмших гэсэн тэр хүний хүслийг хангах явдал гардаг. Хүмүүс Бурханы тушаалуудыг ил тод үл хайхарч байгаа учраас дэлхий үнэхээр Ноагийн өдрүүдэд байсан шиг болж байна.” Review and Herald, July 13, 1897.</w:t>
      </w:r>
    </w:p>
    <w:p>
      <w:pPr>
        <w:pStyle w:val="ArticleBody"/>
        <w:jc w:val="left"/>
      </w:pPr>
      <w:r>
        <w:rPr>
          <w:rFonts w:ascii="Times New Roman" w:hAnsi="Times New Roman" w:eastAsia="Times New Roman" w:cs="Times New Roman"/>
        </w:rPr>
        <w:t>Иеремиа эцсийн өдрүүдэд наранд мөргөн сөхрөх гэж буй Бурханы ардыг зааж, тийнхүү заахдаа: “аадар бороог хорьсон бөгөөд хожуугийн бороо байсангүй; чи янхны духтай болж, ичихээс татгалзав” хэмээн тодорхойлдог. Эцсийн өдрүүд дэх Бурханы ардын “хорон муу” хүмүүс хожуугийн бороог хүлээн авахгүй байгаа бөгөөд тэд ичихээс татгалздаг. Учир нь тэдний бодол санаа Ноагийн түүхээр, мөн Езекиелийн наймдугаар бүлгийн хоёр дахь жигшүүрт явдал дахь дүрслэлийн тасалгаануудаар төлөөлөгдөн харуулагддагчлан, үргэлжид муу болсон билээ.</w:t>
      </w:r>
    </w:p>
    <w:p>
      <w:pPr>
        <w:pStyle w:val="ArticleBody"/>
        <w:jc w:val="left"/>
      </w:pPr>
      <w:r>
        <w:rPr>
          <w:rFonts w:ascii="Times New Roman" w:hAnsi="Times New Roman" w:eastAsia="Times New Roman" w:cs="Times New Roman"/>
        </w:rPr>
        <w:t>Иеремиа сүүлийн өдрүүд дэх Бурханы ард түмний ичгүүргүй хорон муу хүмүүсийг өөрсдийнх нь “залуу насны” “удирдагч” руу тэрхүү “цаг”-аас эхлэн “хашхирах”-ыг заадаг. Адвентизмын залуу насны удирдагч нь Хабаккукийн хоёр хавтан болон тэдгээр дээр дүрслэгдсэн эрдэнэсүүд байсан. Сүүлийн өдрүүд дэх Бурханы ард түмний хорон муу хүмүүст мөнхийн үхлийг авчрах гэж буй тэрхүү ёрын муугаас мултран гарах цорын ганц найдвар нь 1798 онд хүрч ирсэн “эцсийн цаг”-ийн эхэнд удирдагч байсан Бурханд хандан хашхирах явдал мөн.</w:t>
      </w:r>
    </w:p>
    <w:p>
      <w:pPr>
        <w:pStyle w:val="ArticleBody"/>
        <w:jc w:val="left"/>
      </w:pPr>
      <w:r>
        <w:rPr>
          <w:rFonts w:ascii="Times New Roman" w:hAnsi="Times New Roman" w:eastAsia="Times New Roman" w:cs="Times New Roman"/>
        </w:rPr>
        <w:t>Эхний эсвэл гурав дахь тэнгэрэлчийн түүх дэх асуудал нь чи хожмын бороог хүлээн авах уу, эсвэл хүлээн авахгүй юу гэдэгт оршино. Хожмын бороо 2001 оны 9 дүгээр сарын 11-нд үндэстнүүд уурлан хилэгнэсэн үед эхэлсэн.</w:t>
      </w:r>
    </w:p>
    <w:p>
      <w:pPr>
        <w:pStyle w:val="ArticleScripture"/>
        <w:jc w:val="left"/>
      </w:pPr>
      <w:r>
        <w:rPr>
          <w:rFonts w:ascii="Times New Roman" w:hAnsi="Times New Roman" w:eastAsia="Times New Roman" w:cs="Times New Roman"/>
        </w:rPr>
        <w:t>“Тэр үед, авралын ажил төгсгөлдөө хүрч байх зуур, дэлхий дээр гай зовлон ирэх бөгөөд үндэстнүүд уур хилэнд автах боловч гурав дахь тэнгэрэлчийн ажлыг саатуулахгүйн тулд хазаарлагдан баригдсан байх болно. Тэр үед ‘сүүлчийн бороо,’ өөрөөр хэлбэл Эзэний оршихуйгаас ирэх сэргээлт ирж, гурав дахь тэнгэрэлчийн чанга дуу хоолойд хүч өгөх бөгөөд сүүлчийн долоон гай асгаруулагдах үед ариун хүмүүсийг бат зогсохоор бэлтгэнэ.” Early Writings, 85.</w:t>
      </w:r>
    </w:p>
    <w:p>
      <w:pPr>
        <w:pStyle w:val="ArticleBody"/>
        <w:jc w:val="left"/>
      </w:pPr>
      <w:r>
        <w:rPr>
          <w:rFonts w:ascii="Times New Roman" w:hAnsi="Times New Roman" w:eastAsia="Times New Roman" w:cs="Times New Roman"/>
        </w:rPr>
        <w:t>“Сүүлийн бороо” буюу мөн “сэргээш” хэмээн нэрлэгддэг зүйл нь үндэстнүүд уурссан үед эхэлсэн бөгөөд тэр цагт “авралын ажил” хаагдаж эхэлсэн. Илчлэл долоодугаар бүлгийн дөрвөн тэнгэрэлч нэг зуун дөчин дөрвөн мянгыг лацдах ажил гүйцэлдэх хүртэл дөрвөн салхийг тогтоон барьж байдаг бөгөөд Езекиелийн есдүгээр бүлэгт энэ ажил нь Иерусалимд үйлдэгдэж буй жигшүүрт хэргүүдийн төлөө санаа алдан уйлагчдын дээр тэмдэг тавьж буй тэнгэрэлчүүдээр дүрслэгдсэн байдаг. 2001 оны 9 дүгээр сарын 11-нд тэнгэрэлчүүд нэг зуун дөчин дөрвөн мянгын духан дээр тэмдэг тавих хаалтын ажлыг эхлүүлсэн.</w:t>
      </w:r>
    </w:p>
    <w:p>
      <w:pPr>
        <w:pStyle w:val="ArticleBody"/>
        <w:jc w:val="left"/>
      </w:pPr>
      <w:r>
        <w:rPr>
          <w:rFonts w:ascii="Times New Roman" w:hAnsi="Times New Roman" w:eastAsia="Times New Roman" w:cs="Times New Roman"/>
        </w:rPr>
        <w:t>Гурав дахь тэнгэрэлчийн төгсгөлийн ажил нь мөн “сэргээхүй” хэмээх, өөрөөр хэлбэл нэгэн мэдээ болох хожмын бороо асгарах үед гүйцэлддэг.</w:t>
      </w:r>
    </w:p>
    <w:p>
      <w:pPr>
        <w:pStyle w:val="ArticleScripture"/>
        <w:jc w:val="left"/>
      </w:pPr>
      <w:r>
        <w:rPr>
          <w:rFonts w:ascii="Times New Roman" w:hAnsi="Times New Roman" w:eastAsia="Times New Roman" w:cs="Times New Roman"/>
        </w:rPr>
        <w:t>Тэр тэдэнд, “Ядрагсдад амралт олохуулж болох тэр амралт нь энэ мөн; мөн энэ нь сэргээш мөн” гэж айлдсан. Гэвч тэд сонсохыг хүссэнгүй. Исаиа 28:12.</w:t>
      </w:r>
    </w:p>
    <w:p>
      <w:pPr>
        <w:pStyle w:val="ArticleBody"/>
        <w:jc w:val="left"/>
      </w:pPr>
      <w:r>
        <w:rPr>
          <w:rFonts w:ascii="Times New Roman" w:hAnsi="Times New Roman" w:eastAsia="Times New Roman" w:cs="Times New Roman"/>
        </w:rPr>
        <w:t>Тэдний Исаиа дотор сонсохоос татгалздаг мэдээ нь ээрэн түгдэрсэн хэлээр дамжин хүргэгддэг мэдээ бөгөөд “мөр дээр мөр” хэмээх аргачлалыг төлөөлдөг шалгах мэдээ юм.</w:t>
      </w:r>
    </w:p>
    <w:p>
      <w:pPr>
        <w:pStyle w:val="ArticleScripture"/>
        <w:jc w:val="left"/>
      </w:pPr>
      <w:r>
        <w:rPr>
          <w:rFonts w:ascii="Times New Roman" w:hAnsi="Times New Roman" w:eastAsia="Times New Roman" w:cs="Times New Roman"/>
        </w:rPr>
        <w:t>Харин ЭЗЭНий үг тэдэнд тушаал дээр тушаал, тушаал дээр тушаал; мөр дээр мөр, мөр дээр мөр; энд жаахан, тэнд жаахан байв; ингэснээр тэд явж, арагш унан, хэмхэрч, урхинд орж, баригдах ажээ. Тиймээс Иерусалимд буй энэ ард түмнийг захирдаг, дооглогч эрчүүд ээ, ЭЗЭНий үгийг сонсогтун. Учир нь та нар, “Бид үхэлтэй гэрээ байгуулсан, тамтай тохиролцсон; үерлэн нөмрөх ташуур дайран өнгөрөхөд тэр нь бидэнд хүрэхгүй. Учир нь бид худлыг өөрсдийн хоргодох газар болгож, худал хуурмаг дор өөрсдийгөө нууцалсан” хэмээн хэлсэн билээ. Исаиа 28:13–15.</w:t>
      </w:r>
    </w:p>
    <w:p>
      <w:pPr>
        <w:pStyle w:val="ArticleBody"/>
        <w:jc w:val="left"/>
      </w:pPr>
      <w:r>
        <w:rPr>
          <w:rFonts w:ascii="Times New Roman" w:hAnsi="Times New Roman" w:eastAsia="Times New Roman" w:cs="Times New Roman"/>
        </w:rPr>
        <w:t>Амралт ба сэргээлтийн (хожмын бороо) тухай захиас болох Эзэний үг нь тэднийг “явж, арагш унан, хэмх цохигдож, урхинд орж, баригдахад” хүргэдэг бөгөөд энэ нь “Иерусалимд буй энэ ард түмнийг захирдаг тохуурхагч хүмүүст” өгөгддөг. Иерусалим бол санаа алдан гашуудаж, хашхирагчдыг тэнгэрэлчүүд тэмдэглэдэг газар мөн; итгэл даалгавраасаа урвасан ахмад хүмүүс хамгийн түрүүнд унана.</w:t>
      </w:r>
    </w:p>
    <w:p>
      <w:pPr>
        <w:pStyle w:val="ArticleScripture"/>
        <w:jc w:val="left"/>
      </w:pPr>
      <w:r>
        <w:rPr>
          <w:rFonts w:ascii="Times New Roman" w:hAnsi="Times New Roman" w:eastAsia="Times New Roman" w:cs="Times New Roman"/>
        </w:rPr>
        <w:t>“Авралын тэмдгийг ‘үйлдэгдэж буй бүх жигшүүрт зүйлсийн төлөө санаа алдан гашуудаж, хашхиран уйлдаг’ хүмүүсийн дээр тавьсан байна. Одоо үхлийн тэнгэрэлч урагшлан гарч байна. Түүнийг Езекиелийн үзэгдэлд хядах зэвсэг барьсан хүмүүсээр төлөөлүүлсэн бөгөөд тэдэнд ийм тушаал өгөгджээ: ‘Өтгөс хөгшин, залуу, онгон охид, бага насны хүүхдүүд, эмэгтэйчүүдийг бүрмөсөн ал; харин тэмдэгтэй нэгэн ч хүний дэргэд бүү оч; мөн Миний ариун газраас эхэл.’ Эш үзүүлэгч ийн өгүүлдэг: ‘Тэд өргөөний өмнө байсан өтгөс өвгөдөөс эхлэв.’ Езекиел 9:1–6. Сүйрүүллийн ажил ард түмний сүнслэг харгалзагчид хэмээн өөрсдийгөө тунхагласан хүмүүсийн дунд эхэлдэг. Хуурамч манаачид хамгийн түрүүнд унана. Өрөвдөх ч, хэлтрүүлэх ч хэн ч байхгүй. Эрчүүд, эмэгтэйчүүд, охид, бага насны хүүхдүүд хамтдаа мөхнө.” Агуу тэмцэл, 656.</w:t>
      </w:r>
    </w:p>
    <w:p>
      <w:pPr>
        <w:pStyle w:val="ArticleBody"/>
        <w:jc w:val="left"/>
      </w:pPr>
      <w:r>
        <w:rPr>
          <w:rFonts w:ascii="Times New Roman" w:hAnsi="Times New Roman" w:eastAsia="Times New Roman" w:cs="Times New Roman"/>
        </w:rPr>
        <w:t>1989 онд ирсэн мэдлэгийн нэмэгдлийг бид дараагийн өгүүлэлд үргэлжлүүлэн авч үзэх болно.</w:t>
      </w:r>
    </w:p>
    <w:p>
      <w:pPr>
        <w:pStyle w:val="ArticleScripture"/>
        <w:jc w:val="left"/>
      </w:pPr>
      <w:r>
        <w:rPr>
          <w:rFonts w:ascii="Times New Roman" w:hAnsi="Times New Roman" w:eastAsia="Times New Roman" w:cs="Times New Roman"/>
        </w:rPr>
        <w:t>“Гаднах өнгөц байдлын цаадахыг харж, бүх хүний зүрх сэтгэлийг уншдаг Нэгэн агуу гэрэл хүлээн авсан хүмүүсийн тухай ийн өгүүлдэг: ‘Тэд өөрсдийн ёс суртахуун ба сүнслэг байдлын улмаас зовж шаналж, мэл гайхан цочирдоогүй.’ Тийм ээ, тэд өөрсдийн замыг сонгосон бөгөөд тэдний сүнс жигшүүрт зүйлсдээ таашаадаг. Би ч мөн тэдний төөрөгдлийг сонгож, тэдний айдсыг тэдний дээр авчирна; учир нь Би дуудах үед хэн ч хариулсангүй; Би айлдах үед тэд сонссонгүй; харин тэд Миний мэлмийн өмнө бузар мууг үйлдэж, Миний таашаадаггүй зүйлийг сонгосон.” “Үнэний хайрыг авралын тулд хүлээн аваагүй” тул ‘тэд худалд итгэхийн тулд Бурхан тэдэнд хүчтэй төөрөгдөл илгээнэ’; учир нь тэд ‘зөвт бус байдалд таашаал авсан.’ Исаиа 66:3, 4; 2 Тесалоник 2:11, 10, 12.</w:t>
      </w:r>
    </w:p>
    <w:p>
      <w:pPr>
        <w:pStyle w:val="ArticleScripture"/>
        <w:jc w:val="left"/>
      </w:pPr>
      <w:r>
        <w:rPr>
          <w:rFonts w:ascii="Times New Roman" w:hAnsi="Times New Roman" w:eastAsia="Times New Roman" w:cs="Times New Roman"/>
        </w:rPr>
        <w:t>“Тэнгэрлэг Багш ийн асуув: ‘Та зөв суурин дээр байгуулж байгаа бөгөөд Бурхан таны үйлсийг хүлээн зөвшөөрч байна гэсэн дүр үзүүлэлтээс илүү оюун санааг төөрөгдүүлж чадах ямар хүчтэй мэхлэл байж болох вэ? Гэтэл үнэн хэрэгтээ та олон зүйлийг ертөнцийн бодлогын дагуу үйлдэж, Еховагийн эсрэг нүгэл үйлдэж байдаг. Өө, энэ бол агуу хуурмаг, сэтгэл татам төөрөгдөл мөн. Нэгэн цагт үнэнийг мэдэж байсан хүмүүс бурханлаг байдлын дүр төрхийг түүний сүнс ба хүчтэй андуурч; өөрсдийгөө баян, эд хөрөнгөөр арвижсан, юугаар ч дутахгүй гэж боддог атал үнэн хэрэгтээ тэд бүх зүйлээр гачигдаж байдаг—ийм үед энэ хуурмаг төөрөгдөл тэдний оюун санааг эзэмддэг.’” Гэрчлэлүүд, 8-р боть,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тавдугаар бүлэг</dc:title>
  <dc:subject>Зөгнөлийн Аяллыг Нээхүй: Түүхэн Онцлох Үеүдийн Бурханлаг Холбоо</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