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Наймдугаар Хэсэг</w:t>
      </w:r>
    </w:p>
    <w:p>
      <w:pPr>
        <w:pStyle w:val="ArticleSubtitle"/>
        <w:jc w:val="left"/>
      </w:pPr>
      <w:r>
        <w:rPr>
          <w:rFonts w:ascii="Arial" w:hAnsi="Arial" w:eastAsia="Arial" w:cs="Arial"/>
        </w:rPr>
        <w:t>Хуурамч Хожуу Борооноос нүүр хуулсан нь: 2001 оны 9 дүгээр сарын 11-нээс эхэлсэн эш үзүүллэгийн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Тэнгэрэлч бууж ирэх үед эхэлдэг шалгалтын үйл явц нь тэнгэрэлчийн гараас номыг авч идэх эсэх сорилтоор дүрслэгдсэн байдаг. Мэдээг идэхээр сонгосон хүмүүс дараа нь урам хугаралд хүрэхээр тавилантай байсан бөгөөд идэхээс татгалзсан бүлэг ард нь үлдсэн юм. Идэх ёстой байсан тэрхүү бяцхан ном нь 1798 эсвэл 1989 онд “эцсийн цагт” анх лац нь тайлагдсан мэдээний талаарх “мэдлэгийн өсөлт”-ийг төлөөлж байсан бөгөөд улмаар дараа нь тухайн үед амьд байсан үеийнхнийг тэрхүү өссөн мэдлэгийн гэрлийн өмнө хариуцлага хүлээлгэх мэдээ болгон албан ёсоор хэлбэржсэн юм. Аль ч түүхэнд, Исламын тухай эш үзүүллэг биелсний дараа, тэнгэрэлчийн гарт байсан идэх ёстой мэдээ хүлээн авагдсан эсвэл няцаагдсан. Хэрэв номоор төлөөлөгдсөн мэдээ няцаагдвал, тийнхүү үйлдэгчид, мөн өөрсдийгөө Бурханы сонгогдсон хэвээр гэж тунхаглахыг эрмэлзсээр байдаг атлаа, хуурамч сүүлчийн борооны мэдээ гарган тавихаас аргагүй болдог.</w:t>
      </w:r>
    </w:p>
    <w:p>
      <w:pPr>
        <w:pStyle w:val="ArticleBody"/>
        <w:jc w:val="left"/>
      </w:pPr>
      <w:r>
        <w:rPr>
          <w:rFonts w:ascii="Times New Roman" w:hAnsi="Times New Roman" w:eastAsia="Times New Roman" w:cs="Times New Roman"/>
        </w:rPr>
        <w:t>2001 оны 9 дүгээр сарын 11-нд Адвентизмын үе үеийнхний өнгөрсөн бослого, эсэргүүцлүүд дахин шалгалтын асуудал болгогдов. Хабаккук номын хоёрдугаар бүлэгт тэнд дүрслэгдсэн эш үзүүллэгийн түүхэнд өрнөдөг нэгэн маргааныг тодорхойлдог бөгөөд энэ нь арван онгон охины сургаалт зүйрлэлтэй зэрэгцэх эш үзүүллэгийн шугам юм. Харуул арван онгон охины сургаалт зүйрлэлийн түүхэнд юу гэж хариулах ёстойгоо асуухад түүнд “үзэгдлийг бичиж, самбарууд дээр тодорхой болго” гэж тушаагдсан. Миллерит түүхийн харуулууд 1842 онд 1843 оны хүснэгтийг бүтээсэн бөгөөд түүнийг бүтээсэн явдал нь нэгэн тэмдэгт үе шат болсон юм. Эцэст нь ярих ёстой байсан нь Хабаккук 2-ын “үзэгдэл” буюу самбарууд дээр тодорхой болгогдсон тэрхүү үзэгдэл байсан юм.</w:t>
      </w:r>
    </w:p>
    <w:p>
      <w:pPr>
        <w:pStyle w:val="ArticleBody"/>
        <w:jc w:val="left"/>
      </w:pPr>
      <w:r>
        <w:rPr>
          <w:rFonts w:ascii="Times New Roman" w:hAnsi="Times New Roman" w:eastAsia="Times New Roman" w:cs="Times New Roman"/>
        </w:rPr>
        <w:t>2001 оны 9 дүгээр сарын 11-ний дараахан, гурав дахь гаслангийн Исламын үйл ажиллагааг таньсан хүмүүс Иеремиагийн “эртний жимүүд” рүү буцаж, түүгээр явахад хөтлөгдөв. Тэдгээр “эртний жимүүд” нь Илчлэлт номын наймдугаар бүлгийн арван гуравдугаар эшлэл дэх гурван гаслан нь Исламын эш үзүүллэгийн үүргийг төлөөлдөг болохыг тодорхойлсон байв. Үүний дараахан Future for America байгууллага Хабаккук номын хоёрдугаар бүлгийн хоёр хүснэгтийг дахин хэвлэж эхэлсэн бөгөөд зэрэгцээ түүхэн дэх Миллерчүүдийн яг тэр л цэг дээр, 1842 онд 1843 оны хүснэгтийг бүтээсэн явдлаар төлөөлөгдөн байсан тэмдэглэгээ болгон тэр хоёр хүснэгтийг дэлгэн тавьсан юм.</w:t>
      </w:r>
    </w:p>
    <w:p>
      <w:pPr>
        <w:pStyle w:val="ArticleScripture"/>
        <w:jc w:val="left"/>
      </w:pPr>
      <w:r>
        <w:rPr>
          <w:rFonts w:ascii="Times New Roman" w:hAnsi="Times New Roman" w:eastAsia="Times New Roman" w:cs="Times New Roman"/>
        </w:rPr>
        <w:t>“1842 оны тавдугаар сард [Массачусетс] мужийн Бостонд Ерөнхий Чуулган хуралдав. Энэ хурлын нээлтийн үеэр Хаверхиллийн ах дүү Чарльз Фитч, Аполлос Хейл нар өөрсдийн даавуун дээр зурсан, бошиглолын тоонуудыг багтаасан бөгөөд тэдгээрийн биеллийг харуулсан Даниел, Иохан хоёрын дүрслэлт бошиглолуудыг танилцуулав. Ах Фитч Чуулганы өмнө өөрийн хүснэгтээс тайлбарлахдаа, эдгээр бошиглолуудыг судалж байх зуур, хэрэв энд үзүүлсний адил ямар нэгэн зүйлийг гаргаж чадвал энэ нь уг сэдвийг хялбарчилж, сонсогчдод танилцуулахад өөрт нь илүү амар болгоно гэж бодсон хэмээн хэлэв. Энд бидний замд илүү их гэрэл байлаа. Эдгээр ах дүүс Эзэн 2,468 жилийн өмнө Хабаккукт үзэгдлээрээ харуулж, “Үзэгдлийг бичигтүн, түүнийг самбарууд дээр ойлгомжтойгоор тэмдэглэтүгэй, ингэснээр түүнийг уншигч хүн гүйж болох юм. Учир нь үзэгдэл нь тогтоогдсон цагийн төлөө хараахан байна” хэмээн айлдсан тэрхүү зүйлийг хийж байв. Хабаккук 2:2.”</w:t>
      </w:r>
    </w:p>
    <w:p>
      <w:pPr>
        <w:pStyle w:val="ArticleScripture"/>
        <w:jc w:val="left"/>
      </w:pPr>
      <w:r>
        <w:rPr>
          <w:rFonts w:ascii="Times New Roman" w:hAnsi="Times New Roman" w:eastAsia="Times New Roman" w:cs="Times New Roman"/>
        </w:rPr>
        <w:t>“Энэ асуудлаар хэсэг хэлэлцсэний дараа үүнтэй адил гурван зууг чулуун хэвлэлээр хэвлүүлэхээр санал хураахад бүгд нэгэн дуугаар баталсан бөгөөд удалгүй энэ нь хэрэгжсэн юм. Тэднийг ‘43 оны хүснэгтүүд’ гэж нэрлэдэг байв. Энэ нь маш чухал Бага хурал байсан.” Иосеф Бейтсийн намтар, 263.</w:t>
      </w:r>
    </w:p>
    <w:p>
      <w:pPr>
        <w:pStyle w:val="ArticleScripture"/>
        <w:jc w:val="left"/>
      </w:pPr>
      <w:r>
        <w:rPr>
          <w:rFonts w:ascii="Times New Roman" w:hAnsi="Times New Roman" w:eastAsia="Times New Roman" w:cs="Times New Roman"/>
        </w:rPr>
        <w:t>“‘анхны итгэл’ дээр бат зогсож байсан үедээ, Хоёр дахь Ирэлтийн номлогчид болон хэвлэлүүдийн нэгдмэл гэрчлэл нь хүснэгт хэвлэгдсэн явдлыг Хабаккук 2:2, 3-ын биелэлт мөн гэж тунхаглаж байсан юм. Хэрэв тэрхүү хүснэгт нь эш үзүүллэгийн сэдэв байсан бол (үүнийг үгүйсгэгчид анхны итгэлээс няцдаг), тэгвэл 2300 өдрийг МЭӨ 457 оноос эхлэн тоолох ёстой нь зайлшгүй дагалдана. ‘Үзэгдэл’ ‘саатах’ ёстой, өөрөөр хэлбэл саатлын хугацаа байх ёстой байсан тул 1843 он нь анх нийтлэгдсэн цаг хугацаа байх шаардлагатай байв; тэр хугацаанд он цагийн агуу сэдвийн талаар онгон бүсгүйчүүдийн бүлэг Нунтаг шөнийн хашхираанаар сэрээгдэхийнхээ яг өмнө нойрмоглон унтах учиртай байлаа.” Жеймс Уайт, Second Advent Review and Sabbath Herald, I боть, 2 дугаар.</w:t>
      </w:r>
    </w:p>
    <w:p>
      <w:pPr>
        <w:pStyle w:val="ArticleScripture"/>
        <w:jc w:val="left"/>
      </w:pPr>
      <w:r>
        <w:rPr>
          <w:rFonts w:ascii="Times New Roman" w:hAnsi="Times New Roman" w:eastAsia="Times New Roman" w:cs="Times New Roman"/>
        </w:rPr>
        <w:t>“Одоо бидний түүхээс харахад Уильям Миллерийн хэрэглэж байсан тэрхүү ижил цаг хугацааны хүснэгтүүдээр зааж байсан, бүгд нэгэн хэвийн шинжтэй, олон зуун хүн байсан. Тэр үед захиасын нэгдмэл байдал нь нэг л сэдэв дээр төвлөрч байсан бөгөөд тэр нь Эзэн Есүс тодорхой нэгэн цагт, 1844 онд, ирнэ гэсэн явдал байв.” Жозеф Бейтс, Early SDA Pamphlets, 17.</w:t>
      </w:r>
    </w:p>
    <w:p>
      <w:pPr>
        <w:pStyle w:val="ArticleBody"/>
        <w:jc w:val="left"/>
      </w:pPr>
      <w:r>
        <w:rPr>
          <w:rFonts w:ascii="Times New Roman" w:hAnsi="Times New Roman" w:eastAsia="Times New Roman" w:cs="Times New Roman"/>
        </w:rPr>
        <w:t>1843 болон 1850 оны хүснэгтүүдийг 2001 оны 9 дүгээр сарын 11-ний дараах нэн ойрын түүхэн үед дахин хэвлэсэн явдал нь, 1842 онд 1843 оны хүснэгтийг нийтэлсэнтэй адил хэмжээгээр, Хабаккукын хоёрдугаар бүлгийн биелэл байсан юм. Эдгээр хүснэгтүүдийг бүтээж гаргасан явдал нь Хабаккукын хоёрдугаар бүлгийн өгүүлэмжийн нэг хэсэг бөгөөд энэ нь зайлшгүй тохиолдох ёстой байв. 2001 оны 9 дүгээр сарын 11-нд Иеремиагийн “хуучин жимүүд”-д эргэн очихоос татгалзсан Лаодикийн Адвентистуудын дунд 1863 оны тэрсэлдэл дахин давтагдсан юм.</w:t>
      </w:r>
    </w:p>
    <w:p>
      <w:pPr>
        <w:pStyle w:val="ArticleScripture"/>
        <w:jc w:val="left"/>
      </w:pPr>
      <w:r>
        <w:rPr>
          <w:rFonts w:ascii="Times New Roman" w:hAnsi="Times New Roman" w:eastAsia="Times New Roman" w:cs="Times New Roman"/>
        </w:rPr>
        <w:t>“Дайсан маань ах эгч нарын маань оюун санааг эдгээр эцсийн өдрүүдэд бат зогсох ард түмнийг бэлтгэх ажлаас хөндийрүүлэхийг хичээж байна. Түүний зальт мэхлэлүүд нь оюун ухааныг энэ цаг үеийн аюулууд ба үүргүүдээс зайлуулахад чиглэгдсэн байдаг. Тэд Христ Өөрийн ард түмэнд өгөхөөр тэнгэрээс Иоханд авчирсан гэрлийг өчүүхэн үнэтэй хэмээн үнэлдэг. Тэд яг бидний өмнө буй үзэгдлүүд онцгой анхаарал хүлээн авахуйц хангалттай чухал биш гэж заадаг. Тэд тэнгэрлэг гаралтай үнэнийг хүчингүй болгож, Бурханы ард түмнийг өнгөрсөн туршлагаас нь салган, оронд нь хуурамч шинжлэх ухааныг өгдөг. ‘ЭЗЭН ийнхүү айлдаж байна: Замууд дээр зогсож, хар, эртний жимүүдийг—сайн зам хаана байгааг—асуу, түүгээр яв.’ [Иеремиа 6:16.]”</w:t>
      </w:r>
    </w:p>
    <w:p>
      <w:pPr>
        <w:pStyle w:val="ArticleScripture"/>
        <w:jc w:val="left"/>
      </w:pPr>
      <w:r>
        <w:rPr>
          <w:rFonts w:ascii="Times New Roman" w:hAnsi="Times New Roman" w:eastAsia="Times New Roman" w:cs="Times New Roman"/>
        </w:rPr>
        <w:t>“Бидний итгэлийн суурийг хэн ч нураан зайлуулахыг бүү эрэлхийлэг,—энэ суурь нь бидний ажлын эхэнд Үгийг залбирлын сэтгэлээр судалснаар болон илчлэлтээр тавигдсан юм. Эдгээр суурин дээр бид тавь гаруй жилийн турш барьж ирсэн билээ. Хүмүүс өөрсдөө шинэ зам олсон, нэгэнт тавигдсан тэр сууриас илүү бат суурь тавьж чадна гэж бодож магад; гэвч энэ нь агуу мэхлэл мөн. ‘Тавигдсан тэрхүү сууриас өөр суурийг хэн ч тавьж үл чадна.’ [1 Corinthians 3:11.] Өнгөрсөн үед олон хүн шинэ итгэл байгуулж, шинэ зарчмуудыг тогтоохоор оролдож байсан; гэвч тэдний барилга хэр удаан тогтсон бэ? Тэр даруйдаа нуран унасан; учир нь хад чулуун дээр үндэслэгдээгүй байсан юм.” Testimonies, volume 8, 296, 297.</w:t>
      </w:r>
    </w:p>
    <w:p>
      <w:pPr>
        <w:pStyle w:val="ArticleBody"/>
        <w:jc w:val="left"/>
      </w:pPr>
      <w:r>
        <w:rPr>
          <w:rFonts w:ascii="Times New Roman" w:hAnsi="Times New Roman" w:eastAsia="Times New Roman" w:cs="Times New Roman"/>
        </w:rPr>
        <w:t>Иеремиа “хуучин жимүүдээр” явах нь “амралтыг” олох явдал мөн гэж тодорхойлдог бөгөөд тэрхүү амралт нь “хожуугийн бороо” юм. Энэ нь 2001 оны 9 дүгээр сарын 11-нд Нью-Йорк хотын агуу барилгууд нуран унах үед үндэстнүүд уур хилэнгээр бадарснаар эхэлсэн. Тэр үед мэдээг хүлээн авсан хүмүүс “үзэгдлийг бичиж, тодорхой болгох” ёстой байсан Хабакукийн харуулууд болсон. Иеремиа “амралтын” цаг үед, өөрөөр хэлбэл “хожуугийн борооны” үед, яг тэрхүү ижил харуулуудыг тодорхойлдог.</w:t>
      </w:r>
    </w:p>
    <w:p>
      <w:pPr>
        <w:pStyle w:val="ArticleScripture"/>
        <w:jc w:val="left"/>
      </w:pPr>
      <w:r>
        <w:rPr>
          <w:rFonts w:ascii="Times New Roman" w:hAnsi="Times New Roman" w:eastAsia="Times New Roman" w:cs="Times New Roman"/>
        </w:rPr>
        <w:t>Их Эзэн ийнхүү айлдаж байна: Замуудын уулзварт зогсож, хар; эртний жимүүдийг, сайн зам хаана байгааг асуу; түүгээр яв, тэгвэл та нар сэтгэлүүддээ амгаланг олох болно. Харин тэд, “Бид түүгээр явахгүй” гэв. Мөн Би та нарын дээр харуулуудыг тавьж, “Бүрээний дууг сонсогтун” гэж хэлсэн. Харин тэд, “Бид сонсохгүй” гэв. Иеремиа 6:16, 17.</w:t>
      </w:r>
    </w:p>
    <w:p>
      <w:pPr>
        <w:pStyle w:val="ArticleBody"/>
        <w:jc w:val="left"/>
      </w:pPr>
      <w:r>
        <w:rPr>
          <w:rFonts w:ascii="Times New Roman" w:hAnsi="Times New Roman" w:eastAsia="Times New Roman" w:cs="Times New Roman"/>
        </w:rPr>
        <w:t>Тэдний дуугаргах ёстой байсан бүрээ нь Миллерчүүдийн түүхэн дэх хоёр дахь гайгийн зургаа дахь бүрээ мөн бөгөөд эцсийн өдрүүдэд энэ нь гурав дахь гайгийн долоо дахь бүрээ юм. Иеремиагийн манаачид болох Хабаккукийн манаачид 1888 оны тэрслэл дунд няцаагдсан сэрэмжлүүлгийн мэдээг тунхагладаг. 1888 онд няцаагдсан зургаа дахь бүрээ нь Лаодикеад хандсан мэдээ байв.</w:t>
      </w:r>
    </w:p>
    <w:p>
      <w:pPr>
        <w:pStyle w:val="ArticleScripture"/>
        <w:jc w:val="left"/>
      </w:pPr>
      <w:r>
        <w:rPr>
          <w:rFonts w:ascii="Times New Roman" w:hAnsi="Times New Roman" w:eastAsia="Times New Roman" w:cs="Times New Roman"/>
        </w:rPr>
        <w:t>“A. T. Jones, болон E. J. Waggoner нараар дамжуулан бидэнд өгөгдсөн мэдээ нь Лаодикийн чуулганд хандсан Бурханы мэдээ мөн бөгөөд, үнэнийг итгэдэг хэмээн өөрийгөө тунхаглачихаад Бурханаас өгөгдсөн туяаг бусдад тусган харуулдаггүй хэн боловч золгүй еэ.” The 1888 Materials, 1053.</w:t>
      </w:r>
    </w:p>
    <w:p>
      <w:pPr>
        <w:pStyle w:val="ArticleBody"/>
        <w:jc w:val="left"/>
      </w:pPr>
      <w:r>
        <w:rPr>
          <w:rFonts w:ascii="Times New Roman" w:hAnsi="Times New Roman" w:eastAsia="Times New Roman" w:cs="Times New Roman"/>
        </w:rPr>
        <w:t>1888 оны долоо дахь бүрээний мэдээ анх 1856 онд Лаодикейд эгшиглэсэн бөгөөд дараа нь Лаодикейн мэдээг “долоон цаг”-ийн өсөн нэмэгдэх гэрлийн хүрээнд байрлуулсан юм. 2001 оны 9 дүгээр сарын 11-нд, хожмын борооны мэдээг хүлээн авахын тулд Иеремиагийн эртний жимүүдэд буцаж, түүгээр явах уриалга нь Лаодикейд хандсан мэдээ хэмээн дүрслэгдсэн долоо дахь Бүрээний анхааруулгын мэдээ, мөн суурийн бэлгэдэл болох “долоон цаг”-ийг багтааж байв.</w:t>
      </w:r>
    </w:p>
    <w:p>
      <w:pPr>
        <w:pStyle w:val="ArticleBody"/>
        <w:jc w:val="left"/>
      </w:pPr>
      <w:r>
        <w:rPr>
          <w:rFonts w:ascii="Times New Roman" w:hAnsi="Times New Roman" w:eastAsia="Times New Roman" w:cs="Times New Roman"/>
        </w:rPr>
        <w:t>Паулын бичвэрүүдэд өгүүлсэн хүчтэй төөрөгдлийг бий болгодог эш үзүүллэгээр тодорхойлогдсон “худал” нь эш үзүүлэгч эмэгтэйн нас барснаас хойш арван зургаан жилийн дараа, 1931 онд, Лаодикейн Адвентизмын гурав дахь үеийн дунд суулгагдсан юм. Гурав дахь үед орж ирсэн тэрхүү “худал” нь эш үзүүллэгийн дагуу “Таммузын төлөө уйлж буй эмэгтэйчүүд” хэмээн дүрслэгдсэн үед байрладаг тул, иймээс хуурамч хожуугийн борооны мэдээтэй холбоотой юм.</w:t>
      </w:r>
    </w:p>
    <w:p>
      <w:pPr>
        <w:pStyle w:val="ArticleBody"/>
        <w:jc w:val="left"/>
      </w:pPr>
      <w:r>
        <w:rPr>
          <w:rFonts w:ascii="Times New Roman" w:hAnsi="Times New Roman" w:eastAsia="Times New Roman" w:cs="Times New Roman"/>
        </w:rPr>
        <w:t>“худал”-ыг хэрхэн түгээн дэлгэрүүлсэн нарийн ширийн зүйлийг ойлгох ёстой бөгөөд мөн төгсгөлийн цагийн эш үзүүллэг дэх “худал”-ын эш үзүүллэгийн үүргийг ч ойлгох ёстой. Сүүлчийн борооны үед, өөрөөр хэлбэл нэг зуун дөчин дөрвөн мянгыг тамгалж буй цаг үед Иерусалимыг захирч буй доог тохуулагч хүмүүс Езекиелийн наймдугаар бүлэгт дүрслэгдсэн “Таммузын төлөө уйлж буй эмэгтэйчүүд”-ээр төлөөлөгдсөнчлөн, Адвентизмын гурав дахь үед хуурамч сүүлчийн борооны мэдээг бий болгосон. Тэдний хуурамч сүүлчийн борооны мэдээг Езекиел мөн хуурамч суурь, хамгаалалтын хуурамч хана, мөн хуурамч амар тайван ба аюулгүй байдлын мэдээ хэмээн дүрсэлдэг.</w:t>
      </w:r>
    </w:p>
    <w:p>
      <w:pPr>
        <w:pStyle w:val="ArticleScripture"/>
        <w:jc w:val="left"/>
      </w:pPr>
      <w:r>
        <w:rPr>
          <w:rFonts w:ascii="Times New Roman" w:hAnsi="Times New Roman" w:eastAsia="Times New Roman" w:cs="Times New Roman"/>
        </w:rPr>
        <w:t>Та нар хоосон үзэгдэл үзээгүй гэж үү, худал мэргэ төлөг айлдаагүй гэж үү? Гэтэл та нар, “ЭЗЭН айлдаж байна” гэж хэлдэг; харин Би айлдаагүй билээ. Тиймээс Эзэн Бурхан ийнхүү айлдаж байна: Та нар хоосныг ярьж, худлыг үзсэн учраас, үзэгтүн, Би та нарын эсрэг байна гэж Эзэн Бурхан айлдаж байна. Хоосон үзэгдэл үзэж, худал мэргэлдэг эш үзүүлэгчдийн дээр Миний гар байх болно. Тэд Миний ард түмний чуулганд байхгүй, Израилийн гэрийн бичигт бичигдэхгүй, Израилийн нутагт ч орохгүй; тэгээд та нар Намайг Эзэн Бурхан мөн гэдгийг мэдэх болно. Учир нь, тийм ээ, тэд Миний ард түмнийг мэхэлж, “Энх тайван” гэж хэлсэн атлаа энх тайван байгаагүй; нэгэн нь хана босгоход, харагтун, бусад нь түүнийг боловсроогүй шавраар шавжээ. Боловсроогүй шавраар шавж буй хүмүүст хэлэгтүн: Тэр хана нурна. Аадар асгарна; мөн та нар аа, мөндрийн их чулуунууд, унана; шуурган салхи түүнийг хэмхэнэ. Харагтун, хана нурсан хойно та нарт, “Та нарын шавсан тэр шавардлага хаана байна?” гэж хэлэхгүй гэж үү? Тиймээс Эзэн Бурхан ийнхүү айлдаж байна: Би Өөрийн хилэнгээр шуурган салхи гарган түүнийг хэмхэнэ; Миний уур хилэнгээр аадар асгарч, Миний хилэнгийн дунд мөндрийн их чулуунууд түүнийг сүйрүүлнэ. Ийнхүү Би та нарын боловсроогүй шавраар шавсан ханыг нурааж, газарт унагах бөгөөд суурь нь ил гарна; тэр хана нурж, та нар түүний дунд сүйрнэ. Тэгээд та нар Намайг ЭЗЭН мөн гэдгийг мэдэх болно. Ийнхүү Би Өөрийн хилэнг ханан дээр, мөн түүнийг боловсроогүй шавраар шавсан хүмүүсийн дээр гүйцээж, та нарт, “Хана байхгүй болсон, түүнийг шавсан хүмүүс ч байхгүй болсон” гэж хэлнэ. Өөрөөр хэлбэл, Иерусалимын тухай эш үзүүлж, түүнд энхийн үзэгдэл үздэг атал энх тайван огт байгаагүй Израилийн эш үзүүлэгчид мөн гэж Эзэн Бурхан айлдаж байна. Езекиел 13:7–16.</w:t>
      </w:r>
    </w:p>
    <w:p>
      <w:pPr>
        <w:pStyle w:val="ArticleBody"/>
        <w:jc w:val="left"/>
      </w:pPr>
      <w:r>
        <w:rPr>
          <w:rFonts w:ascii="Times New Roman" w:hAnsi="Times New Roman" w:eastAsia="Times New Roman" w:cs="Times New Roman"/>
        </w:rPr>
        <w:t>Исаиа номын хорин найм, хорин есдүгээр бүлгүүдэд Иерусалим дахь басамжлагч хүмүүсийн нуугдан хоргоддог худал хуурмаг ба мэхлэл нь эцэстээ “хальж урсах ташуур”-аар шүүгдэн устгагдана.</w:t>
      </w:r>
    </w:p>
    <w:p>
      <w:pPr>
        <w:pStyle w:val="ArticleScripture"/>
        <w:jc w:val="left"/>
      </w:pPr>
      <w:r>
        <w:rPr>
          <w:rFonts w:ascii="Times New Roman" w:hAnsi="Times New Roman" w:eastAsia="Times New Roman" w:cs="Times New Roman"/>
        </w:rPr>
        <w:t>Би мөн шүүлтийг хэмжих шугам болгож, зөвт байдлыг отвес болгоно; мөндөр худлын хоргодох газрыг хаман зайлуулж, ус нуугдах газрыг халин бүрхэнэ. Үхэлтэй байгуулсан та нарын гэрээ хүчингүй болж, тамтай хийсэн та нарын тохиролцоо тогтохгүй; халин өнгөрөх ташуур дайран өнгөрөхөд та нар түүнд гишгэгдэн дарлагдах болно. Исаиа 28:17, 18.</w:t>
      </w:r>
    </w:p>
    <w:p>
      <w:pPr>
        <w:pStyle w:val="ArticleBody"/>
        <w:jc w:val="left"/>
      </w:pPr>
      <w:r>
        <w:rPr>
          <w:rFonts w:ascii="Times New Roman" w:hAnsi="Times New Roman" w:eastAsia="Times New Roman" w:cs="Times New Roman"/>
        </w:rPr>
        <w:t>Исаиагийн “халин ирэх ташуур” нь Езекиелийн “халих аадар” мөн бөгөөд энэ нь “хий хоосон үзэгдэл” үзүүлж, “Эзэн ингэж айлдаж байна” хэмээн мэдүүлсэн атлаа Эзэн “айлаагүй” байхад “худлыг мэргэлсэн” хүмүүсийн дээр авчирдаг. Эртний хүмүүсийн нуугдан хоргоддог тэрхүү “худал” нь Эзэн айлдсан гэж тэдний мэдүүлдэг нэгэн зүйлээр дүрслэгдэж байгаа тул энэ нь Бурханы Үгийн тухай “худал” юм. Эсвэл тэд Бурханы Үгээс гарсан сургаалыг алдаа хэмээн тодорхойлсон, эс бөгөөс Библийн нэгэн сургаалын талаар өөрсдийн ойлголтыг Бурхан чиглүүлсэн (Бурхан айлдсан) хэмээн эндүүрэн мэдүүлсэн байна.</w:t>
      </w:r>
    </w:p>
    <w:p>
      <w:pPr>
        <w:pStyle w:val="ArticleBody"/>
        <w:jc w:val="left"/>
      </w:pPr>
      <w:r>
        <w:rPr>
          <w:rFonts w:ascii="Times New Roman" w:hAnsi="Times New Roman" w:eastAsia="Times New Roman" w:cs="Times New Roman"/>
        </w:rPr>
        <w:t>1931 онд гарч ирсэн “худал” нь Даниелын ном дахь “өдөр тутмын” тухай хуурамч үзлийг Систер Уайт дэмжсэн гэсэн мэдэгдэл байв. “Өдөр тутмын” нь Христийн ариун сүм дэх үйлчлэлийг төлөөлдөг гэсэн тэрхүү хуурамч үзэл нь нэгэн “худал”-д тулгуурласан бөгөөд уг “худал” нь 1910 онд Эллен Уайт А. Г. Даниеллст, “өдөр тутмын” нь Христийн ариун сүм дэх үйлчлэлийг төлөөлдөг гэсэн түүний болон Прескоттын үзэл нь үнэндээ зөв гэж мэдэгдсэн хэмээн шаардсан явдал байсан; энэ нь түүний үүний эсрэг шууд бичгээр илэрхийлсэн үгстэй нь үл нийцэж байсан юм.</w:t>
      </w:r>
    </w:p>
    <w:p>
      <w:pPr>
        <w:pStyle w:val="ArticleBody"/>
        <w:jc w:val="left"/>
      </w:pPr>
      <w:r>
        <w:rPr>
          <w:rFonts w:ascii="Times New Roman" w:hAnsi="Times New Roman" w:eastAsia="Times New Roman" w:cs="Times New Roman"/>
        </w:rPr>
        <w:t>Тэр үед (1931) Лаодикийн Адвентизм дотор тогтоогдсон “өдөр тутмын” тухай хуурамч үзэл нь Езекиелийн “энх тайван ба аюулгүй байдал” хэмээн дүрсэлсэн мэдээг босгон байгуулахад хэрэглэгдсэн теологийн суурь болсон юм. Тэрхүү хуурамч суурийг батлан хамгаалахад ашиглагддаг олон янзын нотолгоонууд нь Миллерийн зүүдэнд үзсэн төрөл бүрийн хуурамч зоос ба эрдэнийн чулуунууд мөн. Түүний зүүдний төгсгөлд анхны эрдэнийн чулуунууд нь бүхэлдээ хуурамч зүйлс болон хог шороонд бүрхэгдсэн байдаг бөгөөд тэрхүү хог шороо, хуурамч эрдэнийн чулуунууд ба зооснууд нь “өдөр тутмын” нь Христийн ариун сүмийн үйлчлэлийг илэрхийлдэг гэсэн тэдний үндсэн алдаан дээр тулгуурласан мэдээг төлөөлдөг.</w:t>
      </w:r>
    </w:p>
    <w:p>
      <w:pPr>
        <w:pStyle w:val="ArticleBody"/>
        <w:jc w:val="left"/>
      </w:pPr>
      <w:r>
        <w:rPr>
          <w:rFonts w:ascii="Times New Roman" w:hAnsi="Times New Roman" w:eastAsia="Times New Roman" w:cs="Times New Roman"/>
        </w:rPr>
        <w:t>Езекиелийн эшлэлд хог новш ба хуурамч эрдэнэсийг “хана” хэмээн дүрсэлсэн бөгөөд тэрхүү хана нь “шуургат салхи” эсвэл “асгарсан аадар”-ын дарамтыг дааж тогтож чадахгүй тийм сул зуурмагаар баригдсан ажээ.</w:t>
      </w:r>
    </w:p>
    <w:p>
      <w:pPr>
        <w:pStyle w:val="ArticleBody"/>
        <w:jc w:val="left"/>
      </w:pPr>
      <w:r>
        <w:rPr>
          <w:rFonts w:ascii="Times New Roman" w:hAnsi="Times New Roman" w:eastAsia="Times New Roman" w:cs="Times New Roman"/>
        </w:rPr>
        <w:t>Иеробоамыг зэмлэсэн Иудагаас ирсэн дуулгаваргүй эш үзүүлэгч эцэст нь “илжиг” ба “арслан”-гийн дунд амиа алдсан. Арслан нь Вавилоныг, харин илжиг нь Исламыг төлөөлдөг. Дуулгаваргүй эш үзүүлэгчийн үхлээр дүрслэгдсэн, Лаодикийн Адвентизмын олж харж чаддаггүй тэр хоёр сургаал нь папын тухай мэдээ (арслан) болон гурав дахь Гаслангийн Исламын тухай мэдээ (илжиг) юм.</w:t>
      </w:r>
    </w:p>
    <w:p>
      <w:pPr>
        <w:pStyle w:val="ArticleBody"/>
        <w:jc w:val="left"/>
      </w:pPr>
      <w:r>
        <w:rPr>
          <w:rFonts w:ascii="Times New Roman" w:hAnsi="Times New Roman" w:eastAsia="Times New Roman" w:cs="Times New Roman"/>
        </w:rPr>
        <w:t>Езекиелийн “шуургат салхи” нь Исаиагийн хорин долдугаар бүлэгт гардаг “зүүн салхины өдөр” дэх “намжаагдсан ширүүн салхи”-ны бэлгэдэл юм. Езекиелийн “шуургат салхи” нь мөн Илчлэлт номын долдугаар бүлэгт Бурханы зарц нар тамгалагдах хүртэл баригдан саатуулагддаг “дөрвөн салхи” мөн. Езекиелийн “шуургат салхи” нь бас түүний гучин долдугаар бүлэг дэх “дөрвөн салхи”-наас ирэх мэдээ бөгөөд тэр нь үхсэн хуурай ясыг хүчит их цэрэг болгон амилуулдаг. “Зуураагүй шавраар барьсан ханыг” нураадаг Езекиелийн “шуургат салхи” нь гурав дахь Гаслалын хожуу борооны мэдээ мөн.</w:t>
      </w:r>
    </w:p>
    <w:p>
      <w:pPr>
        <w:pStyle w:val="ArticleBody"/>
        <w:jc w:val="left"/>
      </w:pPr>
      <w:r>
        <w:rPr>
          <w:rFonts w:ascii="Times New Roman" w:hAnsi="Times New Roman" w:eastAsia="Times New Roman" w:cs="Times New Roman"/>
        </w:rPr>
        <w:t>Езекиелийн “асгарсан аадар бороо” нь папын засгийг бэлгэддэг бөгөөд, илүү тодруулбал, энэ нь АНУ-д тун удахгүй гарах Ням гаргийн хуулиар эхлэх Ням гаргийн хуулийн хямралын үеийг бэлгэддэг. Илжиг ба арслангийн хооронд үхсэн Иудагаас ирсэн дуулгаваргүй эш үзүүлэгч нь, 2001 оны 9 дүгээр сарын 11-нд илжиг (гурав дахь гай) ирснээс эхлэн тун удахгүй гарах Ням гаргийн хууль (арслан) хүртэлх хугацаанд явагдах Лаодикийн Адвентизмийн үхлийг төлөөлсөн. Лаодикийн Адвентизмийн энэ үхэл нь, 2001 оны 9 дүгээр сарын 11-нд үндэстнүүд уурссан боловч тогтоон баригдсан тэр үед эхэлсэн нэг зуун дөчин дөрвөн мянгыг тамгалах ажлын явцад тохиолдож, тун удахгүй гарах Ням гаргийн хуулиар төгсөнө. Дуулгаваргүй эш үзүүлэгчээр дүрслэгдсэнээр, тэд “дооглогчдын чуулган”-д хэзээ ч буцаж очиж болохгүй хэмээн шууд сануулга авсан атлаа, тэрсэлсэн протестантизмын аргачлал руу буцан орсноос тэдний үхэл авчирсан юм.</w:t>
      </w:r>
    </w:p>
    <w:p>
      <w:pPr>
        <w:pStyle w:val="ArticleBody"/>
        <w:jc w:val="left"/>
      </w:pPr>
      <w:r>
        <w:rPr>
          <w:rFonts w:ascii="Times New Roman" w:hAnsi="Times New Roman" w:eastAsia="Times New Roman" w:cs="Times New Roman"/>
        </w:rPr>
        <w:t>Тэдний үхэл нь зуун дөчин дөрвөн мянгыг тамгалах түүхийн хүрээнд тохиолддог. Бурханы ард түмэн тамгалагдангуут устгагч тэнгэрэлчүүд ажлаа эхэлдэг. 2001 оны 9 дүгээр сарын 11-нээс тун удахгүй гарах Ням гаргийн хуулийн үе хүртэл амьд хүмүүсийн шүүлт Бурханы сүмд хэрэгждэг. Учир нь шүүлт Иерусалимаас эхэлдэг бөгөөд ард түмний харгалзагч байх ёстой байсан боловч дөрвөн үеийн турш үүрэг хариуцлагаа орхисон ахмад хүмүүсээс эхэлдэг. Тэр хугацаанд тамгыг хүлээн авдаг хүмүүс нь үндэстнүүдийн өмнө өргөгдсөн туг тэмдэг мөн. Бурханы бусад хонин сүрэгт анхааруулга өгөх цорын ганц зам нь Ням гаргийн хуулийн хямралын үед Бурханы тамгатай эрэгтэй, эмэгтэй хүмүүсийг харах явдал тул тэд тун удахгүй гарах Ням гаргийн хуулиас өмнө тамгалагддаг.</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мөн шүүлтийн тухай ятган үнэмшүүлэхэд оршино. Ертөнцөд үнэнийг итгэдэг хүмүүс үнэнээр ариусгагдан, дээд бөгөөд ариун зарчмуудын дагуу үйлдэж, Бурханы тушаалуудыг сахигчид болон тэдгээрийг хөл дороо гишгэгчдийн хоорондын ялгаа заагийг өндөр, өргөмжлөгдсөн утгаар харуулахыг нь үзүүлэх замаар л сануулга өгч чадна. Сүнсний ариусгал нь Бурханы тамгатай хүмүүс болон хуурамч амралтын өдрийг сахигчдын хоорондын ялгааг тод томруун илэрхийлдэг. Сорилт ирэх үед араатны тэмдэг юу болох нь илэрхий тодорхой харагдана. Энэ нь Ням гаргийг сахих явдал юм. Үнэнг сонссоныхоо дараа ч энэ өдрийг ариун хэмээн үргэлжлүүлэн үздэг хүмүүс нь цаг үе ба хуулийг өөрчлөхийг санаархсан нүглийн хүний тэмдгийг үүрдэг.” Bible Training School, 1903 оны 12 дугаар сарын 1.</w:t>
      </w:r>
    </w:p>
    <w:p>
      <w:pPr>
        <w:pStyle w:val="ArticleBody"/>
        <w:jc w:val="left"/>
      </w:pPr>
      <w:r>
        <w:rPr>
          <w:rFonts w:ascii="Times New Roman" w:hAnsi="Times New Roman" w:eastAsia="Times New Roman" w:cs="Times New Roman"/>
        </w:rPr>
        <w:t>Лаодикийн Адвентизмын үхэл нь 2001 оны 9 дүгээр сарын 11-нд шиврэн эхэлсэн хожмын борооны түүхийн явцад гүйцэлддэг бөгөөд удахгүй ирэх Ням гаргийн хуулийн үед Бурхан мөнхийн төлөө лацлагдсан нэгэн ардыг байгуулж, улмаар түүнийг туг тэмдэг болгон өргөн мандуулахад, тэрхүү бороо хэмжээгүйгээр асгардаг.</w:t>
      </w:r>
    </w:p>
    <w:p>
      <w:pPr>
        <w:pStyle w:val="ArticleBody"/>
        <w:jc w:val="left"/>
      </w:pPr>
      <w:r>
        <w:rPr>
          <w:rFonts w:ascii="Times New Roman" w:hAnsi="Times New Roman" w:eastAsia="Times New Roman" w:cs="Times New Roman"/>
        </w:rPr>
        <w:t>Тэр цаг үед араатны тэмдгийг хүлээн авахаар бэлтгэж буй бөгөөд түүнийг хүлээн авах Лаодикийн Адвентизм доторх хүмүүсийг Езекиелийн наймдугаар бүлэгт наранд мөргөж буй хорин таван хүнээр төлөөлүүлсэн байдаг. Тэд бол тэр түүхэн үед жинхэнэ харуулуудын тунхаглаж буй жинхэнэ хожуу борооны мэдээний хуурамч дуураймал болох Езекиелийн хуурамч “амар амгалан ба аюулгүй байдал” гэсэн мэдээг хүлээн авсан хүмүүс юм. Тэрхүү хуурамч хожуу борооны мэдээний үндэс нь Даниелын ном дахь “өдөр тутмын” гэдэг нь Христийн бэлгэдэл гэсэн тодорхойлолт байдаг, гэвч үнэндээ энэ нь Сатаны бэлгэдэл юм. Тэр хуурамч суурь итгэл нь “Иерусалимын ард түмнийг захирдаг доог тохуу хийдэг хүмүүс” өөрсдийн шавардаагүй ханыг босгохын тулд хэрэглэдэг сургаал мөн.</w:t>
      </w:r>
    </w:p>
    <w:p>
      <w:pPr>
        <w:pStyle w:val="ArticleBody"/>
        <w:jc w:val="left"/>
      </w:pPr>
      <w:r>
        <w:rPr>
          <w:rFonts w:ascii="Times New Roman" w:hAnsi="Times New Roman" w:eastAsia="Times New Roman" w:cs="Times New Roman"/>
        </w:rPr>
        <w:t>1931 онд Христийн бэлгэ тэмдэг хэмээн “өдөр тутмын”-г тодорхойлсон нь түүхэн ёсоор нэгэн “худал”-аар тогтоогдсон юм. Түүнээс хойш хуурамч зоос, эрдэнийн чулуудаар барьсан зуурмаггүй хана босгогдов. Тэрхүү “хана” нь Тэрээр Өөрийн талбайг бүрэн цэвэршүүлэхээр шороон сойз баригч хүн ирэх үед нурахаар тавилантай. Тэрхүү цэвэршүүлэлт нь “шуурган салхи” (2001 оны 9 дүгээр сарын 11-ний илжиг) ба “үерлэн асгарах аадар бороо” (удахгүй ирэх Ням гаргийн хуулийн арслан) хоёрын хоорондох эш үзүүллэгийн түүхэн үед хэрэгждэг. Тэр түүхэн дотор дуулгаваргүй эш үзүүлэгч алагдаж, Бетелийн хуурамч эш үзүүлэгчийн булшинд оршуулагддаг. Уайт эгч эш үзүүллэгийн “хана”-ыг Бурханы хууль мөн хэмээн тодорхойлдог.</w:t>
      </w:r>
    </w:p>
    <w:p>
      <w:pPr>
        <w:pStyle w:val="ArticleScripture"/>
        <w:jc w:val="left"/>
      </w:pPr>
      <w:r>
        <w:rPr>
          <w:rFonts w:ascii="Times New Roman" w:hAnsi="Times New Roman" w:eastAsia="Times New Roman" w:cs="Times New Roman"/>
        </w:rPr>
        <w:t>“Энд эш үзүүлэгч үнэн ба зөвт байдлаас нийтээрээ хазайсан цаг үед Бурханы хаанчлалын суурь болдог зарчмуудыг сэргээн тогтоохыг эрэлхийлж буй ард түмнийг дүрслэн өгүүлж байна. Тэд Бурханы хуулинд гарсан эвдрэлийг засагчид мөн—Түүний сонгосон хүмүүсийг хамгаалахын тулд Түүний тойруулан босгосон хэрэм, мөн шударга ёс, үнэн, ариун байдлын Түүний зарлигуудад дуулгавартай байх нь тэдний мөнхийн хамгаалалт байх ёстой билээ.</w:t>
      </w:r>
    </w:p>
    <w:p>
      <w:pPr>
        <w:pStyle w:val="ArticleScripture"/>
        <w:jc w:val="left"/>
      </w:pPr>
      <w:r>
        <w:rPr>
          <w:rFonts w:ascii="Times New Roman" w:hAnsi="Times New Roman" w:eastAsia="Times New Roman" w:cs="Times New Roman"/>
        </w:rPr>
        <w:t>“Хана босгодог энэ үлдэгдэл ард түмний онцгой ажлыг эш үзүүлэгч эргэлзээгүй тодорхой утгатай үгсээр заан харуулдаг. ‘Хэрэв чи Амралтын өдрөөс хөлөө татаж, Миний ариун өдөрт өөрийн таашаалыг үйлдэхгүй байж; мөн Амралтын өдрийг баяр баясгалан, ЭЗЭНий ариун өдрийг хүндэтгэлтэй гэж нэрлэн; өөрийн замаар явахгүй, өөрийн таашаалыг эрэхгүй, өөрийн үгийг хэлэхгүйгээр Түүнийг хүндэтгэвэл: тэгвэл чи ЭЗЭН дотор баясах болно; мөн Би чамайг газрын өндөрлөгүүд дээр хүлэглүүлж, эцэг Иаковын чинь өвөөр тэжээх болно. Учир нь үүнийг ЭЗЭНий ам айлдсан юм.’ Исаиа 58:13, 14.” Prophets and Kings, 678.</w:t>
      </w:r>
    </w:p>
    <w:p>
      <w:pPr>
        <w:pStyle w:val="ArticleBody"/>
        <w:jc w:val="left"/>
      </w:pPr>
      <w:r>
        <w:rPr>
          <w:rFonts w:ascii="Times New Roman" w:hAnsi="Times New Roman" w:eastAsia="Times New Roman" w:cs="Times New Roman"/>
        </w:rPr>
        <w:t>Адвентизмын дөрөв дэх үеийн эхлэл нь гурав дахь үеийн эхлэлтэй адил нэгэн номын хэвлэлтээр тэмдэглэгддэг. Гурав дахь үе нь В. В. Прескоттын The Doctrine of Christ ном хэвлэгдсэнээр эхэлж, тэр үе нь Questions on Doctrine ном хэвлэгдсэнээр төгссөн. The Doctrine of Christ нь Миллерийн эш үзүүллэгийн мэдээг зориуд орхигдуулсан сайн мэдээг дэвшүүлсэн. Questions on Doctrine нь Христийн гүйцэлдүүлдэг ариусгалын ажлыг үгүйсгэсэн сайн мэдээг дэвшүүлсэн. The Doctrine of Christ нь эш үзүүллэгийн түүхийн (chazon) үзэгдлийн гэрлийг зайлуулсан бол, Questions on Doctrine нь Христийн “ирэлт”-ийн (Mareh) үзэгдлийн гэрлийг зайлуулсан.</w:t>
      </w:r>
    </w:p>
    <w:p>
      <w:pPr>
        <w:pStyle w:val="ArticleBody"/>
        <w:jc w:val="left"/>
      </w:pPr>
      <w:r>
        <w:rPr>
          <w:rFonts w:ascii="Times New Roman" w:hAnsi="Times New Roman" w:eastAsia="Times New Roman" w:cs="Times New Roman"/>
        </w:rPr>
        <w:t>Тэр хоёр номын хооронд “Таммузын төлөө уйлж буй эмэгтэйчүүд”-ээр төлөөлөгдсөн хуурамч хожмын борооны мэдээ хөгжүүлэгдсэн юм. Чухам тэр түүхэн үед “1931 оны худал” дэмжигдэн дэлгэрүүлэгдсэн билээ. Тэр гурав дахь үе (жигшүүрт зүйл) мөн Пергамын гурав дахь сүмийн буултаар төлөөлөгдөнө. Гурав дахь сүм дэх буултын бэлгэдэл нь теологийн дүрэм болон анагаах ухааны дүрмийг тогтоодог ертөнцийн байгууллагуудаас магадлан итгэмжлэл эрж хайх ажлыг тодорхойлж байна. Үнэнтэй хийсэн буулт гурав дахь үед хэрэгжсэн бөгөөд үүнд завхарсан гар бичмэлүүдээс орчуулагдсан Библиудыг нэвтрүүлэн, тэдгээрийн хэрэглээг онцлон дөвийлгөсөн явдал багтаж байв.</w:t>
      </w:r>
    </w:p>
    <w:p>
      <w:pPr>
        <w:pStyle w:val="ArticleBody"/>
        <w:jc w:val="left"/>
      </w:pPr>
      <w:r>
        <w:rPr>
          <w:rFonts w:ascii="Times New Roman" w:hAnsi="Times New Roman" w:eastAsia="Times New Roman" w:cs="Times New Roman"/>
        </w:rPr>
        <w:t>1957 онд хэвлэгдсэн *Questions on Doctrine* хэмээх ном нь сайн мэдээний үндсэн үнэний өмнө буулт хийснийг илэрхийлсэн юм. Тэрхүү үнэн нь Есүс биднийг нүгэл “ээс” аврахын тулд үхсэн болохоос, нүгэл “дотор” байхад маань аврахын тулд үхээгүй гэсэн явдал юм. Хүн Бурханы Үгэнд дуулгавартай байж чадахгүй гэсэн Католик болон урвалтад орсон Протестант сургаал нь Сатаны мөнхийн маргаан мөн. Хүн Бурханы Үгэнд дуулгавартай байж чадна, мөн тийм байх ёстой, Сатан “чи лав үхэхгүй” хэмээн мэдэгдсэн ч гэсэн. Хүмүүс нүглийг ялан дийлж чаддаггүй, иймээс Есүс Өөрийн хоёр дахь ирэлтээр тэднийг ид шидээр дуулгавартай роботууд болгон хувиргах хүртэл Бурханы хуульд дуулгавартай байж чаддаггүй гэсэн унасан, урвалтад орсон Протестант үзэл *Questions on Doctrine* номын сургаалд шингэсэн байв.</w:t>
      </w:r>
    </w:p>
    <w:p>
      <w:pPr>
        <w:pStyle w:val="ArticleBody"/>
        <w:jc w:val="left"/>
      </w:pPr>
      <w:r>
        <w:rPr>
          <w:rFonts w:ascii="Times New Roman" w:hAnsi="Times New Roman" w:eastAsia="Times New Roman" w:cs="Times New Roman"/>
        </w:rPr>
        <w:t>1957 онд Лаодикейн Адвентизмын дөрөв дэх үе эхэлж, түүний шохойгоор бэхжүүлээгүй хана (хууль) тогтоогдсон бөгөөд ингэснээр нэг зуун дөчин дөрвөн мянгыг тамгалах цагийн төгсгөлд эртний хорин таван хүн нарыг мөргөн бөхийхийг зөвшөөрөх логик бүрдсэн юм. Бурханы хуулийг сахих нь боломжгүй гэсэн итгэл болох тэрхүү шохойгоор бэхжүүлээгүй хана нь удахгүй гарах Ням гаргийн хуулийн үед Сүм ба Төрийг тусгаарлаж буй “хана” зайлуулагдах үед хамагдан арчигдана. Ням гаргийн хууль бол асгарсан ширүүн аадар бороо мөн; эсвэл Исаиагийн илэрхийлснээр, энэ нь халин дэврэх ташуур бөгөөд тэр үер АНУ-д удахгүй гарах Ням гаргийн хуулиас эхэлдэг.</w:t>
      </w:r>
    </w:p>
    <w:p>
      <w:pPr>
        <w:pStyle w:val="ArticleBody"/>
        <w:jc w:val="left"/>
      </w:pPr>
      <w:r>
        <w:rPr>
          <w:rFonts w:ascii="Times New Roman" w:hAnsi="Times New Roman" w:eastAsia="Times New Roman" w:cs="Times New Roman"/>
        </w:rPr>
        <w:t>АНУ-д Ням гаргийн хууль тогтоогдох үед дайсан (пап) “үер мэт” (хальсан гай гамшиг мэт) орж ирнэ. Тэр үед л “туг тэмдэг” түүний эсрэг өргөгдөнө. Тэр үед л Лаодикийн Адвентизм “өдөр тутмын” тухай хуурамч хэрэглээн дээр босгосон “зуураагүй хана” хамагдан одно.</w:t>
      </w:r>
    </w:p>
    <w:p>
      <w:pPr>
        <w:pStyle w:val="ArticleScripture"/>
        <w:jc w:val="left"/>
      </w:pPr>
      <w:r>
        <w:rPr>
          <w:rFonts w:ascii="Times New Roman" w:hAnsi="Times New Roman" w:eastAsia="Times New Roman" w:cs="Times New Roman"/>
        </w:rPr>
        <w:t>Тэр Өөрийн үйлсийнх нь дагуу, зохихоор нь хариуг нь өгнө; Өөрийн өстнүүдэд уур хилэнг, Өөрийн дайснуудад төлөөсийг; арлуудад ч Тэр төлөөсийг нь өгнө. Тийнхүү тэд баруунаас ЭЗЭНий нэрээс эмээнэ, мөн нар мандахаас Түүний алдраас эмээнэ. Дайсан үер мэт довтлон ирэхэд, ЭЗЭНий Сүнс түүний эсрэг туг өргөнө. Аврагч нь Сионд ирнэ, мөн Иаков доторх гэм нүглээсээ эргэн буцагсдад ирнэ гэж ЭЗЭН айлдаж байна. Миний тухайд гэвэл, энэ бол тэдэнтэй байгуулсан Миний гэрээ мөн гэж ЭЗЭН айлдаж байна: чиний дээр орших Миний Сүнс, мөн чиний аманд Миний хийсэн үгс чиний амнаас ч, чиний үрийн амнаас ч, чиний үрийн үрийн амнаас ч, эдүгээгээс мөнхөд хүртэл салахгүй гэж ЭЗЭН айлдаж байна. Бос, гэрэлт; учир нь чиний гэрэл ирсэн, мөн ЭЗЭНий алдар чиний дээр мандсан билээ. Учир нь, харагтун, харанхуй газар дэлхийг бүрхэнэ, мөн битүү харанхуй ард түмнүүдийг бүрхэнэ; харин ЭЗЭН чиний дээр мандана, мөн Түүний алдар чиний дээр үзэгдэх болно. Үндэстнүүд чиний гэрэл уруу, хаад чиний мандахын гялбаа уруу ирэх болно. Исаиа 59:18–60:3.</w:t>
      </w:r>
    </w:p>
    <w:p>
      <w:pPr>
        <w:pStyle w:val="ArticleBody"/>
        <w:jc w:val="left"/>
      </w:pPr>
      <w:r>
        <w:rPr>
          <w:rFonts w:ascii="Times New Roman" w:hAnsi="Times New Roman" w:eastAsia="Times New Roman" w:cs="Times New Roman"/>
        </w:rPr>
        <w:t>Бурханы алдар Өөрийн ард түмний дээр байх үед харь үндэстнүүд гэрэл уруу ирдэг бөгөөд энэ нь дайсан үер мэт халдан орж ирэх үед тохиолддог. Тэр дайсан ийнхүү орж ирэхэд Бурхан түүний эсрэг туг тэмдэг (далбаа)-ийг өргөн босгодог. Харь үндэстнүүдийн хариу үйлдэл үзүүлдэг тэр ард түмний дээр орших Эзэний алдар нь Түүний зан чанар бөгөөд Түүний зан чанар нүгэл үйлддэггүй. Эрэгтэй, эмэгтэй хүмүүс нүглийг даван дийлж чадахгүй гэж заадаг мэдээ нь хуурамч амар тайван ба аюулгүй байдлын мэдээ юм. Тэр мэдээ нь 2001 оны 9 дүгээр сарын 11-нд ирсэн жинхэнэ хожмын борооны мэдээний үеэр тунхаглагддаг хуурамч хожмын борооны мэдээ юм. Тэр хуурамч мэдээ нь Бурханы хуулийн тухай, өөрөөр хэлбэл “хана”-ын тухай хуурамч мэдээ юм. Тэр хуурамч сургаал нь Questions on Doctrine номд төлөөлөгдөн дүрслэгдсэн бөгөөд энэ нь Лаодикейн Адвентизмын дөрөв дэх бөгөөд эцсийн үеийнхэн ирснийг тэмдэглэсэн юм.</w:t>
      </w:r>
    </w:p>
    <w:p>
      <w:pPr>
        <w:pStyle w:val="ArticleBody"/>
        <w:jc w:val="left"/>
      </w:pPr>
      <w:r>
        <w:rPr>
          <w:rFonts w:ascii="Times New Roman" w:hAnsi="Times New Roman" w:eastAsia="Times New Roman" w:cs="Times New Roman"/>
        </w:rPr>
        <w:t>2001 оны есдүгээр сарын 11-нд Лаодикийн Адвентизмийн дөрвөн тэрслэл эцсийн тэр үеийнхнийг эцгүүдийнх нь нүглээр сорихоор ирэв. Тэр өдөр Бурхан Өөрийн ард түмэнд Иеремиагийн эртний замууд руу буцаж очихыг заасан бөгөөд ингэснээр тэд Миллерийн эрдэнэс хэмээн төлөөлөгдсөн суурь мэдээг ойлгож, хүлээн авах боломжтой болох байв. Хэрэв тэд тийнхүү үйлдвэл, Иеремиагийн “амралт” хэмээн нэрлэсэн хожмын бороог олох байлаа. Эртний замууд руу буцаж очих дуудлага нь 1863 оны тэрслэлийг төрүүлсэн шалгалтын давталт байв.</w:t>
      </w:r>
    </w:p>
    <w:p>
      <w:pPr>
        <w:pStyle w:val="ArticleBody"/>
        <w:jc w:val="left"/>
      </w:pPr>
      <w:r>
        <w:rPr>
          <w:rFonts w:ascii="Times New Roman" w:hAnsi="Times New Roman" w:eastAsia="Times New Roman" w:cs="Times New Roman"/>
        </w:rPr>
        <w:t>2001 оны есдүгээр сарын 11-ний өдөр, Исаиагийн хэлснээр “зүүн салхи ба ширүүн салхины өдөр” болоход, Илчлэлт номын арван дөрөвдүгээр бүлгийн гуравдугаар зүйлд, мөн арван тавдугаар бүлгийн гуравдугаар зүйлд Мосе ба Хурганы дууг дуулдаг хүмүүсийн дуулах ёстой байсан “усан үзмийн талбайн дуу” дуулагдах ёстой байв. Тэрхүү дуу нь Лаодикийн захиас мөн бөгөөд, урьдын сонгогдсон ард түмэн тэр үед өнгөрөгдөж байсныг илэрхийлдэг, учир нь Бурхан тэр үед Өөрийн усан үзмийн талбайг талбайн зориулагдсан үр жимсийг гаргах эрэгтэй, эмэгтэй хүмүүст өгөх үйл явц дунд байсан юм. Тэрхүү усан үзмийн талбайн захиас нь Лаодикид хандсан захиас бөгөөд, 1888 оны тэрслэлтийн үеэр Жонс ба Ваггонерын танилцуулсан захиас мөн юм.</w:t>
      </w:r>
    </w:p>
    <w:p>
      <w:pPr>
        <w:pStyle w:val="ArticleBody"/>
        <w:jc w:val="left"/>
      </w:pPr>
      <w:r>
        <w:rPr>
          <w:rFonts w:ascii="Times New Roman" w:hAnsi="Times New Roman" w:eastAsia="Times New Roman" w:cs="Times New Roman"/>
        </w:rPr>
        <w:t>2001 оны 9 дүгээр сарын 11-нд хожмын бороо эхэлсэн бөгөөд Хабаккук номын хоёрдугаар бүлгийн маргаанд хоёр хавтангийн мэдээг толилуулсан нэгэн ангийг тодорхойлдог. Учир нь тэд Иеремиагийн эртний жимүүдэд буцан ирсэн бөгөөд Исаиа “мөр дээр мөр” хэмээх аргачлалтай хүмүүс дээр ирдэг гэж тодорхойлсон “амралт ба сэргэлт”-ийг хүлээн авч байсан юм. Тэдний оролцож байсан маргаан нь “Таммузын төлөө уйлагч эмэгтэйчүүд”-ээр төлөөлөгдсөн хуурамч хожмын борооны мэдээний эсрэг байсан бөгөөд энэ нь нойрсож буй Лаодикийн ардыг амар амгалан ба аюулгүй байдлын мэдээгээр зоригжуулж байв.</w:t>
      </w:r>
    </w:p>
    <w:p>
      <w:pPr>
        <w:pStyle w:val="ArticleBody"/>
        <w:jc w:val="left"/>
      </w:pPr>
      <w:r>
        <w:rPr>
          <w:rFonts w:ascii="Times New Roman" w:hAnsi="Times New Roman" w:eastAsia="Times New Roman" w:cs="Times New Roman"/>
        </w:rPr>
        <w:t>“Амар амгалан ба аюулгүй байдал” хэмээх мэдээ нь эрэгтэй, эмэгтэй хүмүүс нүгэл үйлдэхгүй байх нь боломжгүй гэж үздэг бөгөөд иймээс Бурхан тэднийг зөвхөн нүгэл дотор нь л зөвтгөж чадна, мөн тийнхүү зөвтгөнө хэмээн тунхагладаг. Тохуурхагч хүмүүс өөрсдийн “амар амгалан ба аюулгүй байдал” хэмээх мэдээг Жонс ба Ваггонерын танилцуулсан итгэлээр зөвтгөгдөх тухай жинхэнэ мэдээ мөн гэж баталдаг боловч, Бурхан хэнийг зөвтгөнө, Тэр мөн түүнийг ариусгадаг гэсэн үнэнийг орхигдуулдаг. Учир нь Бурхан хүмүүсийг нүгэл дотор нь аврахын тулд бус, харин нүглээс нь аврахын тулд үхсэн юм.</w:t>
      </w:r>
    </w:p>
    <w:p>
      <w:pPr>
        <w:pStyle w:val="ArticleBody"/>
        <w:jc w:val="left"/>
      </w:pPr>
      <w:r>
        <w:rPr>
          <w:rFonts w:ascii="Times New Roman" w:hAnsi="Times New Roman" w:eastAsia="Times New Roman" w:cs="Times New Roman"/>
        </w:rPr>
        <w:t>2001 оны есдүгээр сарын 11 нь нэг зуун дөчин дөрвөн мянгыг тамгалах үеийн эхлэлийг тэмдэглэсэн бөгөөд энэ үе нь нэг анги нь Бурханы тамгыг хүлээн авч төгсдөг. Тэд бол сүм доторх болон газар нутаг дахь жигшүүрт явдлуудын төлөө санаа алдан уйлагчдаар дүрслэгддэг; харин нөгөө анги нь гурав дахь тэнгэрэлчийн эцсийн ажил гүйцэлдэж буй ариун сүм рүү нуруугаа харуулан, наранд мөргөж байдаг. Миллерчүүдийн түүх нь гурав дахь тэнгэрэлчийн хөдөлгөөний түүхийг дүрслэн харуулдаг бөгөөд ингэхдээ оргил цэг нь хожмын борооны мэдээ болон, идэхийг сонгогсдод тэрхүү мэдээний төрүүлдэг туршлагын тухай байдаг.</w:t>
      </w:r>
    </w:p>
    <w:p>
      <w:pPr>
        <w:pStyle w:val="ArticleBody"/>
        <w:jc w:val="left"/>
      </w:pPr>
      <w:r>
        <w:rPr>
          <w:rFonts w:ascii="Times New Roman" w:hAnsi="Times New Roman" w:eastAsia="Times New Roman" w:cs="Times New Roman"/>
        </w:rPr>
        <w:t>Бид энэхүү судлалыг дараагийн өгүүлэлд үргэлжлүүлэх болно.</w:t>
      </w:r>
    </w:p>
    <w:p>
      <w:pPr>
        <w:pStyle w:val="ArticleScripture"/>
        <w:jc w:val="left"/>
      </w:pPr>
      <w:r>
        <w:rPr>
          <w:rFonts w:ascii="Times New Roman" w:hAnsi="Times New Roman" w:eastAsia="Times New Roman" w:cs="Times New Roman"/>
        </w:rPr>
        <w:t>“Урьдаас тогтоосон үзлээ орхин тавьж, энэ үнэнийг хүлээн авах хүсэлгүй байдал нь Миннеаполист ахан дүүс Ваггонер, Жоунс нараар дамжуулан ирсэн Эзэний мэдээний эсрэг илэрсэн эсэргүүцлийн үлэмжхэн хэсгийн үндэс суурь нь болсон юм. Тэрхүү эсэргүүцлийг өдөөх замаар Сатан Бурхан тэдэнд хайрлахыг хүсэн байсан Ариун Сүнсний онцгой хүчийг манай ард түмнээс ихээхэн хэмжээгээр хаан зайлуулж чадсан. Дайсан Пентекостын өдрийн дараа элч нар үүнийг тунхагласан шиг үнэнийг дэлхийд хүргэхэд тэднийх байж болох байсан тэрхүү үр нөлөөтэй чадварыг олж авахад нь саад болсон. Бүх дэлхийг Өөрийн алдраар гэрэлтүүлэх ёстой байсан гэрэл эсэргүүцэлтэй тулгарсан бөгөөд өөрсдийн маань ахан дүүсийн үйлдлийн улмаас энэ нь үлэмж хэмжээгээр ертөнцөөс хол байсаар ирсэн.”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Наймдугаар Хэсэг</dc:title>
  <dc:subject>Хуурамч Хожуу Борооноос нүүр хуулсан нь: 2001 оны 9 дүгээр сарын 11-нээс эхэлсэн эш үзүүллэгийн аялал</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