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есдүгээр хэсэг</w:t>
      </w:r>
    </w:p>
    <w:p>
      <w:pPr>
        <w:pStyle w:val="ArticleSubtitle"/>
        <w:jc w:val="left"/>
      </w:pPr>
      <w:r>
        <w:rPr>
          <w:rFonts w:ascii="Arial" w:hAnsi="Arial" w:eastAsia="Arial" w:cs="Arial"/>
        </w:rPr>
        <w:t>Хуурамч сургаалуудыг тайлан илчлэх нь: Адвентизм дэх «өдөр тутмын» тухай түүхэн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Даниелын номын тухай энэ цуврал өгүүллүүдийн наян нэгдүгээр өгүүлэлд бид Manuscript Releases, 20-р боть, 17–22-оос нэгэн эшлэлийг оруулсан бөгөөд тэнд Систер Уайт “өдөр тутмын” нь Христийн ариун сүмийг төлөөлдөг гэсэн сургаалыг Ахлагч Прескотт ба Даниэллс нарт “тэнгэрээс хөөгдөн гарсан тэнгэрэлчүүд” өгсөн хэмээн тодорхой заасан байдаг. Тэрээр “өдөр тутмын”-ы талаар тэдний баримталж байсан хуурамч санааг миний хийсэнчлэн шууд нэрлэн тодорхойлдоггүй, гэвч түүхэн баримт тэмдэглэл нь тэд үнэн хэмээн тогтоохоор чармайж байсан зүйл нь чухам энэ мөн болохыг хангалттай тодорхой харуулдаг. Тэд Урия Смитийн Daniel and the Revelation номын “өдөр тутмын”-ы талаарх ойлголтыг дэмждэг хэсгүүдийг дахин бичихийг оролдож байсан бөгөөд тэр ойлголтыг тэрээр Early Writings, далан дөрөвдүгээр хуудсанд зөв үзэл хэмээн тодорхойлсон байдаг.</w:t>
      </w:r>
    </w:p>
    <w:p>
      <w:pPr>
        <w:pStyle w:val="ArticleBody"/>
        <w:jc w:val="left"/>
      </w:pPr>
      <w:r>
        <w:rPr>
          <w:rFonts w:ascii="Times New Roman" w:hAnsi="Times New Roman" w:eastAsia="Times New Roman" w:cs="Times New Roman"/>
        </w:rPr>
        <w:t>В. В. Прескотт “The Protestant” нэртэй нэгэн тогтмол хэвлэлийг нийтэлж байсан бөгөөд түүний цорын ганц сэдэв нь “өдөр тутмын” тухай хуурамч үзлийг өргөмжлөн дэвшүүлэх явдал байв. Тэрээр болон Ерөнхий Чуулганы ерөнхийлөгч А. Г. Даниэллс нар Адвентизмын доторх энэхүү хуурамч сургаалыг зөвт үзэл хэмээн тогтоон бэхжүүлэхийн тулд Прескоттын чармайлтыг үргэлжлүүлэх сатанлаг жадны үзүүр болсон боловч, Эллен Уайт амьд ахуй цагт тэдний тэрхүү сатанлаг оролдлогын амжилтыг хазаарлан тогтоож байв. 1931 онд Даниэллс, “Manuscript Releases”-ийн тэрхүү эшлэл бичигдсэн яг тэр жилд (1910) өөрөө (“Даниэллс”) “өдөр тутмын” сэдвээр Уайт эгчтэй уулзаж ярилцсан бөгөөд тэр нь өөрт нь болон Прескоттын үзэл зөв гэсэн итгэлийг төрүүлсэн гэж мэдээлжээ.</w:t>
      </w:r>
    </w:p>
    <w:p>
      <w:pPr>
        <w:pStyle w:val="ArticleBody"/>
        <w:jc w:val="left"/>
      </w:pPr>
      <w:r>
        <w:rPr>
          <w:rFonts w:ascii="Times New Roman" w:hAnsi="Times New Roman" w:eastAsia="Times New Roman" w:cs="Times New Roman"/>
        </w:rPr>
        <w:t>Энэ түүхийг ойлгох нь чухал. Учир нь ариун шинэчлэлийн шугамууд болон Даниел арван нэгдүгээр бүлгийн сүүлийн зургаан эшлэл лацнаасаа тайлагдсан 1989 онд ирсэн мэдлэгийн нэмэгдлийг бид одоо авч үзэж эхэлж байна. Даниел арван нэгдүгээр бүлгийн дөчдүгээр эшлэлийн биелэлтээр Зөвлөлт Холбоот Улс нуран унаснаар гарч ирсэн гэрлийг таньж мэдэхийн тулд “өдөр тутмын” болон “өдөр тутмын”-аар төлөөлөгдсөн эш үзүүллэгийн түүхийг зөв ойлгосон байх шаардлагатай. Учир нь тэрхүү түүх нь Даниел арван нэгдүгээр бүлгийн дөчөөс дөчин тавдугаар эшлэлүүдэд гарч буй уг түүхийн давталтыг дүрслэн үзүүлдэг. Эдгээр эшлэлүүд нь тэдгээр эшлэлд лацнаасаа тайлагдах мэдээ нь Бурханы ард түмний эсрэг эцсийн хавчлагыг авчирдаг “зүүн ба хойд зүгийн мэдээнүүд” мөн болохыг тодорхойлдог.</w:t>
      </w:r>
    </w:p>
    <w:p>
      <w:pPr>
        <w:pStyle w:val="ArticleScripture"/>
        <w:jc w:val="left"/>
      </w:pPr>
      <w:r>
        <w:rPr>
          <w:rFonts w:ascii="Times New Roman" w:hAnsi="Times New Roman" w:eastAsia="Times New Roman" w:cs="Times New Roman"/>
        </w:rPr>
        <w:t>Харин зүүнээс болон хойноос ирэх мэдээ түүнийг түгшээх болно. Тиймээс тэрээр олныг устгаж, бүрмөсөн үгүй хийхийн тулд асар их хилэнгээр гарч одно. Тэрээр тэнгисүүдийн хооронд, алдарт ариун уулан дээр өөрийн ордны майхнуудыг босгоно. Гэвч тэрээр өөрийн эцэст хүрэх бөгөөд түүнд туслах нэгэн ч байхгүй. Даниел 11:44, 45.</w:t>
      </w:r>
    </w:p>
    <w:p>
      <w:pPr>
        <w:pStyle w:val="ArticleBody"/>
        <w:jc w:val="left"/>
      </w:pPr>
      <w:r>
        <w:rPr>
          <w:rFonts w:ascii="Times New Roman" w:hAnsi="Times New Roman" w:eastAsia="Times New Roman" w:cs="Times New Roman"/>
        </w:rPr>
        <w:t>1989 онд Зөвлөлт Холбоот Улс нуран унах үед тайлагдсан дөчдүгээр эшлэлийн мэдээ нь хойд зүгийн хаан болох папын эрх мэдлийг “олныг устгаж, бүрмөсөн үгүй хийхээр их хилэнтэйгээр урагш гарахад” хүргэх хожуу борооны мэдээ мөн. “Мэдээ” гэдэг нь эш үзүүллэгийн хувьд захиа юм.</w:t>
      </w:r>
    </w:p>
    <w:p>
      <w:pPr>
        <w:pStyle w:val="ArticleScripture"/>
        <w:jc w:val="left"/>
      </w:pPr>
      <w:r>
        <w:rPr>
          <w:rFonts w:ascii="Times New Roman" w:hAnsi="Times New Roman" w:eastAsia="Times New Roman" w:cs="Times New Roman"/>
        </w:rPr>
        <w:t>Хэрэв тэд илгээгдээгүй бол хэрхэн номлох билээ? «Амар амгалангийн сайн мэдээг тунхаглаж, сайн зүйлсийн баярт мэдээг авчрагчдын хөл ямар үзэсгэлэнтэй вэ!» гэж бичигдсэн байдаг. Ром 10:15.</w:t>
      </w:r>
    </w:p>
    <w:p>
      <w:pPr>
        <w:pStyle w:val="ArticleBody"/>
        <w:jc w:val="left"/>
      </w:pPr>
      <w:r>
        <w:rPr>
          <w:rFonts w:ascii="Times New Roman" w:hAnsi="Times New Roman" w:eastAsia="Times New Roman" w:cs="Times New Roman"/>
        </w:rPr>
        <w:t>Сүүлчийн борооны мэдээ нь Бурханы эцсийн өдрүүдийн манаачдын тунхагладаг мэдээ бөгөөд тэд усан үзмийн талбайн дууг, мөн Мосе ба Хурганы дууг дуулдаг.</w:t>
      </w:r>
    </w:p>
    <w:p>
      <w:pPr>
        <w:pStyle w:val="ArticleScripture"/>
        <w:jc w:val="left"/>
      </w:pPr>
      <w:r>
        <w:rPr>
          <w:rFonts w:ascii="Times New Roman" w:hAnsi="Times New Roman" w:eastAsia="Times New Roman" w:cs="Times New Roman"/>
        </w:rPr>
        <w:t>Сайн мэдээг авчирч, амар амгаланг тунхаглагчийн; сайн сайхны тухай сайн мэдээг авчирч, авралыг тунхаглагчийн; Сионд хандан, «Чиний Бурхан хаанчилж байна!» гэж айлдагчийн хөл уулсын дээр хэчнээн үзэсгэлэнтэй вэ! Чиний харуулууд дуу хоолойгоо өргөнө; тэд хамтдаа нэгэн дуугаар дуулна. Учир нь ЭЗЭН Сионыг дахин сэргээх үед тэд нүдээрээ нүд тулан харна. Исаиа 52:7, 8.</w:t>
      </w:r>
    </w:p>
    <w:p>
      <w:pPr>
        <w:pStyle w:val="ArticleBody"/>
        <w:jc w:val="left"/>
      </w:pPr>
      <w:r>
        <w:rPr>
          <w:rFonts w:ascii="Times New Roman" w:hAnsi="Times New Roman" w:eastAsia="Times New Roman" w:cs="Times New Roman"/>
        </w:rPr>
        <w:t>Даниел арван нэгдүгээр бүлгийн дөчин дөрөвдүгээр эшлэл дэх “мэдээ” нь нүглийн хүнийг хилэгнүүлж, папын эцсийн цуст хядлага гүйцэлдэн биелнэ. Тэрхүү мэдээ нь удахгүй гарах Ням гаргийн хуулийн үед чанга хашхираан болон өргөжин хүчирхэгжих гурав дахь тэнгэрэлчийн мэдээ мөн.</w:t>
      </w:r>
    </w:p>
    <w:p>
      <w:pPr>
        <w:pStyle w:val="ArticleScripture"/>
        <w:jc w:val="left"/>
      </w:pPr>
      <w:r>
        <w:rPr>
          <w:rFonts w:ascii="Times New Roman" w:hAnsi="Times New Roman" w:eastAsia="Times New Roman" w:cs="Times New Roman"/>
        </w:rPr>
        <w:t>“Хэн ч гэрэл хүлээн авч, дөрөвдүгээр тушаалын үүргийг ойлгон харж амжаагүй байхад шийтгэгдэхгүй. Харин хуурамч амралтын өдрийг албадан сахиулах зарлиг гарах үед, мөн ‘гурав дахь тэнгэрэлч’-ийн хүчтэй дуу хоолой хүмүүсийг араатан болон түүний дүрст мөргөхөөс сэрэмжлүүлэх үед, худал ба үнэн хоёрын хоорондох зааг тодорхой татагдана. Тэгээд гэм нүгэл дотор үргэлжлэн зөрчсөөр байх хүмүүс араатны тамгыг хүлээн авах болно.” Signs of the Times, November 8, 1899.</w:t>
      </w:r>
    </w:p>
    <w:p>
      <w:pPr>
        <w:pStyle w:val="ArticleBody"/>
        <w:jc w:val="left"/>
      </w:pPr>
      <w:r>
        <w:rPr>
          <w:rFonts w:ascii="Times New Roman" w:hAnsi="Times New Roman" w:eastAsia="Times New Roman" w:cs="Times New Roman"/>
        </w:rPr>
        <w:t>Папын эрх мэдлийг хилэгнүүлж, Ням гаргийн хуулийн үед чанга хашхираан болон өргөжин тэлэх “зүүн болон хойд зүгийн мэдээ” хэмээх энэ мэдээ нь 2001 оны 9 дүгээр сарын 11-нд эхэлсэн хожуугийн борооны мэдээ мөн. “Чанга дуу хоолой” гэсэн илэрхийлэл нь өсөн нэмэгдэх хүчийг төлөөлдөг эш үзүүллэгийн нэр томьёо юм.</w:t>
      </w:r>
    </w:p>
    <w:p>
      <w:pPr>
        <w:pStyle w:val="ArticleScripture"/>
        <w:jc w:val="left"/>
      </w:pPr>
      <w:r>
        <w:rPr>
          <w:rFonts w:ascii="Times New Roman" w:hAnsi="Times New Roman" w:eastAsia="Times New Roman" w:cs="Times New Roman"/>
        </w:rPr>
        <w:t>“Энэ цаг үеийн үнэн, гурав дахь тэнгэрэлчийн мэдээ нь агуу эцсийн сорилтод ойртох тусам улам өсөн нэмэгдэх хүчээр, өөрөөр хэлбэл чанга дуугаар тунхаглагдах ёстой.” The 1888 Materials, 1710.</w:t>
      </w:r>
    </w:p>
    <w:p>
      <w:pPr>
        <w:pStyle w:val="ArticleBody"/>
        <w:jc w:val="left"/>
      </w:pPr>
      <w:r>
        <w:rPr>
          <w:rFonts w:ascii="Times New Roman" w:hAnsi="Times New Roman" w:eastAsia="Times New Roman" w:cs="Times New Roman"/>
        </w:rPr>
        <w:t>Дөчин дөрөвдүгээр эшлэл дэх “мэдээ” нь Михаил босон зогсож, хүний сорилтын хугацаа хаагдахын яг өмнөх үеийн хожуугийн борооны мэдээ мөн. Энэ нь 2001 оны 9 дүгээр сарын 11-нд ирсэн тэрхүү адил хожуугийн борооны мэдээ боловч нэг зуун дөчин дөрвөн мянга лацлагдаж, Ариун Сүнс хэмжээлшгүйгээр асгарсны дараа энэ нь чанга хашхираан, өөрөөр хэлбэл чанга дуу болон өргөжинө. Энэ нь нэг зуун дөчин дөрвөн мянгын лацлалтын үеийг тэмдэглэсэн тэрхүү адил хожуугийн борооны мэдээ мөн.</w:t>
      </w:r>
    </w:p>
    <w:p>
      <w:pPr>
        <w:pStyle w:val="ArticleBody"/>
        <w:jc w:val="left"/>
      </w:pPr>
      <w:r>
        <w:rPr>
          <w:rFonts w:ascii="Times New Roman" w:hAnsi="Times New Roman" w:eastAsia="Times New Roman" w:cs="Times New Roman"/>
        </w:rPr>
        <w:t>Энэ нь “илжиг”-ийн ирэлтээс “арслан”-гийн ирэлт хүртэлх хугацаанд Лаодикеийн Адвентизмын зүгээс тунхаглагддаг амар тайван ба аюулгүй байдлын мэдээгээр хуурамчаар орлуулсан хожуугийн борооны мэдээ мөн. 2001 оны 9 дүгээр сарын 11-нээс удахгүй ирэх Ням гаргийн хууль хүртэлх үе нь Лаодикеийн Адвентизмын сүнслэг үхлийн ор болж тэмдэглэгддэг бөгөөд Бурханы өргөө (Иерусалим) шүүгдсэний дараа шүүгддэг хүмүүс мөн тэр нэгэн булшинд үхдэг. Лаодикеийн Адвентизмын үхлийн ор нь илжиг ба арслангийн хооронд оршдог бөгөөд тэдний няцаадаг, улмаар тэдний үхлийг авчирдаг мэдээ нь “зүүн” (Исламын бэлгэдэл) болон хойд (папын эрхт засгийн бэлгэдэл)-оос ирэх “мэдээ” юм. Энэ нь гурав дахь тэнгэрэлчийн мэдээ болох мөнөөх л ижил мэдээ юм.</w:t>
      </w:r>
    </w:p>
    <w:p>
      <w:pPr>
        <w:pStyle w:val="ArticleBody"/>
        <w:jc w:val="left"/>
      </w:pPr>
      <w:r>
        <w:rPr>
          <w:rFonts w:ascii="Times New Roman" w:hAnsi="Times New Roman" w:eastAsia="Times New Roman" w:cs="Times New Roman"/>
        </w:rPr>
        <w:t>1989 онд төгсгөлийн цагт лац нь тайлагдсан Даниел 11-ийн сүүлийн зургаан эшлэл нь “амар тайван ба аюулгүй байдал” хэмээх хуурамч хожмын борооны мэдээ тунхаглагдаж буй цаг үед тунхаглагддаг хожмын борооны мэдээ мөн. Хожмын борооны шалгалт эхлээд Бурханы өрхийг тулгардаг, учир нь шүүлт тэндээс эхэлдэг бөгөөд дараа нь Бурханы өрхөөс гаднах өөр сүргийг тулгардаг. Ийм учраас гурав дахь үеийн Лаодикеан Адвентизмд оруулсан “худал”-ыг ойлгох нь зайлшгүй чухал; учир нь Бурхан Өөрийн тамгалж буй хүмүүст Ариун Сүнсээ юүлэхийн зэрэгцээ, үнэний хайрыг хүлээн аваагүй хүмүүсийн дээр хүчтэй төөрөгдлийг мөн асгаруулдаг.</w:t>
      </w:r>
    </w:p>
    <w:p>
      <w:pPr>
        <w:pStyle w:val="ArticleBody"/>
        <w:jc w:val="left"/>
      </w:pPr>
      <w:r>
        <w:rPr>
          <w:rFonts w:ascii="Times New Roman" w:hAnsi="Times New Roman" w:eastAsia="Times New Roman" w:cs="Times New Roman"/>
        </w:rPr>
        <w:t>ХХ зууны эхний арван таван жилийн турш “үргэлжлэл”-ийн талаар өрнөсөн маргааны үед “үргэлжлэл” нь харийн шүтлэгийн бэлгэдэл мөн гэсэн зөв Миллерит байр суурийг хамгаалсан хүмүүсийн нэг нь Ф. С. Гилберт байв. Гилберт Иудей шашнаас хөрвөгч байсан бөгөөд еврей хэлийг төгс уншиж, ярьдаг байлаа. Тэрээр еврей хэлний талаарх өөрийн ойлголтод үндэслэн Даниелын ном дахь анхдагчдын байр суурийг хамгаалсан юм. 1910 онд, яг л Хатагтай Уайт Даниэллс ба Прескотт нарын “үргэлжлэл”-ийн талаарх үзэл нь Сатаны тэнгэрэлч нараас гарсан болохыг тодорхойлсон, олон арван жилийн турш булшлагдан үлдэх байсан гар бичмэлийг бичсэн тэр жилд, Гилберт “үргэлжлэл”-ийн асуудлаар Хатагтай Уайттай биечлэн уулзалт хийсэн юм.</w:t>
      </w:r>
    </w:p>
    <w:p>
      <w:pPr>
        <w:pStyle w:val="ArticleBody"/>
        <w:jc w:val="left"/>
      </w:pPr>
      <w:r>
        <w:rPr>
          <w:rFonts w:ascii="Times New Roman" w:hAnsi="Times New Roman" w:eastAsia="Times New Roman" w:cs="Times New Roman"/>
        </w:rPr>
        <w:t>Түүнд ярилцлага болсныг бид мэднэ. Учир нь тэр даруйдаа (маргааш нь) Систер Уайттай хийсэн ярилцлагынхаа хураангуйг бичиж тэмдэглэсэн байдаг. 1931 онд А. Г. Даниэллс 1910 он буюу тэрхүү жилд “өдөр тутмын” сэдвээр Систер Уайттай ярилцсан хэмээн мэдэгдсэн. Даниэллсийн хэлснээр, Систер Уайт түүнд ямар ч өөр дүгнэлт үлдээгээгүй бөгөөд “өдөр тутмын” нь Христийн ариун сүм дэх үйлчлэлийн бэлгэдэл байсан аж. Гэвч Даниэллсийн ярилцлага болсон гэх мэдэгдэл нь зөвхөн нэг “худал” төдий бус, хүчтэй төөрөгдөл төрүүлдэг эш үзүүллэгийн “худал” мөн.</w:t>
      </w:r>
    </w:p>
    <w:p>
      <w:pPr>
        <w:pStyle w:val="ArticleBody"/>
        <w:jc w:val="left"/>
      </w:pPr>
      <w:r>
        <w:rPr>
          <w:rFonts w:ascii="Times New Roman" w:hAnsi="Times New Roman" w:eastAsia="Times New Roman" w:cs="Times New Roman"/>
        </w:rPr>
        <w:t>1843 болон 1850 оны хүснэгтүүдийг үзэх боломжгүй байж болох хүмүүст зориулан, 1843 оны хүснэгт 1842 онд хэвлэгдэх үед Миллерийн хөдөлгөөнийхэн хорин гурван зуун жилийн эш үзүүллэгийн биеллээр ариусгагдах ёстой ариун газар нь дэлхий мөн гэж итгэсээр байсан гэдгийг ойлгох нь чухал юм. Харин 1850 оны хүснэгтийг хэвлэх үед тэд ариусгагдах ариун газар нь тэнгэрийн ариун газар мөн болохыг аль хэдийн мэддэг болсон байв. Энэ шалтгааны улмаас 1843 оны хүснэгтэд Бурханы ариун газрын ДҮРСЛЭЛ ОГТ байхгүй, харин 1850 оны хүснэгтэд Бурханы ариун газрын дүрслэл БАЙДАГ. Энэ нь чухал юм. Учир нь Даниэллс Цагаан эгчтэй хийсэн ярилцлагадаа өөрөөр хэлбэл уулзалтдаа 1843 оны хүснэгтийг түүнд үзүүлж, уг хүснэгт дээрх ариун газрыг түүнд зааж өгсөн гэж мэдэгдсэн. Гэвч энэ нь боломжгүй зүйл байсан, учир нь 1843 оны хүснэгт дээр ямар ч ариун газар байдаггүй. Түүний ярилцлага хийсэн гэх мэдэгдэл нь “худал” байсан.</w:t>
      </w:r>
    </w:p>
    <w:p>
      <w:pPr>
        <w:pStyle w:val="ArticleBody"/>
        <w:jc w:val="left"/>
      </w:pPr>
      <w:r>
        <w:rPr>
          <w:rFonts w:ascii="Times New Roman" w:hAnsi="Times New Roman" w:eastAsia="Times New Roman" w:cs="Times New Roman"/>
        </w:rPr>
        <w:t>2009 онд би энэ түүхийг судлан ажиллаж байхдаа, уг маргааны хоёр талд байсан хүмүүс хоёулаа “өдөр тутмын” сэдвээр Систер Уайттай уулзсан гэж мэдэгдэж байсныг мэдээд, 1910 онд Систер Уайттай хийсэн уулзалтуудыг тэмдэглэсэн бүртгэлийн дэвтэрт тэд нэвтрэх боломжтой эсэхийг асууж Ellen White Estate-д цахим шуудан илгээсэн. Тэд уг бүртгэлийн дэвтэр өөрсдөд нь одоо хүртэл хадгалагдаж байгаа гэж хариулсан. Дараах нь миний цахим шуудан болон Ellen White Estate-ийн хариу болно.</w:t>
      </w:r>
    </w:p>
    <w:p>
      <w:pPr>
        <w:pStyle w:val="ArticleBody"/>
        <w:jc w:val="left"/>
      </w:pPr>
      <w:r>
        <w:rPr>
          <w:rFonts w:ascii="Times New Roman" w:hAnsi="Times New Roman" w:eastAsia="Times New Roman" w:cs="Times New Roman"/>
        </w:rPr>
        <w:t>2009 оны 1 дүгээр сарын 19, Даваа гараг</w:t>
      </w:r>
    </w:p>
    <w:p>
      <w:pPr>
        <w:pStyle w:val="ArticleBody"/>
        <w:jc w:val="left"/>
      </w:pPr>
      <w:r>
        <w:rPr>
          <w:rFonts w:ascii="Times New Roman" w:hAnsi="Times New Roman" w:eastAsia="Times New Roman" w:cs="Times New Roman"/>
        </w:rPr>
        <w:t>Холбогдох бүхэнд:</w:t>
      </w:r>
    </w:p>
    <w:p>
      <w:pPr>
        <w:pStyle w:val="ArticleBody"/>
        <w:jc w:val="left"/>
      </w:pPr>
      <w:r>
        <w:rPr>
          <w:rFonts w:ascii="Times New Roman" w:hAnsi="Times New Roman" w:eastAsia="Times New Roman" w:cs="Times New Roman"/>
        </w:rPr>
        <w:t>Уайт эгчтэй хэн ярилцлагад орсон, мөн тэдгээр ярилцлага юуны тухай байсан талаар тэмдэглэсэн бүртгэлийн дэвтэр байдаг гэж би сонссон. 1910 онд А. Г. Даниеллс “өдөр тутмын” сэдвээр Уайт эгчтэй ярилцлага хийсэн эсэхийг би баталгаажуулах буюу няцаахыг хичээж байна. Тэр ярилцлага болсон тухай түүхэн гэрчлэл байдгийг би мэдэж байгаа боловч үүнийг үнэхээр тэмдэглэсэн албан ёсны бүртгэлийн дэвтэр байдаг эсэхийг сонирхож байна. Үүнтэй зэрэгцэн, 1910 онд Ф. С. Гилберт мөн “өдөр тутмын” сэдвээр Уайт эгчтэй ярилцлага хийсэн гэж надад хэлсэн бөгөөд тухайн үед түүний ажилтнуудын хөтөлж байсан бүртгэлийн дэвтэрт үүнийг баталж болох эсэхийг мэдэхийг хүсэж байна. Магадгүй ийм бүртгэлийн дэвтэр байгаагүй байж болох, эсвэл байсан ч та бүхэн тэр мэдээллийг нийтэлдэггүй байж болох, эсвэл тэр нь үнэхээр байдаг байсан ч надад зориулан шалгаж өгөх боломж та бүхэнд байхгүй байж болох юм. Тиймээс ямар ч тохиолдолд энэ тухай асуухыг хүссэн юм. Та бүхний үзүүлж чадах аливаа туслалцаа туйлын их талархал хүлээх болно.</w:t>
      </w:r>
    </w:p>
    <w:p>
      <w:pPr>
        <w:pStyle w:val="ArticleBody"/>
        <w:jc w:val="left"/>
      </w:pPr>
      <w:r>
        <w:rPr>
          <w:rFonts w:ascii="Times New Roman" w:hAnsi="Times New Roman" w:eastAsia="Times New Roman" w:cs="Times New Roman"/>
        </w:rPr>
        <w:t>Эрхэм Жефф,</w:t>
      </w:r>
    </w:p>
    <w:p>
      <w:pPr>
        <w:pStyle w:val="ArticleBody"/>
        <w:jc w:val="left"/>
      </w:pPr>
      <w:r>
        <w:rPr>
          <w:rFonts w:ascii="Times New Roman" w:hAnsi="Times New Roman" w:eastAsia="Times New Roman" w:cs="Times New Roman"/>
        </w:rPr>
        <w:t>Таны и-мэйлд баярлалаа. Эллен Уайтын захидлууд, өдрийн тэмдэглэлүүд болон нийтлэгдсэн товлолуудад тулгуурлан түүний аяллын маршрутын нэлээд бүрэн бүртгэл бидэнд үнэхээр бий, гэвч яг тэр утгаараа “аяллын журнал” байдаггүй.</w:t>
      </w:r>
    </w:p>
    <w:p>
      <w:pPr>
        <w:pStyle w:val="ArticleBody"/>
        <w:jc w:val="left"/>
      </w:pPr>
      <w:r>
        <w:rPr>
          <w:rFonts w:ascii="Times New Roman" w:hAnsi="Times New Roman" w:eastAsia="Times New Roman" w:cs="Times New Roman"/>
        </w:rPr>
        <w:t>Та EGW Намтарын 6-р боть, *The Later Elmshaven Years*, 256, 257-р хуудсуудад A. G. Daniells-ийн Эллен Уайттай хийсэн уулзалтын тухай эргэлзээгүй уншсан байх. Бид энэ ярилцлагын талаар бие даасан ямар ч тэмдэглэл олж тогтоогоогүй. Харин 1910 оны 6-р сарын 1-ний өдрийн Элдер Гилбертийн нэгэн захидал бидэнд бий бөгөөд түүнд тэрээр 6-р сарын 6–9-ний өдрүүдэд Сент-Хелена (Эллен Уайт амьдарч байсан газар)-д байх төлөвлөгөөтэй байгаагаа илэрхийлсэн байдаг. Энэ нь миний мэдэж буй хэмжээнд дэмжих баримтжуулалтын хүрээ юм.</w:t>
      </w:r>
    </w:p>
    <w:p>
      <w:pPr>
        <w:pStyle w:val="ArticleBody"/>
        <w:jc w:val="left"/>
      </w:pPr>
      <w:r>
        <w:rPr>
          <w:rFonts w:ascii="Times New Roman" w:hAnsi="Times New Roman" w:eastAsia="Times New Roman" w:cs="Times New Roman"/>
        </w:rPr>
        <w:t>Бурхан ерөөг—Тим Пуарье, Эллен Г. Уайтын Өвийн Сангийн дэд захирал</w:t>
      </w:r>
    </w:p>
    <w:p>
      <w:pPr>
        <w:pStyle w:val="ArticleBody"/>
        <w:jc w:val="left"/>
      </w:pPr>
      <w:r>
        <w:rPr>
          <w:rFonts w:ascii="Times New Roman" w:hAnsi="Times New Roman" w:eastAsia="Times New Roman" w:cs="Times New Roman"/>
        </w:rPr>
        <w:t>Даниелс “өдөр тутмын” тухай сэдвээр хэзээ нэгэн цагт ярилцлага хийсэн талаарх бие даасан тэмдэглэл огт байхгүй; харин Гилбертийн 1910 оны зургаадугаар сарын 6-наас 9-ний хооронд түүний гэрт очих санаархлаа илэрхийлсэн нэгэн захидал байдаг.</w:t>
      </w:r>
    </w:p>
    <w:p>
      <w:pPr>
        <w:pStyle w:val="ArticleBody"/>
        <w:jc w:val="left"/>
      </w:pPr>
      <w:r>
        <w:rPr>
          <w:rFonts w:ascii="Times New Roman" w:hAnsi="Times New Roman" w:eastAsia="Times New Roman" w:cs="Times New Roman"/>
        </w:rPr>
        <w:t>Эллен Уайтын өв хөрөнгө эш татдаг Систер Уайтын намтарт, түүний ач хүү Даниеллсийн ярилцлагын асуудлыг авч үзэхдээ, Даниеллсийн 1910 оны зохиомол ярилцлагын талаар хийсэн мэдэгдлийг тэмдэглэн үлдээсэн байдаг:</w:t>
      </w:r>
    </w:p>
    <w:p>
      <w:pPr>
        <w:pStyle w:val="ArticleScripture"/>
        <w:jc w:val="left"/>
      </w:pPr>
      <w:r>
        <w:rPr>
          <w:rFonts w:ascii="Times New Roman" w:hAnsi="Times New Roman" w:eastAsia="Times New Roman" w:cs="Times New Roman"/>
        </w:rPr>
        <w:t>“Хэлэлцүүлгүүдийн явцад арай хожуу нэгэн үед ахлагч Даниелс, В. С. Уайт болон С. С. Крислерийг дагуулан, Ellen White-ын Early Writings дахь мэдэгдлийнх нь утга чухам юу болохыг түүнээс өөрөөс нь мэдэж авахыг эрмэлзэн, түүн дээр очиж энэ асуудлыг өмнө нь тавив. Даниелс Early Writings болон 1843 оны хүснэгтийг авч явсан байлаа. Тэр Ellen White-д маш ойрхон сууж, түүнийг асуултаар буллаа. Энэ ярилцлагын талаарх түүний мэдэгдлийг В. С. Уайт баталсан юм:”</w:t>
      </w:r>
    </w:p>
    <w:p>
      <w:pPr>
        <w:pStyle w:val="ArticleScripture"/>
        <w:jc w:val="left"/>
      </w:pPr>
      <w:r>
        <w:rPr>
          <w:rFonts w:ascii="Times New Roman" w:hAnsi="Times New Roman" w:eastAsia="Times New Roman" w:cs="Times New Roman"/>
        </w:rPr>
        <w:t>“Би эхлээд дээр өгөгдсөн мэдэгдлийг Эртийн бичвэрүүд дэхээр нь Уайт эгчид уншиж өгсөн. Дараа нь Даниел болон Илчлэлт номын эш үзүүллэгүүдийг тайлбарлахдаа манай үйлчлэгчдийн хэрэглэдэг эш үзүүллэгийн хүснэгтийг түүний өмнө дэлгэн тавьсан. Би түүний анхаарлыг хүснэгт дээр дүрслэгдсэн ариун сүмийн дүрслэл, мөн 2300 жилийн хугацаанд хандуулсан.</w:t>
      </w:r>
    </w:p>
    <w:p>
      <w:pPr>
        <w:pStyle w:val="ArticleScripture"/>
        <w:jc w:val="left"/>
      </w:pPr>
      <w:r>
        <w:rPr>
          <w:rFonts w:ascii="Times New Roman" w:hAnsi="Times New Roman" w:eastAsia="Times New Roman" w:cs="Times New Roman"/>
        </w:rPr>
        <w:t>“Тэгээд би түүнээс энэ сэдвийн талаар өөрт нь юу үзүүлэгдсэнийг санаж чадах эсэхийг асуув.</w:t>
      </w:r>
    </w:p>
    <w:p>
      <w:pPr>
        <w:pStyle w:val="ArticleScripture"/>
        <w:jc w:val="left"/>
      </w:pPr>
      <w:r>
        <w:rPr>
          <w:rFonts w:ascii="Times New Roman" w:hAnsi="Times New Roman" w:eastAsia="Times New Roman" w:cs="Times New Roman"/>
        </w:rPr>
        <w:t>“Түүний хариултыг би санахад, тэрээр 1844 оны хөдөлгөөнд оролцож байсан зарим удирдагчид 2300 жилийн хугацааны төгсгөлийн талаар шинэ он цаг тогтоохоор чармайж байсан тухай ярьж эхэлсэн. Энэ чармайлт нь Эзэний ирэхэд зориулан шинэ он цаг тогтоох явдал байв. Энэ нь Адвентийн хөдөлгөөнд байсан хүмүүсийн дунд будлиан үүсгэж байлаа.</w:t>
      </w:r>
    </w:p>
    <w:p>
      <w:pPr>
        <w:pStyle w:val="ArticleScripture"/>
        <w:jc w:val="left"/>
      </w:pPr>
      <w:r>
        <w:rPr>
          <w:rFonts w:ascii="Times New Roman" w:hAnsi="Times New Roman" w:eastAsia="Times New Roman" w:cs="Times New Roman"/>
        </w:rPr>
        <w:t>“Энэхүү будлианы дунд Эзэн түүнд илчилсэн нь, түүний хэлснээр, өдрүүдийн талаар баримтлан тунхаглаж ирсэн үзэл зөв байсан бөгөөд дахин хэзээ ч өөр цаг хугацаа тогтоох ёсгүй, мөн өөр нэгэн цаг хугацааны тухай мэдээ ч байж үл болно.</w:t>
      </w:r>
    </w:p>
    <w:p>
      <w:pPr>
        <w:pStyle w:val="ArticleScripture"/>
        <w:jc w:val="left"/>
      </w:pPr>
      <w:r>
        <w:rPr>
          <w:rFonts w:ascii="Times New Roman" w:hAnsi="Times New Roman" w:eastAsia="Times New Roman" w:cs="Times New Roman"/>
        </w:rPr>
        <w:t>“Тэгээд би түүнээс, «өдөр тутмын» үлдсэн хэсгийн тухай—Ханхүү, цэрэг, «өдөр тутмын»-ыг зайлуулсан явдал, мөн ариун сүмийг нураан унагасан тухай—түүнд юу илчлэгдсэнийг ярьж өгөхийг хүссэн.</w:t>
      </w:r>
    </w:p>
    <w:p>
      <w:pPr>
        <w:pStyle w:val="ArticleScripture"/>
        <w:jc w:val="left"/>
      </w:pPr>
      <w:r>
        <w:rPr>
          <w:rFonts w:ascii="Times New Roman" w:hAnsi="Times New Roman" w:eastAsia="Times New Roman" w:cs="Times New Roman"/>
        </w:rPr>
        <w:t>“Тэрээр хариулахдаа, эдгээр онцлогууд нь цаг хугацааны хэсэг шиг үзэгдлээр өөрт нь үзүүлэгдээгүй гэжээ. Тэрээр эш үзүүллэгийн тэдгээр хэсгүүдийн талаар тайлбар хийхэд хөтлөгдөн гарахгүй байв.</w:t>
      </w:r>
    </w:p>
    <w:p>
      <w:pPr>
        <w:pStyle w:val="ArticleScripture"/>
        <w:jc w:val="left"/>
      </w:pPr>
      <w:r>
        <w:rPr>
          <w:rFonts w:ascii="Times New Roman" w:hAnsi="Times New Roman" w:eastAsia="Times New Roman" w:cs="Times New Roman"/>
        </w:rPr>
        <w:t>“‘Тэр ярилцлага миний оюун санаанд гүн сэтгэгдэл үлдээсэн юм. Тэр ямар ч эргэлзээгүйгээр 2300 жилийн хугацааны талаар чөлөөтэй, тодорхой, дэлгэрэнгүй ярьсан боловч эш үзүүллэгийн нөгөө хэсгийн талаар тэр дуугүй байв.</w:t>
      </w:r>
    </w:p>
    <w:p>
      <w:pPr>
        <w:pStyle w:val="ArticleScripture"/>
        <w:jc w:val="left"/>
      </w:pPr>
      <w:r>
        <w:rPr>
          <w:rFonts w:ascii="Times New Roman" w:hAnsi="Times New Roman" w:eastAsia="Times New Roman" w:cs="Times New Roman"/>
        </w:rPr>
        <w:t>“‘Түүний цаг хугацааны талаар чөлөөтэй өгсөн тайлбар болон “өдөр тутмын”-ыг зайлуулсан явдал, мөн ариун газрыг унагасан тухай дуугүй өнгөрснөөс миний хийж чадсан цорын ганц дүгнэлт нь түүнд өгөгдсөн үзэгдэл цаг хугацаатай холбоотой байсан бөгөөд эш үзүүллэгийн бусад хэсгүүдийн талаар түүнд ямар ч тайлбар өгөгдөөгүй байсан явдал юм.—DF 201b, AGD statement, Sept. 25, 1931.” Arthur White, Ellen G. White, volume 6, 257.</w:t>
      </w:r>
    </w:p>
    <w:p>
      <w:pPr>
        <w:pStyle w:val="ArticleBody"/>
        <w:jc w:val="left"/>
      </w:pPr>
      <w:r>
        <w:rPr>
          <w:rFonts w:ascii="Times New Roman" w:hAnsi="Times New Roman" w:eastAsia="Times New Roman" w:cs="Times New Roman"/>
        </w:rPr>
        <w:t>Даниелс 1843 оны зурагт хуудсыг түүнд үзүүлж, зурагт хуудсанд дүрслэгдээгүй байгаа ариун сүмийн талаар түүнээс асуусан хэмээн мэдэгдсэн. Тэрээр мөн Early Writings номыг авчирч, “үргэлжлэх тахил”-ын тухай анхдагчдын ойлголтыг тэр тодорхойгоор дэмжсэн болон уг зурагт хуудас Эзэний мутрын удирдлагаар хийгдсэн гэж хэлэхдээ юуг хэлэх гэсэн тухай нь түүнээс шаргуу асуулт асуусан хэмээн мэдэгдсэн. Энэхүү гэх үйл явдлын тоймыг бичсэн намтарч Артур Л. Уайтын өвөг эцэг, өөрөөр хэлбэл Эллен Уайтын хүү, “үргэлжлэх тахил”-ын талаар Даниелс, Прескотт нарын сатанлаг үзлийг хүлээн авсан байсан бөгөөд тэр ярилцлагад сонссон зүйлсийнх нь талаар Даниелсын мэдэгдэлд гэрчлэл өгсөн. Тэд зохиомол өгүүллэгтэйгээ харьцахдаа ердөө л нягт нямбай байгаагүй, учир нь 1843 оны зурагт хуудсанд Даниелсын зааж болох тийм ариун сүм огт дүрслэгдээгүй юм.</w:t>
      </w:r>
    </w:p>
    <w:p>
      <w:pPr>
        <w:pStyle w:val="ArticleBody"/>
        <w:jc w:val="left"/>
      </w:pPr>
      <w:r>
        <w:rPr>
          <w:rFonts w:ascii="Times New Roman" w:hAnsi="Times New Roman" w:eastAsia="Times New Roman" w:cs="Times New Roman"/>
        </w:rPr>
        <w:t>Ярилцлагад дүрслэгдсэн өөр нэг худал зүйл бол *Early Writings*-ийн тухайн хэсэг нь “цаг хугацаа тогтоох”-ын эсрэг өгсөн анхааруулга байсан гэсэн худал юм. Даниеллсийн асуусан гэж үзэгддэг хэсэг нь дараах байдалтай байна:</w:t>
      </w:r>
    </w:p>
    <w:p>
      <w:pPr>
        <w:pStyle w:val="ArticleScripture"/>
        <w:jc w:val="left"/>
      </w:pPr>
      <w:r>
        <w:rPr>
          <w:rFonts w:ascii="Times New Roman" w:hAnsi="Times New Roman" w:eastAsia="Times New Roman" w:cs="Times New Roman"/>
        </w:rPr>
        <w:t>Би 1843 оны хүснэгт Эзэний мутрын удирдлагаар бүтээгдсэнийг, мөн түүнийг өөрчилж болохгүйг харсан; тоонууд нь Түүний хүссэнчлэн байсан; Түүний мутар зарим тоон дахь нэгэн алдааг дээрээс нь халхлан нууж байсан тул Түүний мутар зайлуулагдах хүртэл хэн ч түүнийг олж харж чадаагүй.</w:t>
      </w:r>
    </w:p>
    <w:p>
      <w:pPr>
        <w:pStyle w:val="ArticleScripture"/>
        <w:jc w:val="left"/>
      </w:pPr>
      <w:r>
        <w:rPr>
          <w:rFonts w:ascii="Times New Roman" w:hAnsi="Times New Roman" w:eastAsia="Times New Roman" w:cs="Times New Roman"/>
        </w:rPr>
        <w:t>“Дараа нь би ‘өдөр тутмын’ (Даниел 8:12)-тай холбогдуулан харахад, ‘тахил’ гэдэг үгийг хүний мэргэн ухаанаар нэмсэн бөгөөд энэ нь эх бичвэрт хамаарахгүй, мөн шүүлтийн цагийн хашхирааг тунхагласан хүмүүст Эзэн үүний зөв ойлголтыг өгсөн байв. 1844 оноос өмнө, нэгдэл оршин байх үед, бараг бүгд ‘өдөр тутмын’-ы зөв үзэл дээр нэгдмэл байсан; харин 1844 оноос хойших будлианы үед өөр үзлүүдийг хүлээн авсан бөгөөд харанхуй ба будлиан дагалдсан юм. 1844 оноос хойш хугацаа сорилт байгаагүй, мөн дахин хэзээ ч сорилт болохгүй.” Early Writings, 74, 75.</w:t>
      </w:r>
    </w:p>
    <w:p>
      <w:pPr>
        <w:pStyle w:val="ArticleBody"/>
        <w:jc w:val="left"/>
      </w:pPr>
      <w:r>
        <w:rPr>
          <w:rFonts w:ascii="Times New Roman" w:hAnsi="Times New Roman" w:eastAsia="Times New Roman" w:cs="Times New Roman"/>
        </w:rPr>
        <w:t>Эгч Уайтын хүү Вилли С. Уайт “өдөр тутмын” тухай хуурамч үзлийг хүлээн авсан бөгөөд түүний хүү Артур хэзээ ч болоогүй тэрхүү ярилцлагатай холбогдсон “худлыг” мөнхжүүлэхийг оролдож, Эртний Бичвэрүүд дэх тухайн хэсгийн сануулга нь ердөө бөгөөд зөвхөн хугацаа тогтоохын эсрэг өгсөн сануулга байсан хэмээн сэтгэгдэл төрүүлэхийг зорьсон юм. Тэрхүү маргааныг 1930-аад онд зохиосон бөгөөд энэ нь “худлын” үндсэн хэсэг болдог.</w:t>
      </w:r>
    </w:p>
    <w:p>
      <w:pPr>
        <w:pStyle w:val="ArticleBody"/>
        <w:jc w:val="left"/>
      </w:pPr>
      <w:r>
        <w:rPr>
          <w:rFonts w:ascii="Times New Roman" w:hAnsi="Times New Roman" w:eastAsia="Times New Roman" w:cs="Times New Roman"/>
        </w:rPr>
        <w:t>Бид тэрхүү өгүүллийг дараагийн өгүүлэлд авч үзнэ.</w:t>
      </w:r>
    </w:p>
    <w:p>
      <w:pPr>
        <w:pStyle w:val="ArticleScripture"/>
        <w:jc w:val="left"/>
      </w:pPr>
      <w:r>
        <w:rPr>
          <w:rFonts w:ascii="Times New Roman" w:hAnsi="Times New Roman" w:eastAsia="Times New Roman" w:cs="Times New Roman"/>
        </w:rPr>
        <w:t>“Есдүгээр сарын 23-нд, Эзэн надад Өөрийн ард түмний үлдэгдлийг сэргээн авахын тулд мутраа хоёр дахь удаагаа сунгасныг, мөн энэ цуглуулах цаг үед хүчин чармайлтыг улам давхарлан гаргах ёстойг харуулсан. Тараан бутраах цаг үед Израиль цохигдож, урагдсан; харин одоо цуглуулах цаг үед Бурхан Өөрийн ард түмнийг эдгээж, шархыг нь бооно. Тараан бутраах үед үнэнийг түгээхийн тулд гаргасан чармайлт маш бага нөлөөтэй, маш багахан зүйл буюу юу ч үгүй шахам бүтээж байсан; харин Бурхан Өөрийн ард түмнийг цуглуулахаар мутраа тавьсан энэ цуглуулах үед үнэнийг түгээх чармайлт нь зориулагдсан үр нөлөөгөө үзүүлэх болно. Бүгд ажил үйлсдээ нэгдмэл, хичээнгүй байх ёстой. Одоо энэ цуглуулах үед биднийг удирдах жишээ болгон тараан бутраалтыг хэн нэгэн иш татах нь ичгүүртэй зүйл болохыг би харсан; учир нь хэрэв Бурхан одоо бидний төлөө тэр үед хийснээсээ илүүг хийхгүй бол Израиль хэзээ ч цуглуулагдахгүй. Үнэнийг номлон тунхаглахын нэгэн адил, хэвлэлд нийтлэн түгээх нь ч мөн адил зайлшгүй шаардлагатай.”</w:t>
      </w:r>
    </w:p>
    <w:p>
      <w:pPr>
        <w:pStyle w:val="ArticleScripture"/>
        <w:jc w:val="left"/>
      </w:pPr>
      <w:r>
        <w:rPr>
          <w:rFonts w:ascii="Times New Roman" w:hAnsi="Times New Roman" w:eastAsia="Times New Roman" w:cs="Times New Roman"/>
        </w:rPr>
        <w:t>“1843 оны хүснэгт Түүний мутрын удирдлагаар хийгдсэн бөгөөд түүн дэх ямар ч хэсгийг өөрчилж үл болохыг; тоонууд нь Түүний хүссэнчлэн байсныг Эзэн надад үзүүлсэн. Зарим тоон доторх нэг алдааг хэн ч олж харахгүй байхаар Түүний мутар түүний дээр байж, түүнийг халхлан нуусан байсан бөгөөд Түүний мутар авагдах хүртэл хэн ч түүнийг харж чадахгүй байсныг мөн үзүүлсэн.”</w:t>
      </w:r>
    </w:p>
    <w:p>
      <w:pPr>
        <w:pStyle w:val="ArticleScripture"/>
        <w:jc w:val="left"/>
      </w:pPr>
      <w:r>
        <w:rPr>
          <w:rFonts w:ascii="Times New Roman" w:hAnsi="Times New Roman" w:eastAsia="Times New Roman" w:cs="Times New Roman"/>
        </w:rPr>
        <w:t>“Тэгээд би ‘Өдөр тутмын’-тай холбоотойгоор, ‘тахил’ гэдэг үг нь хүний мэргэн ухаанаар нэмэгдсэн бөгөөд эх бичвэрт хамаарахгүйг харсан; мөн Эзэн шүүлтийн цагийн хашхирааг тунхагласан хүмүүст үүний зөв ойлголтыг өгсөн юм. 1844 оноос өмнө, эв нэгдэл оршиж байх үед, бараг бүгд ‘Өдөр тутмын’-ы зөв ойлголт дээр нэгдмэл байсан; харин 1844 оноос хойш, самуурлын дунд, өөр үзлүүдийг хүлээн авсан бөгөөд харанхуй ба самуурал дагалдсан.”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есдүгээр хэсэг</dc:title>
  <dc:subject>Хуурамч сургаалуудыг тайлан илчлэх нь: Адвентизм дэх «өдөр тутмын» тухай түүхэн шинжилгээ</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