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Хоёрдугаар Хэсэг</w:t>
      </w:r>
    </w:p>
    <w:p>
      <w:pPr>
        <w:pStyle w:val="ArticleSubtitle"/>
        <w:jc w:val="left"/>
      </w:pPr>
      <w:r>
        <w:rPr>
          <w:rFonts w:ascii="Arial" w:hAnsi="Arial" w:eastAsia="Arial" w:cs="Arial"/>
        </w:rPr>
        <w:t>Зөгнөлийг нээн илчлэх нь: Даниелын сүүлчийн зургаан эшлэлийн гурвалсан хэрэглээ ба гурав дахь тэнгэрэлчийн өсөн нэмэгдэх гэрэл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Миллерчүүдийн хөдөлгөөнд мэдлэгийн өсөлт лацнаасаа тайлагдаж, энэ нь үндсэндээ, гэвч зөвхөн тэднээр хязгаарлагдахгүйгээр, АНУ дахь өөрсдийгөө протестант хэмээн тунхаглагчдыг шалгасан юм. Папын дээд эрхт засаглалын харанхуйгаас гарч ирж байсан сүм болох Сардис тэнгэрийн ариун сүм тэнгэрт нээгдэх үед илчлэгдэх ёстой байсан сайн мэдээний илүү бүрэн дүүрэн ойлголт руу удирдуулж байв. Гурав дахь тэнгэрэлчийн хөдөлгөөнд мэдлэгийн өсөлт 2001 оны 9 дүгээр сарын 11-нд лацнаасаа тайлагдаж, энэ нь дэлхий даяарх Лаодикийн Адвентизмыг шалгасан юм. Ийм учраас мэдлэгийн өсөлтийн эх сурвалж болох Даниел арван нэгдүгээр бүлгийн сүүлийн зургаан эшлэлд дүрслэгдсэн үнэн Лаодикийн Адвентизмээр эсэргүүцэгдсэн юм.</w:t>
      </w:r>
    </w:p>
    <w:p>
      <w:pPr>
        <w:pStyle w:val="ArticleScripture"/>
        <w:jc w:val="left"/>
      </w:pPr>
      <w:r>
        <w:rPr>
          <w:rFonts w:ascii="Times New Roman" w:hAnsi="Times New Roman" w:eastAsia="Times New Roman" w:cs="Times New Roman"/>
        </w:rPr>
        <w:t>“Жинхэнэ суурин дээр (1 Коринт 3:10, 11) барьж байсан цөөн үнэнч барилгачид хуурамч сургаалын хог новш ажлыг нь саатуулан, тээнэгэлзэж, бэрхшээлд оржээ. Нехемиагийн өдрүүдэд Иерусалимын хэрэм дээр ажиллаж байсан барилгачдын адил зарим нь: ‘Ачаа зөөгчдийн хүч суларч, хог новш үлэмж их болсон тул бид барьж чадахгүй байна’ гэж хэлэхэд бэлэн байв. Нехемиа 4:10. Хавчлага, мэхлэл, хууль бус явдал болон тэдний урагш ахицыг саатуулахын тулд Сатаны сэдэж чадах бусад бүх саадын эсрэг тасралтгүй тэмцэлд эцэж туйлдсан тул үнэнч барилгачдын дундаас зарим нь зориг мохож; амар тайван, эд хөрөнгө болон амь насаа аюулгүй байлгахын эрхээр жинхэнэ сууриас эргэн холдов. Харин дайсныхаа эсэргүүцлээс үл эмээсэн бусад нь зоригтойгоор: ‘Тэднээс бүү айгтун; аугаа бөгөөд аймшигт Эзэнийг санагтун’ (14-р эшлэл) хэмээн тунхаглаж, ажилдаа үргэлжлүүлэн орсон бөгөөд хүн бүр сэлмээ бүсэндээ зүүсэн байлаа. Ефес 6:17.”</w:t>
      </w:r>
    </w:p>
    <w:p>
      <w:pPr>
        <w:pStyle w:val="ArticleScripture"/>
        <w:jc w:val="left"/>
      </w:pPr>
      <w:r>
        <w:rPr>
          <w:rFonts w:ascii="Times New Roman" w:hAnsi="Times New Roman" w:eastAsia="Times New Roman" w:cs="Times New Roman"/>
        </w:rPr>
        <w:t>“Үнэн рүү чиглэсэн үзэн ядалт ба эсэргүүцлийн тэрхүү адилхан сүнс нь бүх эрин үед Бурханы дайснуудыг өдөөж ирсэн бөгөөд Түүний зарц нараас мөн адил сэрэмж, үнэнч байдал шаардагдаж ирсэн. Христийн анхны шавь нарт хандсан үгс нь цаг хугацааны төгсгөл хүртэлх Түүний дагалдагчдад мөн адил хамаатай: ‘Би та нарт юу айлдана, тэрхүүг бүгдэд нь айлдаж байна: Сэрэмжлэгтүн.’ Марк 13:37.” Агуу тэмцэл, 56.</w:t>
      </w:r>
    </w:p>
    <w:p>
      <w:pPr>
        <w:pStyle w:val="ArticleBody"/>
        <w:jc w:val="left"/>
      </w:pPr>
      <w:r>
        <w:rPr>
          <w:rFonts w:ascii="Times New Roman" w:hAnsi="Times New Roman" w:eastAsia="Times New Roman" w:cs="Times New Roman"/>
        </w:rPr>
        <w:t>Даниелын сүүлчийн зургаан эшлэлийн мэдээний танилцуулга нь Лаодикийн Адвентизмын өөрийгөө тэтгэгч үйлчлэлүүдийн хүрээнд эхэлсэн бөгөөд цаг хугацаа өнгөрөхийн хэрээр үүний дараа Лаодикийн Адвентизмын нэрд гарсан теологичидтай (эрдэмтэдтэй) тулгарсан юм. Энэхүү мэдээг гутаан доромжлох оролдлогод хэрэглэгдсэн зэвсгүүд нь шалгалт, дайралтын дор байсан эшлэлүүдэд үргэлж илүү их гэрэл, илүү тодорхой байдлыг бий болгож байв. Эдгээр дайралтууд эцэстээ урьд нь танигдаагүй байсан боловч дараа нь тогтоогдож, гурав дахь тэнгэрэлчийн урагшлан буй гэрлийн нэг хэсэг болох нь илэрсэн эш үзүүллэгийн ойлголтуудад хүргэсэн юм.</w:t>
      </w:r>
    </w:p>
    <w:p>
      <w:pPr>
        <w:pStyle w:val="ArticleBody"/>
        <w:jc w:val="left"/>
      </w:pPr>
      <w:r>
        <w:rPr>
          <w:rFonts w:ascii="Times New Roman" w:hAnsi="Times New Roman" w:eastAsia="Times New Roman" w:cs="Times New Roman"/>
        </w:rPr>
        <w:t>Миллерчүүд Библийн эш үзүүллэгийн зөвхөн дөрвөн хаант улсыг хүлээн зөвшөөрч байсан боловч 1844 оноос хойш удалгүй АНУ нь Илчлэлт 13-ын газрын араатан мөн гэдэг нь ойлгогдож, тэрхүү ойлголт нь папын засаглал Ромын хаант улсын зүгээр нэг хэсэг бус, харин үнэндээ Библийн эш үзүүллэгийн тав дахь хаант улс мөн болохыг тодруулсан юм.</w:t>
      </w:r>
    </w:p>
    <w:p>
      <w:pPr>
        <w:pStyle w:val="ArticleScripture"/>
        <w:jc w:val="left"/>
      </w:pPr>
      <w:r>
        <w:rPr>
          <w:rFonts w:ascii="Times New Roman" w:hAnsi="Times New Roman" w:eastAsia="Times New Roman" w:cs="Times New Roman"/>
        </w:rPr>
        <w:t>“Бурханы хуулийг гишгэлэн доромжлох, Түүний ард түмнийг хавчин мөшгих үйл хэрэгт онцгойлон оролцох дэлхийн засгийн газруудыг агуу улаан луу, ирвэс мэт араатан, мөн хурганы адил эвэртэй араатны бэлгэдлээр Иоханд үзүүлсэн билээ. Энэ дайн цаг хугацааны эцэс хүртэл үргэлжилдэг. Ариун эмэгтэй болон түүний хүүхдүүдээр бэлгэдэгдсэн Бурханы ард түмэн нь үлэмжхэн цөөнх болохоор дүрслэгдсэн байв. Эцсийн өдрүүдэд зөвхөн үлдэгсдийн үлдэгдэл л оршин байлаа. Тэдний тухай Иохан: ‘Бурханы тушаалуудыг сахиж, Есүс Христийн гэрчлэлийг эзэмшигчид’ хэмээн өгүүлдэг.”</w:t>
      </w:r>
    </w:p>
    <w:p>
      <w:pPr>
        <w:pStyle w:val="ArticleScripture"/>
        <w:jc w:val="left"/>
      </w:pPr>
      <w:r>
        <w:rPr>
          <w:rFonts w:ascii="Times New Roman" w:hAnsi="Times New Roman" w:eastAsia="Times New Roman" w:cs="Times New Roman"/>
        </w:rPr>
        <w:t>“Харь шашинт үзлээр, түүний дараа Папын эрх мэдлээр дамжин, Сатан Бурханы үнэнч гэрч нарыг газар дэлхийгээс арчин үгүй хийхээр олон зууны турш хүч чадлаа хэрэгжүүлсэн. Харь шүтэгчид ба папистууд адилхан л луугийн сүнсээр хөдөлгөгдөж байв. Тэдний ялгаа гэвэл, Папын засаглал нь Бурханд үйлчилж буй дүр үзүүлдэг байсан учир илүү аюултай, илүү харгис дайсан байсанд оршино. Ромын шашныг хэрэгсэл болгон Сатан ертөнцийг олзлон эзэмшсэн. Бурханы хэмээн нэрлэгдэгч сүм ч энэхүү төөрөгдлийн эгнээнд автан орж, мянга гаруй жилийн турш Бурханы ард түмэн луугийн хилэн дор зовлон эдэлсэн. Папын засаглал хүч чадлаасаа салж, хавчлагыг зогсоохоос өөр аргагүй болоход, Иохан луугийн дуу хоолойг давтан гаргаж, мөнөөх харгис бөгөөд Бурханыг доромжилсон үйл хэргийг үргэлжлүүлэхээр гарч ирж буй шинэ хүчийг үзсэн. Бурханы сүм болон Бурханы хуультай дайн хийх эцсийн энэ хүч нь хурганы адил эвэртэй араатнаар бэлгэдэгдсэн юм.”</w:t>
      </w:r>
    </w:p>
    <w:p>
      <w:pPr>
        <w:pStyle w:val="ArticleScripture"/>
        <w:jc w:val="left"/>
      </w:pPr>
      <w:r>
        <w:rPr>
          <w:rFonts w:ascii="Times New Roman" w:hAnsi="Times New Roman" w:eastAsia="Times New Roman" w:cs="Times New Roman"/>
        </w:rPr>
        <w:t>“Гэвч эш үзүүллэгийн харандааны хатуу тод зураас энэ амгалан тайван дүр зурагт өөрчлөлт гарч байгааг илчилдэг. Хурганы мэт эвэртэй араатан луугийн дуу хоолойгоор ярьж, ‘түүнээс өмнөх эхний араатны бүх эрх мэдлийг хэрэгжүүлдэг.’ Эш үзүүллэгт тэрээр газар дээр оршин суугчдад араатны дүрийг бүтээхийг хэлнэ гэж, мөн ‘жижиг, агуу, баян, ядуу, чөлөөт, боол бүхнийг баруун гарт нь эсвэл духан дээр нь тэмдэг хүлээн авахуулж, тэрхүү тэмдэг, эсвэл араатны нэр, эсвэл түүний нэрийн тоо байхгүй хэн ч худалдаж авах буюу худалдах боломжгүй болгоно’ хэмээн тунхагладаг. Ийнхүү протестантизм папын ёсны мөрийг дагана.” Signs of the Times, November 1, 1899.</w:t>
      </w:r>
    </w:p>
    <w:p>
      <w:pPr>
        <w:pStyle w:val="ArticleBody"/>
        <w:jc w:val="left"/>
      </w:pPr>
      <w:r>
        <w:rPr>
          <w:rFonts w:ascii="Times New Roman" w:hAnsi="Times New Roman" w:eastAsia="Times New Roman" w:cs="Times New Roman"/>
        </w:rPr>
        <w:t>Даниел арван нэгдүгээр бүлгийн сүүлийн зургаан эшлэл тайлагдан нээгдэхэд, тэдгээр зургаан эшлэлд дүрслэгдсэн бүхэл дараалал нь Систер Уайтын саяхан “харь шүтлэг,” “Папын засаг,” мөн “Протестантизм” хэмээн тодорхойлсон гурван хүчний харилцан үйлчлэлийг өгүүлж байгааг хүлээн зөвшөөрсөн. Дайсан дөчин нэгдүгээр эшлэлийн “алдар суут газар”-ыг Протестантизмын, эсвэл Долоо дахь өдрийн Адвентист сүмийн бэлгэдэл гэж маргасан боловч, “алдар суут газар” нь Америкийн Нэгдсэн Улс мөн бөгөөд дөчин нэгдүгээр эшлэлд хойд зүгийн хаан (папын засаг) тун удахгүй гарах Ням гаргийн хуулиар Америкийн Нэгдсэн Улсыг эзлэн авдаг. “Алдар суут газар”-ыг Америкийн Нэгдсэн Улсаас өөр ямар нэгэн зүйлтэй адилтган тодорхойлдог сатанлаг төөрөгдөл нь 1989 онд Зөвлөлт Холбоот Улс нуран унасны дараах, Даниел арван нэгдүгээр бүлгийн сүүлийн зургаан эшлэлээр төлөөлөгдсөн хугацаан дахь дараагийн эш үзүүллэгийн үйл явдал нь тун удахгүй гарах Ням гаргийн хууль мөн гэдгийг эрэгтэй, эмэгтэй хүмүүс танин мэдэхээс сэргийлэхээр зориулагдсан юм.</w:t>
      </w:r>
    </w:p>
    <w:p>
      <w:pPr>
        <w:pStyle w:val="ArticleBody"/>
        <w:jc w:val="left"/>
      </w:pPr>
      <w:r>
        <w:rPr>
          <w:rFonts w:ascii="Times New Roman" w:hAnsi="Times New Roman" w:eastAsia="Times New Roman" w:cs="Times New Roman"/>
        </w:rPr>
        <w:t>Долоо дахь өдрийн Адвентистуудын хувьд, энэ нь дөчин нэгдүгээр ишлэл Бурханы сүмийн нигүүлслийн хугацааны хаалтыг зааж байгааг илэрхийлнэ. Лаодикеан Адвентизмийн сонсохыг хамгийн багадаа хүсдэг зүйл нь тэдний нигүүлслийн хугацаа дуусах гэж буй явдал юм! Эзэн энэхүү маргааныг МЭӨ 31 онд Акциумын тулалдаанд харь үндэст Ром дэлхийг захиргандаа авах үедээ Даниелын наймдугаар бүлэгт дүрслэгдсэнээр эхлээд газарзүйн гурван хүчийг байлдан дагуулах ёстой байсныг хүлээн зөвшөөрөх хэмжээнд хүргэж удирдсан.</w:t>
      </w:r>
    </w:p>
    <w:p>
      <w:pPr>
        <w:pStyle w:val="ArticleScripture"/>
        <w:jc w:val="left"/>
      </w:pPr>
      <w:r>
        <w:rPr>
          <w:rFonts w:ascii="Times New Roman" w:hAnsi="Times New Roman" w:eastAsia="Times New Roman" w:cs="Times New Roman"/>
        </w:rPr>
        <w:t>Тэдгээрийн нэгээс нэгэн жижиг эвэр гарч ирсэн бөгөөд тэр нь өмнө зүг тийш, зүүн зүг тийш, мөн үзэсгэлэнт нутаг өөд хэтэрхий агуу болон өсөн нэмэгдэв. Даниел 8:9.</w:t>
      </w:r>
    </w:p>
    <w:p>
      <w:pPr>
        <w:pStyle w:val="ArticleBody"/>
        <w:jc w:val="left"/>
      </w:pPr>
      <w:r>
        <w:rPr>
          <w:rFonts w:ascii="Times New Roman" w:hAnsi="Times New Roman" w:eastAsia="Times New Roman" w:cs="Times New Roman"/>
        </w:rPr>
        <w:t>“Өмнөд”, “зүүн” болон “үзэсгэлэнт газар” нь Библийн эш үзүүллэгийн дөрөв дэх хаант улс болохын хувьд харь үндэст Ром дэлхийн сэнтийд өргөмжлөгдөн гарахдаа эрхшээлдээ оруулсан газар зүйн гурван бүсийг төлөөлдөг байсан нь тогтоогдсон баримт байсан. Энэ баримттай уялдан, Даниелын долоодугаар бүлэгт дүрслэгдсэнчлэн, Библийн эш үзүүллэгийн тав дахь хаант улс болохын хувьд папын Ром мөн дэлхийн сэнтийд өргөмжлөгдөн гарахдаа газар зүйн гурван хүчийг бас даван дийлэх ёстой байв.</w:t>
      </w:r>
    </w:p>
    <w:p>
      <w:pPr>
        <w:pStyle w:val="ArticleScripture"/>
        <w:jc w:val="left"/>
      </w:pPr>
      <w:r>
        <w:rPr>
          <w:rFonts w:ascii="Times New Roman" w:hAnsi="Times New Roman" w:eastAsia="Times New Roman" w:cs="Times New Roman"/>
        </w:rPr>
        <w:t>Би тэр эвэрнүүдийг ажиглан харж байтал, үзэгтүн, тэдний дундаас өөр нэгэн жижиг эвэр гарч ирэв; түүний өмнө урьдын эвэрнүүдээс гурав нь уг үндсээрээ суга татагдан унав. Үзэгтүн, тэр эвэрт хүний нүд мэт нүдсүүд, мөн ихэмсгээр үг хэлдэг ам байв. Даниел 7:8.</w:t>
      </w:r>
    </w:p>
    <w:p>
      <w:pPr>
        <w:pStyle w:val="ArticleBody"/>
        <w:jc w:val="left"/>
      </w:pPr>
      <w:r>
        <w:rPr>
          <w:rFonts w:ascii="Times New Roman" w:hAnsi="Times New Roman" w:eastAsia="Times New Roman" w:cs="Times New Roman"/>
        </w:rPr>
        <w:t>Дөчин нэгдүгээр эшлэл дэх “сүр жавхлант газар”-ын талаар өрнөсөн маргааны явцад Эзэн эш үзүүллэгт Ромын гурван илрэлийг байдаг хэмээн таниулсан. Эхлээд харь Ром байсан бөгөөд түүний дараа папын Ром гарч ирсэн, улмаар сүүлчийн өдрүүдийн Ром буюу бидний “орчин үеийн Ром” хэмээн нэрлэдэг зүйл байсан. Эш үзүүллэгийн баттай бөгөөд тогтоогдсон хоёр үнэний үндсэн дээр—нэгдүгээрт, Бурхан хэзээ ч өөрчлөгддөггүй, хоёрдугаарт, үнэн нь хоёр гэрчийн гэрчлэлээр тогтоогддог—бид Даниелын арван нэгдүгээр бүлгийн сүүлчийн зургаан эшлэл дэх хойд зүгийн хааны өмнө буй гурван саад нь заавал орчин үеийн газарзүйн гурван хүчийг төлөөлөх ёстой гэж үл ганхан дүгнэсэн юм.</w:t>
      </w:r>
    </w:p>
    <w:p>
      <w:pPr>
        <w:pStyle w:val="ArticleScripture"/>
        <w:jc w:val="left"/>
      </w:pPr>
      <w:r>
        <w:rPr>
          <w:rFonts w:ascii="Times New Roman" w:hAnsi="Times New Roman" w:eastAsia="Times New Roman" w:cs="Times New Roman"/>
        </w:rPr>
        <w:t>Есүс Христ өчигдөр ч, өнөөдөр ч, мөнхөд ч адил. Еврей 13:8.</w:t>
      </w:r>
    </w:p>
    <w:p>
      <w:pPr>
        <w:pStyle w:val="ArticleScripture"/>
        <w:jc w:val="left"/>
      </w:pPr>
      <w:r>
        <w:rPr>
          <w:rFonts w:ascii="Times New Roman" w:hAnsi="Times New Roman" w:eastAsia="Times New Roman" w:cs="Times New Roman"/>
        </w:rPr>
        <w:t>Танай хуульд ч бас хоёр хүний гэрчлэл үнэн гэж бичигдсэн байдаг. Иохан 8:17.</w:t>
      </w:r>
    </w:p>
    <w:p>
      <w:pPr>
        <w:pStyle w:val="ArticleBody"/>
        <w:jc w:val="left"/>
      </w:pPr>
      <w:r>
        <w:rPr>
          <w:rFonts w:ascii="Times New Roman" w:hAnsi="Times New Roman" w:eastAsia="Times New Roman" w:cs="Times New Roman"/>
        </w:rPr>
        <w:t>Энэ танин мэдэлт нь бидний аль хэдийн хүрсэн дүгнэлтийг баталсан юм. Учир нь бид “алдар суут газар”-ыг газарзүйн хүчирхэг улс (Америкийн Нэгдсэн Улс) хэмээн ойлгож ирсэн бөгөөд түүнийг сүнслэг хүч болох чуулганыг төлөөлдөг гэсэн тэнэг санааг няцаасан билээ. Бид Бурханы Үгэнд санамсаргүй зүйл огт байдаггүй гэсэн, үргэлж батлагдсаар ирсэн итгэл үнэмшилдээ тулгуурлан энэ байр суурийг тогтоосон. Олон гэрчийн үндсэн дээр эцсийн өдрүүд дэх Бурханы чуулган бол уул мөн гэдэг нь тодорхой юм.</w:t>
      </w:r>
    </w:p>
    <w:p>
      <w:pPr>
        <w:pStyle w:val="ArticleScripture"/>
        <w:jc w:val="left"/>
      </w:pPr>
      <w:r>
        <w:rPr>
          <w:rFonts w:ascii="Times New Roman" w:hAnsi="Times New Roman" w:eastAsia="Times New Roman" w:cs="Times New Roman"/>
        </w:rPr>
        <w:t>Эцсийн өдрүүдэд ЭЗЭНий өргөөний уул нь уулсын оройд бат тогтоогдож, толгодын дээгүүр өргөмжлөгдөнө; бүх үндэстэн түүн уруу урсан ирнэ. Олон ард түмэн явж, — Ирэгтүн, ЭЗЭНий уул уруу, Иаковын Бурханы өргөө уруу өгсөцгөөе; Тэр бидэнд Өөрийн замуудыг зааж, бид Түүний жимээр алхах болно. Учир нь хууль Сионоос гарч, ЭЗЭНий үг Иерусалимаас гарах болно, — хэмээн хэлнэ. Исаиа 2:2, 3.</w:t>
      </w:r>
    </w:p>
    <w:p>
      <w:pPr>
        <w:pStyle w:val="ArticleBody"/>
        <w:jc w:val="left"/>
      </w:pPr>
      <w:r>
        <w:rPr>
          <w:rFonts w:ascii="Times New Roman" w:hAnsi="Times New Roman" w:eastAsia="Times New Roman" w:cs="Times New Roman"/>
        </w:rPr>
        <w:t>“Үзэсгэлэнт нутаг”-ийг сүм гэж үзсэн хүмүүс, тэр дундаа ихэнх тохиолдолд үүнийг Долоо дахь өдрийн Адвентист сүм гэж мэдэгдсэн нь, Даниел уг нутгийг “үзэсгэлэнт” хэмээн тодорхойлдог учраас тэгсэн бөгөөд тэдний өнгөц дүгнэлт нь, дөчин тавдугаар зүйл дэх “үзэсгэлэнт ариун уул” нь гарцаагүй Бурханы эцсийн өдрүүдийн сүм мөн тул, тэгэхээр “үзэсгэлэнт нутаг” ч мөн адил сүм байх ёстой гэсэнд хүрсэн юм. Эцсийн эцэст, хоёуланд нь “үзэсгэлэнт” гэх тодотгол агуулагдаж байгаа билээ.</w:t>
      </w:r>
    </w:p>
    <w:p>
      <w:pPr>
        <w:pStyle w:val="ArticleBody"/>
        <w:jc w:val="left"/>
      </w:pPr>
      <w:r>
        <w:rPr>
          <w:rFonts w:ascii="Times New Roman" w:hAnsi="Times New Roman" w:eastAsia="Times New Roman" w:cs="Times New Roman"/>
        </w:rPr>
        <w:t>Бурханы үгэнд алдаа гэж үгүй. Даниел “алдаршсан” гэдэг үгтэй холбоотойгоор “газар” хэмээн хэрэглээд, дөрвөн ишлэлийн дараа мөн “алдаршсан” гэдэг үгтэй холбоотойгоор “ариун уул” хэмээн хэрэглэж буй нь, газар ба уулын хооронд санаатай ялгал хийж байгааг Даниел тодорхойлж байна. Шууд утгаараа алдаршсан газар нь Иуда бөгөөд Бурханы сүм Иерусалим хотод баригдсан юм. Иерусалим, эсвэл сүмийг Бурханы чуулган гэж ойлгож болох боловч, Иерусалим байрладаг нутаг дэвсгэр нь Иудагийн газар мөн. Гурав дахь тэнгэрэлчийн өсөн дэвжих гэрэлд мэдлэг нэмэгдэхийн хэрээр олон үнэн мэдлэг болон тогтоогдсон боловч, бид энд зүгээр л эш үзүүллэгийн суурь нөхцөлийг тайлбарлан, Ромын гурван илрэлийг тодорхойлж байна.</w:t>
      </w:r>
    </w:p>
    <w:p>
      <w:pPr>
        <w:pStyle w:val="ArticleBody"/>
        <w:jc w:val="left"/>
      </w:pPr>
      <w:r>
        <w:rPr>
          <w:rFonts w:ascii="Times New Roman" w:hAnsi="Times New Roman" w:eastAsia="Times New Roman" w:cs="Times New Roman"/>
        </w:rPr>
        <w:t>Орчин үеийн Ромын эш үзүүллэгийн шинжүүдийг тогтоосон хоёр гэрч нь шүтээнлэг Ром болон папын Ром байсныг бид ухаарсан үедээ, би “эш үзүүллэгийн гурав дахин хэрэглээ” хэмээн нэрлэсэн тайлбарын нэгэн зарчмыг мөн ухаарсан билээ. Тодорхой зарим эш үзүүллэгүүдийн гурав дахин давтагдахтай төстэй санааг хэрэглэж байсан бусад хүмүүс ч байсан; гэвч бидний танин мэдсэн тодорхойлолт бол өнөөдөр ч бидний хэрэглэсээр буй тодорхойлолт мөн. Future for America-ын маш олонтаа хэрэглэдэг эш үзүүллэгийн гурав дахин хэрэглээний эш үзүүллэгийн дүрэм нь Даниел арван нэгдүгээр бүлгийн сүүлийн зургаан эшлэлийн талаарх маргааны явцад ухаарагдсан гэдгийг ойлгох нь чухал; харин үүнтэй адил чухал зүйл нь, тэрхүү маргаан нь эш үзүүллэгийн гурав дахин хэрэглээ Ромтой холбоотой байсан гэдгийг анхлан хүлээн зөвшөөрөхөд хүргэсэн явдал юм. Миллеритүүдийн түүхэнд маргаануудын нэг нь Антиох Епифан Даниелын ард түмний “дээрэмчид” мөн үү, эсвэл Миллеритүүдийн ойлгосноор “дээрэмчид” нь Ром мөн үү гэсэн асуудал байв. Үүний ач холбогдол нь, Даниелын ард түмний “дээрэмчид” болох Ром л Даниел арван нэг, арван дөрөвдүгээр эшлэлд “үзэгдлийг бататгах” нэгэн байх явдал мөн.</w:t>
      </w:r>
    </w:p>
    <w:p>
      <w:pPr>
        <w:pStyle w:val="ArticleScripture"/>
        <w:jc w:val="left"/>
      </w:pPr>
      <w:r>
        <w:rPr>
          <w:rFonts w:ascii="Times New Roman" w:hAnsi="Times New Roman" w:eastAsia="Times New Roman" w:cs="Times New Roman"/>
        </w:rPr>
        <w:t>Тэр цагуудад өмнөдийн хааны эсрэг олон хүн босно; мөн танай ард түмний дундах хүчирхийлэгчид үзэгдлийг биелүүлэхээр өөрсдийгөө өргөмжлөх боловч тэд унана. Даниел 11:14.</w:t>
      </w:r>
    </w:p>
    <w:p>
      <w:pPr>
        <w:pStyle w:val="ArticleBody"/>
        <w:jc w:val="left"/>
      </w:pPr>
      <w:r>
        <w:rPr>
          <w:rFonts w:ascii="Times New Roman" w:hAnsi="Times New Roman" w:eastAsia="Times New Roman" w:cs="Times New Roman"/>
        </w:rPr>
        <w:t>Зөгнөлийн гурвалсан хэрэглээг бид анх ойлгосон үе нь Библийн зөгнөлд Ромын гурван илрэл байдаг нь танигдсанаар тэмдэглэгдсэн юм. Ром гурав дахь тэнгэрэлчийн өсөн урагшлах гэрлийн үзэгдлийг тогтоосон бөгөөд Миллерийн хөдөлгөөний түүхэнд ч мөн адил тэгсэн. Миллерийн хөдөлгөөний түүхэнд харь шүтлэг ба папын засаглал нь ариун газар болон цэргийг гишгэлэн бузарлагч хүчнүүд мөн гэсэн ойлголт нь Миллерийн өөрийн бүх зөгнөлийн ойлголтуудыг байгуулсан үнэний хүрээ болсон юм. Даниел арван нэгдүгээр бүлгийн сүүлийн зургаан эшлэл нь Future for America байгууллагын өөрийн бүх зөгнөлийн хэрэглээг тулгуурлан байгуулсан үнэний хүрээг тогтоосон. Тэрхүү хүрээ нь ертөнцийг Армагеддон руу хөтөлдөг луу, араатан, хуурамч эш үзүүлэгч хэмээх сүйтгэгч гурван хүч юм.</w:t>
      </w:r>
    </w:p>
    <w:p>
      <w:pPr>
        <w:pStyle w:val="ArticleBody"/>
        <w:jc w:val="left"/>
      </w:pPr>
      <w:r>
        <w:rPr>
          <w:rFonts w:ascii="Times New Roman" w:hAnsi="Times New Roman" w:eastAsia="Times New Roman" w:cs="Times New Roman"/>
        </w:rPr>
        <w:t>Тэрхүү хүрээ нь харь Ромыг, түүний араас папын Ромыг орчин үеийн Ромыг тогтоон баталдаг хоёр гэрч мөн хэмээн хүлээн зөвшөөрөхөд үндэслэдэг бөгөөд орчин үеийн Ром нь спиритизмын луу (Нэгдсэн Үндэстний Байгууллага), католицизмын араатан (паплал), мөн тэрслүү протестантизмын хуурамч эш үзүүлэгч (Америкийн Нэгдсэн Улс) гэсэн гуравласан нэгдэл мөн юм. Тэрхүү хүрээг бид эш үзүүллэгийн гуравдагч хэрэглээ хэмээн тодорхойлдог. Дараах өгүүллүүдэд бид хүлээн зөвшөөрөгдсөн бөгөөд гурван тэнгэрэлчийн өсөн дэвжих гэрлийн хүрээг бүрдүүлдэг эш үзүүллэгийн төрөл бүрийн гуравдагч хэрэглээнүүдийг авч хэлэлцэх болно.</w:t>
      </w:r>
    </w:p>
    <w:p>
      <w:pPr>
        <w:pStyle w:val="ArticleBody"/>
        <w:jc w:val="left"/>
      </w:pPr>
      <w:r>
        <w:rPr>
          <w:rFonts w:ascii="Times New Roman" w:hAnsi="Times New Roman" w:eastAsia="Times New Roman" w:cs="Times New Roman"/>
        </w:rPr>
        <w:t>Бид Ромын гурван илрэлтийн гуравдагч хэрэглээг авч үзэх болно. Эдгээр нь орчин үеийн Ромын улс төр, шашны бүтцийг тодорхойлдог бөгөөд Эгч Уайт үүнийг сүмийн арга мэх ба төрийн арга мэх хэмээн нэрлэсэн юм. Тэрхүү бүтцийг орчин үеийн Ром дахь шинж чанаруудыг тодорхойлж, тогтоон батлахын тулд харь Ромын эш үзүүллэгийн шинж чанаруудыг папын Ромын эш үзүүллэгийн шинж чанаруудтай нэгтгэн авч үзэх замаар танин мэддэг.</w:t>
      </w:r>
    </w:p>
    <w:p>
      <w:pPr>
        <w:pStyle w:val="ArticleBody"/>
        <w:jc w:val="left"/>
      </w:pPr>
      <w:r>
        <w:rPr>
          <w:rFonts w:ascii="Times New Roman" w:hAnsi="Times New Roman" w:eastAsia="Times New Roman" w:cs="Times New Roman"/>
        </w:rPr>
        <w:t>Нимрод, Небухаднезар, Белшазар нараар төлөөлөгдсөн Вавилоны гурван илрэлийн гурвалсан хэрэглээг бид авч үзэх болно. Эдгээр нь Бурханы сүмд залран сууж, өөрийгөө Бурхан хэмээн тунхаглагч нүглийн хүний бардамналыг тодорхойлдог бөгөөд Исаиа түүнийг “сүржин Ассури хүн” хэмээн нэрлэсэн билээ. Библийн эш үзүүлгийн сэдэв болох папын бардамналыг, орчин үеийн Вавилоны шинж чанаруудыг таньж тогтоохын тулд Бабелийн эш үзүүлгийн шинжүүдийг Вавилоны эш үзүүлгийн шинжүүдтэй нэгтгэн авч үзэх замаар танин мэддэг.</w:t>
      </w:r>
    </w:p>
    <w:p>
      <w:pPr>
        <w:pStyle w:val="ArticleBody"/>
        <w:jc w:val="left"/>
      </w:pPr>
      <w:r>
        <w:rPr>
          <w:rFonts w:ascii="Times New Roman" w:hAnsi="Times New Roman" w:eastAsia="Times New Roman" w:cs="Times New Roman"/>
        </w:rPr>
        <w:t>Сүүлчийн өдрүүдэд “цөлд хашхирагч дуу хоолой”-г тодорхойлон харуулдаг Елиа болон Баптист Иоханоор төлөөлүүлэн үзүүлсэн Елиагийн гурван илрэлтийн гурав дахин хэрэглээг бид авч үзнэ. Сүүлчийн өдрүүд дэх цөлд хашхирагч дуу хоолой нь нэгэн тодорхой харуулыг төлөөлдөг бөгөөд тэр нь нэгэн хөдөлгөөн мөн; мөн энэ нь төстэй эхлэл, төгсгөлтэй нэгэн хөдөлгөөн доторх давхар гэрчлэлийг тодорхойлон харуулдаг. Эхний ба хоёр дахь тэнгэрэлчгүйгээр гурав дахь тэнгэрэлч байж үл болохыг бидэнд мэдүүлсэн тул нэг түвшинд эхний тэнгэрэлчийн хөдөлгөөнийг гурав дахь тэнгэрэлчийн хөдөлгөөнөөс салган үзэх боломжгүй бөгөөд эдгээр хоёр хөдөлгөөн хоёулаа Елиа болон Баптист Иоханоор дүрслэгдсэн нэгэн харуулаар төлөөлөгддөг.</w:t>
      </w:r>
    </w:p>
    <w:p>
      <w:pPr>
        <w:pStyle w:val="ArticleScripture"/>
        <w:jc w:val="left"/>
      </w:pPr>
      <w:r>
        <w:rPr>
          <w:rFonts w:ascii="Times New Roman" w:hAnsi="Times New Roman" w:eastAsia="Times New Roman" w:cs="Times New Roman"/>
        </w:rPr>
        <w:t>“Бид үзэг ба дуу хоолойгоороо тунхаглалыг цуурайтуулж, тэдгээрийн дараалал болон биднийг гурав дахь тэнгэрэлчийн мэдээнд хүргэдэг эш үзүүллэгүүдийн хэрэглээг илтгэн харуулах ёстой. Эхний ба хоёр дахь нь үгүйгээр гурав дахь нь байж үл чадна. Эдгээр мэдээнүүдийг бид хэвлэл нийтлэлээр, айлдвараар дамжуулан, эш үзүүллэгийн түүхийн шугамд болсон зүйлс болон болох зүйлсийг үзүүлэн, дэлхийд хүргэх ёстой.” Selected Messages, book 2, 105.</w:t>
      </w:r>
    </w:p>
    <w:p>
      <w:pPr>
        <w:pStyle w:val="ArticleBody"/>
        <w:jc w:val="left"/>
      </w:pPr>
      <w:r>
        <w:rPr>
          <w:rFonts w:ascii="Times New Roman" w:hAnsi="Times New Roman" w:eastAsia="Times New Roman" w:cs="Times New Roman"/>
        </w:rPr>
        <w:t>Бид Иохан Баптист болон Уильям Миллерээр төлөөлүүлэгдсэн, Гэрээний Элчийг Өөрийн сүмдээ гэнэт ирэхийн өмнө замыг нь бэлтгэдэг элчийн гурван илрэлийн давхар гурвалсан хэрэглээг авч үзэх болно. Эцсийн манаач нь Иохан Баптист болон Уильям Миллерийн эш үзүүллэгийн шинжүүдийг нэгтгэн, Малахи гуравдугаар бүлгийн эцсийн биеллийг тодорхойлон танигддаг эш үзүүллэгийн сэдэв мөн.</w:t>
      </w:r>
    </w:p>
    <w:p>
      <w:pPr>
        <w:pStyle w:val="ArticleScripture"/>
        <w:jc w:val="left"/>
      </w:pPr>
      <w:r>
        <w:rPr>
          <w:rFonts w:ascii="Times New Roman" w:hAnsi="Times New Roman" w:eastAsia="Times New Roman" w:cs="Times New Roman"/>
        </w:rPr>
        <w:t>Харагтун, Би Өөрийн элчийг илгээх болно, тэр Миний өмнө замыг бэлтгэнэ; та нарын эрэн хайж буй Эзэн Өөрийн сүмд гэнэт ирнэ, та нарын таашаан баясдаг гэрээний элч ч мөн адил ирнэ. Харагтун, Тэр ирнэ гэж түмэн цэргийн ЭЗЭН айлдаж байна. Малахи 3:1.</w:t>
      </w:r>
    </w:p>
    <w:p>
      <w:pPr>
        <w:pStyle w:val="ArticleBody"/>
        <w:jc w:val="left"/>
      </w:pPr>
      <w:r>
        <w:rPr>
          <w:rFonts w:ascii="Times New Roman" w:hAnsi="Times New Roman" w:eastAsia="Times New Roman" w:cs="Times New Roman"/>
        </w:rPr>
        <w:t>Бид Илчлэлт номын найм, есдүгээр бүлгүүд дэх нэгдүгээр болон хоёрдугаар гайгийн Исламын эш үзүүллэгийн шинжүүдээр төлөөлөгдсөн Исламын гурван илрэлтийн гуравласан хэрэглээг авч үзэх бөгөөд эдгээр нь Илчлэлт номын арав, арваннэгдүгээр бүлгүүдэд тодорхойлогдсон гуравдугаар гайгийн Исламын эш үзүүллэгийн шинжүүдийг танин тодорхойлдог.</w:t>
      </w:r>
    </w:p>
    <w:p>
      <w:pPr>
        <w:pStyle w:val="ArticleBody"/>
        <w:jc w:val="left"/>
      </w:pPr>
      <w:r>
        <w:rPr>
          <w:rFonts w:ascii="Times New Roman" w:hAnsi="Times New Roman" w:eastAsia="Times New Roman" w:cs="Times New Roman"/>
        </w:rPr>
        <w:t>Бид эдгээр зүйлийг дараагийн өгүүлэлд үргэлжлүүлэн авч үзэх болно.</w:t>
      </w:r>
    </w:p>
    <w:p>
      <w:pPr>
        <w:pStyle w:val="ArticleScripture"/>
        <w:jc w:val="left"/>
      </w:pPr>
      <w:r>
        <w:rPr>
          <w:rFonts w:ascii="Times New Roman" w:hAnsi="Times New Roman" w:eastAsia="Times New Roman" w:cs="Times New Roman"/>
        </w:rPr>
        <w:t>“Хэнд ч та нарын өмнөөс ухаан болж, хэнд ч та нарын оронд бодож, шинжилж, залбирахыг бүү зөвшөөр. Энэ бол өнөөдөр бидний зүрхэндээ шингээн авах ёстой сургамж мөн. Та нарын олны итгэж буйгаар, Бурханы хаанчлал болон Есүс Христийн үнэт эрдэнэ нь та нарын гартаа барьж буй Библид байдаг. Газрын ямар ч эрдэнэ асар нямбай хичээл зүтгэлгүйгээр олддоггүй гэдгийг та нар мэднэ. Тэгвэл Бичээсийг хичээнгүйлэн судлалгүйгээр Бурханы үгийн эрдэнэсийг ойлгоно гэж яагаад найдах ёстой гэж?”</w:t>
      </w:r>
    </w:p>
    <w:p>
      <w:pPr>
        <w:pStyle w:val="ArticleScripture"/>
        <w:jc w:val="left"/>
      </w:pPr>
      <w:r>
        <w:rPr>
          <w:rFonts w:ascii="Times New Roman" w:hAnsi="Times New Roman" w:eastAsia="Times New Roman" w:cs="Times New Roman"/>
        </w:rPr>
        <w:t>“Библийг унших нь зүйтэй бөгөөд зөв юм; гэвч та нарын үүрэг тэндээр дуусахгүй; учир нь та нар түүний хуудсуудыг өөрсдөө нягтлан шинжлэх ёстой. Бурханы мэдлэг нь оюуны чармайлтгүйгээр, мөн үнэний сургаалуудыг хүмүүс ба Сатан хэрхэн гуйвуулан дүрсэлснээс үүдсэн хальсыг үнэний цэвэр үр тарианаас ялган салгах мэргэн ухааны төлөөх залбиралгүйгээр олддоггүй. Сатан болон түүнтэй хуйвалдсан хүний төлөөлөгчид алдааны хальсыг үнэний буудайтай хольж хутгахыг чармайсаар ирсэн. Бид нуугдсан эрдэнэсийг хичээнгүйлэн эрж хайх ёстой бөгөөд хүний зохиосон зүйлсийг тэнгэрлэг тушаалуудаас ялган салгахын тулд тэнгэрээс мэргэн ухааныг эрэх ёстой. Авралын төлөвлөгөөтэй холбоотой агуу бөгөөд эрхэм нандин үнэнүүдийг эрэн хайгчид Ариун Сүнсээр туслуулна. Би бүх хүнд Судрыг өнгөцхөн унших нь хангалтгүй гэдэг үнэнийг онцлон ойлгуулахыг хүсэж байна. Бид эрж хайх ёстой, бөгөөд энэ нь уг үгийн агуулдаг бүхнийг хэрэгжүүлнэ гэсэн үг юм. Уурхайчин алтны судлыг илрүүлэхийн тулд газрыг хэрхэн шимтэн ухаж шинжилдэгтэй адил, та нар ч Сатаны хүний нүднээс маш удаан хугацааны турш нуухыг зорьсон нуугдсан эрдэнэсийг олохын тулд Бурханы үгийг шинжлэн судлах ёстой. Эзэн, ‘Хэрэв хэн нэгэн нь Түүний хүслийг үйлдэхийг хүсвэл, тэр сургаалын тухай мэдэх болно’ гэж айлдсан. Иохан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Хоёрдугаар Хэсэг</dc:title>
  <dc:subject>Зөгнөлийг нээн илчлэх нь: Даниелын сүүлчийн зургаан эшлэлийн гурвалсан хэрэглээ ба гурав дахь тэнгэрэлчийн өсөн нэмэгдэх гэрэл</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