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Ерэн Зургаа дахь дугаар</w:t>
      </w:r>
    </w:p>
    <w:p>
      <w:pPr>
        <w:pStyle w:val="ArticleSubtitle"/>
        <w:jc w:val="left"/>
      </w:pPr>
      <w:r>
        <w:rPr>
          <w:rFonts w:ascii="Arial" w:hAnsi="Arial" w:eastAsia="Arial" w:cs="Arial"/>
        </w:rPr>
        <w:t>Зөгнөлийн гуравласан хэрэглээ: Эцсийн өдрүүдийн зөгнөлийн хүрээг тайлах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Уильям Миллерийн эш үзүүллэгийн мэдээний хүрээ нь эхлээд харь шашин, дараа нь папизм гэсэн хоосруулагч хоёр хүч байсан бол Future for America-гийн эш үзүүллэгийн мэдээний хүрээ нь эхлээд харь шашин, түүний дараа папизм, түүний дараа урвагч протестантизм гэсэн хоосруулагч гурван хүч бөгөөд эцэстээ эдгээр нь бүгд нэгэн зэрэг зэрэгцэн оршдог. Миллерийн эш үзүүллэгийн ойлголтын үндсэн түлхүүрүүдийн нэг нь Даниел ном дахь “өдөр тутмын” нь харь шашны бэлгэдэл гэсэн ойлголт байсан; учир нь энэ нь түүний эш үзүүллэгийн ойлголтын хүрээ болсон хоосруулагч хоёр хүчний уялдаа холбоог тогтоож өгсөн юм. Future for America-гийн эш үзүүллэгийн ойлголтын үндсэн түлхүүрүүдийн нэг мөн адил Даниел ном дахь “өдөр тутмын” нь харь шашны бэлгэдэл гэсэн ойлголт мөн; учир нь харь шашны түүхэн биелэл нь Даниел арван нэг дэх бүлгийн дөч, дөчин нэг дэх эшлэлүүд дэх үйл явдлын дарааллыг тогтоосон бөгөөд энэ нь Future for America-гийн эш үзүүллэгийн ойлголтын хүрээ болсон юм.</w:t>
      </w:r>
    </w:p>
    <w:p>
      <w:pPr>
        <w:pStyle w:val="ArticleBody"/>
        <w:jc w:val="left"/>
      </w:pPr>
      <w:r>
        <w:rPr>
          <w:rFonts w:ascii="Times New Roman" w:hAnsi="Times New Roman" w:eastAsia="Times New Roman" w:cs="Times New Roman"/>
        </w:rPr>
        <w:t>Шинэ гэрлийн хувьд үргэлж тохиолддогийн адил, 1989 онд Зөвлөлт Холбоот Улс нуран унах үед лац нь тайлагдсан үнэний урагшиллыг олон янзын дуу хоолой эсэргүүцэн тэмцсэн юм. Үнэнд авчирсан тэрхүү эсэргүүцэл нь ямагт үнэний талаар илүү тодорхой ойлголтыг бий болгосон. Даниел арван нэгдүгээр бүлгийн сүүлчийн зургаан эшлэлд агуулагдсан үнэний эсрэг өрнөсөн тэрхүү эхний маргаануудын үеэр, 1989 онд Даниелын номын лац тайлагдах үед болсон мэдлэгийн өсөлтийг дэмжих зайлшгүй нотолгоо болох, Библид байдаг эш үзүүллэгийн хэд хэдэн дүрэм танигдсан билээ. Бид одоо тэдгээр дүрмийн нэгийг авч үзэж байгаа бөгөөд үүнийг “эш үзүүллэгийн гурвалсан хэрэглээ” гэж нэрлэдэг.</w:t>
      </w:r>
    </w:p>
    <w:p>
      <w:pPr>
        <w:pStyle w:val="ArticleBody"/>
        <w:jc w:val="left"/>
      </w:pPr>
      <w:r>
        <w:rPr>
          <w:rFonts w:ascii="Times New Roman" w:hAnsi="Times New Roman" w:eastAsia="Times New Roman" w:cs="Times New Roman"/>
        </w:rPr>
        <w:t>Бид эхлээд нэг түвшиндээ ижилхэн нэгэн шугам боловч, өөр нэг түвшиндээ ялгаатай байдаг гурван давхар хоёр хэрэглээг авч үзсэн. Ромын эхний хоёр илрэл (бөө мөргөлийн ба папын), Орчин үеийн Ром хэмээх гурав дахь илрэлийг тогтоосон. Вавилоны эхний хоёр илрэл (Бабел ба Вавилон), Орчин үеийн Вавилон хэмээх гурав дахь илрэлийг тогтоосон. Орчин үеийн Ром бол Орчин үеийн Вавилоны унадаг бөгөөд ноёрхдог Илчлэлт арван долоогийн араатан мөн. Тэд ковбой хүн морь хоёроос ялгаатай байдаг шиг тийнхүү ялгаатай боловч, мөн бие биеэ сүнслэг садар самуунд уруу татан үйлддэг тул тэр түвшиндээ тэд нэг юм. Үүнтэй адил харилцааг агуулсан эш үзүүллэгийн өөр хоёр гурвалсан хэрэглээ бий.</w:t>
      </w:r>
    </w:p>
    <w:p>
      <w:pPr>
        <w:pStyle w:val="ArticleBody"/>
        <w:jc w:val="left"/>
      </w:pPr>
      <w:r>
        <w:rPr>
          <w:rFonts w:ascii="Times New Roman" w:hAnsi="Times New Roman" w:eastAsia="Times New Roman" w:cs="Times New Roman"/>
        </w:rPr>
        <w:t>Елиагийн эхний хоёр илрэл (Елиа болон Баптисм хүртээгч Иохан) нь эцсийн өдрүүдийн гурав дахь Елиаг тогтоодог. Үүнтэй хамт, Гэрээний Элчид замыг бэлтгэдэг эхний хоёр элч (Баптисм хүртээгч Иохан болон Уильям Миллер) нь эцсийн өдрүүдэд Гэрээний Элчид замыг бэлтгэх тэр элчийг тогтоодог. Зөгнөлийн гуравчилсан хэрэглээ бүхий эдгээр хоёр шугамын талаар танин мэдэх ёстой гурван чухал зүйл бий.</w:t>
      </w:r>
    </w:p>
    <w:p>
      <w:pPr>
        <w:pStyle w:val="ArticleBody"/>
        <w:jc w:val="left"/>
      </w:pPr>
      <w:r>
        <w:rPr>
          <w:rFonts w:ascii="Times New Roman" w:hAnsi="Times New Roman" w:eastAsia="Times New Roman" w:cs="Times New Roman"/>
        </w:rPr>
        <w:t>Нэгдүгээрт, эш үзүүллэгийн гурвалсан хэрэглээний хоёр шугамын бодит түүхэн төлөөлөгчид нь үндсэндээ нэгэн ижил түүхэн хүмүүс мөн боловч, эдгээр хоёр дүрслэл дэх тэдний зорилго нь тодорхой ялгаатай байдаг. Хоёрдугаарт, хоорондоо нягт холбоотой эш үзүүллэгийн эдгээр хоёр гурвалсан хэрэглээний ялгааг танин мэдэх явдал юм. Тэрхүү ялгаа нь гэвэл, Елиа эцсийн өдрүүд дэх гадаад ажлыг төлөөлдөг бол, Гэрээний Элчид замыг бэлтгэдэг элч нь эцсийн өдрүүд дэх дотоод ажлыг төлөөлдөгт оршино.</w:t>
      </w:r>
    </w:p>
    <w:p>
      <w:pPr>
        <w:pStyle w:val="ArticleBody"/>
        <w:jc w:val="left"/>
      </w:pPr>
      <w:r>
        <w:rPr>
          <w:rFonts w:ascii="Times New Roman" w:hAnsi="Times New Roman" w:eastAsia="Times New Roman" w:cs="Times New Roman"/>
        </w:rPr>
        <w:t>Анхааран тэмдэглэх ёстой гурав дахь зүйл нь: Есүс, Альфа ба Омега болохынхоо хувьд, гурав дахь Елиаг, мөн замыг бэлтгэдэг гурав дахь элчийг, эхний бөгөөд сүүлчийн Елиа элчийн аль алинтай нь, мөн Гэрээний Элчийн өмнөх замыг бэлтгэдэг эхний бөгөөд сүүлчийн элчийн аль алинтай нь адилтган тодорхойлдог явдал юм. Эхний тэнгэрэлчийн Елиа элч болон гурав дахь тэнгэрэлчийн Елиа элч нь нийлж Елиагийн гурав дахь биеллийг бүрдүүлдэг бөгөөд замыг бэлтгэдэг элч нь эхний болон гурав дахь тэнгэрэлчийн аль алиных нь хөдөлгөөний элчээр төлөөлөгдөн үзүүлэгддэг.</w:t>
      </w:r>
    </w:p>
    <w:p>
      <w:pPr>
        <w:pStyle w:val="ArticleBody"/>
        <w:jc w:val="left"/>
      </w:pPr>
      <w:r>
        <w:rPr>
          <w:rFonts w:ascii="Times New Roman" w:hAnsi="Times New Roman" w:eastAsia="Times New Roman" w:cs="Times New Roman"/>
        </w:rPr>
        <w:t>Эш үзүүлэгч Елиа Кармел уулан дахь мөргөлдөөнөөрөө Бурханы ард түмэн ба Орчин үеийн Ромын гурвалсан холбооны хоорондын эцсийн өдрүүдийн сөргөлдөөний нэгэн дүрслэлийг үзүүлдэг.</w:t>
      </w:r>
    </w:p>
    <w:p>
      <w:pPr>
        <w:pStyle w:val="ArticleBody"/>
        <w:jc w:val="left"/>
      </w:pPr>
      <w:r>
        <w:rPr>
          <w:rFonts w:ascii="Times New Roman" w:hAnsi="Times New Roman" w:eastAsia="Times New Roman" w:cs="Times New Roman"/>
        </w:rPr>
        <w:t>Кармел уул нь Израилийн хойд хэсэгт, Газрын дундын тэнгисийн эргийн ойролцоо оршдог. Энэ нь ерөнхийдөө баруун хойноос зүүн урагш чиглэлтэй сунаж тогтсон бөгөөд ойролцоогоор 39 миль (63 километр) үргэлжлэх тод ялгарах нурууг бүрдүүлдэг. Мегиддогийн хөндий, өөрөөр хэлбэл Изреелийн хөндий нь Кармел уулын зүүн өмнөд талд оршдог. Кармел уул ба Мегиддогийн хөндий нь хоорондын зайны хувьд харьцангуй ойр байрладаг. Тэдгээрийн хоорондох зайг шулуун шугамаар (шувуу нисэхээр) хэмжвэл ойролцоогоор 20–25 миль (32–40 километр) байна. Кармел уулын баруун талд Газрын дундын тэнгис оршдог бөгөөд Мегиддогийн хөндий болон Изреелийн хөндийн зүүн талд Галилын тэнгис, өөрөөр хэлбэл Тивериад нуур буюу Киннерет нуур оршдог.</w:t>
      </w:r>
    </w:p>
    <w:p>
      <w:pPr>
        <w:pStyle w:val="ArticleBody"/>
        <w:jc w:val="left"/>
      </w:pPr>
      <w:r>
        <w:rPr>
          <w:rFonts w:ascii="Times New Roman" w:hAnsi="Times New Roman" w:eastAsia="Times New Roman" w:cs="Times New Roman"/>
        </w:rPr>
        <w:t>Илчлэлт номд Армагеддоны тулалдаан нь Мегиддогийн хөндийг зааж байгаа бөгөөд эш үзүүлгийн суралцагчид Илчлэлт ном өөрийн мэдээг үгчилсэн утгаар тодорхойлж байна гэж итгэхийг сүнслэг онгод хүсээгүй тул, Армагеддоныг (Мегиддо) Армагеддон гэж тодорхойлохдоо энэ тулалдаан нь луу, араатан, хуурамч эш үзүүлэгч нарын дэлхийг хөтлөн оруулдаг эцсийн тулалдааны сүнслэг дүрслэл болохыг тодорхой болгохын тулд “har” хэмээх, “уул” гэсэн утгатай үгийг хэрэглэсэн юм.</w:t>
      </w:r>
    </w:p>
    <w:p>
      <w:pPr>
        <w:pStyle w:val="ArticleBody"/>
        <w:jc w:val="left"/>
      </w:pPr>
      <w:r>
        <w:rPr>
          <w:rFonts w:ascii="Times New Roman" w:hAnsi="Times New Roman" w:eastAsia="Times New Roman" w:cs="Times New Roman"/>
        </w:rPr>
        <w:t>Иохан Мегиддог Армагеддон хэмээн тодорхойлсноор, үүнийг шууд утгаараа газарзүйн бодит байршил гэж ойлгож болохгүйг тодорхой болгосон. Учир нь Мегиддо бол хөндий бөгөөд уулсгүй юм. Түүнтэй ойрхон орших Кармел ууланд Елиа Ахаб болон Иезебелийн эш үзүүлэгчидтэй тулгарсан тул Мегиддо болон Кармел уул хоёулаа Армагеддоны эцсийн тулалдааны дүрслэл мөн.</w:t>
      </w:r>
    </w:p>
    <w:p>
      <w:pPr>
        <w:pStyle w:val="ArticleBody"/>
        <w:jc w:val="left"/>
      </w:pPr>
      <w:r>
        <w:rPr>
          <w:rFonts w:ascii="Times New Roman" w:hAnsi="Times New Roman" w:eastAsia="Times New Roman" w:cs="Times New Roman"/>
        </w:rPr>
        <w:t>Хэрэв та Иерусалим, Кармел уул, Мегиддогийн хөндийг холбосон гурвалжин зурвал, Иерусалим нь тэрхүү гурвалжны зүүн өмнөд өнцөгт, Кармел уул нь баруун хойдод, харин Мегиддогийн хөндий нь зүүн хойдод байрлана. Армагеддоны тулалдааныг бэлгэдлээр төлөөлдөг тэр бүс нутаг нь хоёр тэнгисээр хүрээлэгдсэн бөгөөд хойд зүгийн хаан (Орчин үеийн Вавилоны янхан) тэнгисүүдийн хооронд, сүр жавхлант ариун уулын дэргэд эцэстээ хүрдэг. Тэр цагт хүний сорилтын хугацаа хаагддаг.</w:t>
      </w:r>
    </w:p>
    <w:p>
      <w:pPr>
        <w:pStyle w:val="ArticleScripture"/>
        <w:jc w:val="left"/>
      </w:pPr>
      <w:r>
        <w:rPr>
          <w:rFonts w:ascii="Times New Roman" w:hAnsi="Times New Roman" w:eastAsia="Times New Roman" w:cs="Times New Roman"/>
        </w:rPr>
        <w:t>Харин зүүнээс болон хойноос ирэх мэдээнүүд түүнийг түгшээх тул тэрээр олныг устгаж, бүрмөсөн үгүй хийхээр асар их хилэнтэйгээр урагшлан гарна. Тэрээр өөрийн хааны ордны майхнуудыг тэнгисүүдийн хооронд, алдар суут ариун уулан дээр босгоно; гэвч тэрээр өөрийн төгсгөлдөө хүрнэ, түүнд туслах хэн ч үгүй. Тэр цагт чиний ард түмний хүүхдүүдийн төлөө зогсдог агуу ноён Михаил босно; мөн үндэстэн бий болсноос хойш тэр цаг хүртэл хэзээ ч байгаагүй зовлонгийн цаг тохионо; тэр цагт номд бичигдсэнээр олдох хүн нэг бүр, чиний ард түмэн аврагдана. Даниел 11:44–12:1.</w:t>
      </w:r>
    </w:p>
    <w:p>
      <w:pPr>
        <w:pStyle w:val="ArticleBody"/>
        <w:jc w:val="left"/>
      </w:pPr>
      <w:r>
        <w:rPr>
          <w:rFonts w:ascii="Times New Roman" w:hAnsi="Times New Roman" w:eastAsia="Times New Roman" w:cs="Times New Roman"/>
        </w:rPr>
        <w:t>Елиагийн гурав давтагдсан хэрэглээ нь Бурханы ард түмэн умардын хаантай гадна талаас тулгарахыг төлөөлдөг бөгөөд тэрхүү умардын хаан нь дэлхийг Армагеддон уруу хөтөлдөг луу, араатан, хуурамч эш үзүүлэгчийн гурвалсан холбооны тэргүүн мөн. Гурвалсан холбоог дүрслэн үзүүлсэн Елиагийн гурван дайсан нь Ахаб, Иезебел, мөн Баалын эш үзүүлэгчид ба төгөлийн тахилчид байсан. Ахаб нь Арван долоодугаар Илчлэл дэх Вавилоны янхантай завхайрлыг үйлддэг, мөн “нэг цаг”-ийн турш хаанчлалаа тэр янханд өгөхөөр санал нэгтэй болдог арван хаадыг төлөөлөх умардын арван овгийн хаан байв; энэ нь Ням гаргийн хуулийн хямралын “тэр цаг” юм. Вавилоны янхан нь Иезебелээр төлөөлөгдсөн бөгөөд Иезебелийн Баалын эш үзүүлэгчид болон төгөлийн тахилчид нь хуурамч эш үзүүлэгчийг төлөөлдөг.</w:t>
      </w:r>
    </w:p>
    <w:p>
      <w:pPr>
        <w:pStyle w:val="ArticleBody"/>
        <w:jc w:val="left"/>
      </w:pPr>
      <w:r>
        <w:rPr>
          <w:rFonts w:ascii="Times New Roman" w:hAnsi="Times New Roman" w:eastAsia="Times New Roman" w:cs="Times New Roman"/>
        </w:rPr>
        <w:t>Ням гарагийн хуулийн хямрал нь АНУ-д тун удахгүй гарах Ням гарагийн хуулиар эхэлж, Михаел босон зогсох үед төгсөнө. Тэрхүү Ням гарагийн хууль ирэхэд Илчлэлт арван наймдугаар бүлгийн хоёр дахь дуу хоолой Бурханы бусад сүргийг Вавилоноос дуудан гаргана. Вавилоноос гарах тэрхүү дуудлагаас авралын боломж хаагдах хүртэлх хугацаа нь Вавилоны янхны шүүлтийн үе мөн. Түүнчлэн энэ нь Ариун Сүнс хэмжээлшгүйгээр асгарах хугацаа юм. Энэ нь мартагдахаа больсон Тирийн янхантай хамтран захирахаар арван хаад зөвшилцдөг тэр “цаг” мөн. Энэ нь мөн Илчлэлт арван нэгдүгээр бүлгийн агуу “газар хөдлөлтийн” тэр “цаг” бөгөөд тэр үед нэг зуун дөчин дөрвөн мянга нь туг тэмдэг болгон өргөгдөнө.</w:t>
      </w:r>
    </w:p>
    <w:p>
      <w:pPr>
        <w:pStyle w:val="ArticleScripture"/>
        <w:jc w:val="left"/>
      </w:pPr>
      <w:r>
        <w:rPr>
          <w:rFonts w:ascii="Times New Roman" w:hAnsi="Times New Roman" w:eastAsia="Times New Roman" w:cs="Times New Roman"/>
        </w:rPr>
        <w:t>Түүнтэй хамт завхайрч, тансаглан амьдарсан газрын хаад түүний шатаж буй утааг харахдаа түүнийг гашуудан уйлж, эмгэнэн гаслах болно. Тэд түүний зовлонгоос айн хол зогсоод, “Халаг, халаг, агуу хот Вавилон, хүчирхэг хот оо! Учир нь чиний шүүлт нэгхэн цагийн дотор ирлээ” хэмээнэ. Илчлэл 18:9, 10.</w:t>
      </w:r>
    </w:p>
    <w:p>
      <w:pPr>
        <w:pStyle w:val="ArticleBody"/>
        <w:jc w:val="left"/>
      </w:pPr>
      <w:r>
        <w:rPr>
          <w:rFonts w:ascii="Times New Roman" w:hAnsi="Times New Roman" w:eastAsia="Times New Roman" w:cs="Times New Roman"/>
        </w:rPr>
        <w:t>Иохан Мегиддог сүнслэг бөгөөд бодит бус үнэнийг илэрхийлэхийн тулд Мегиддогийн уул («har») хэмээн тодорхойлсны адил, Вавилоны янхны болон Тирийн шүүлт «цаг»-ийн үед, мөн «өдөр»-т тохиолдохоор тодорхойлогдсон байдаг.</w:t>
      </w:r>
    </w:p>
    <w:p>
      <w:pPr>
        <w:pStyle w:val="ArticleScripture"/>
        <w:jc w:val="left"/>
      </w:pPr>
      <w:r>
        <w:rPr>
          <w:rFonts w:ascii="Times New Roman" w:hAnsi="Times New Roman" w:eastAsia="Times New Roman" w:cs="Times New Roman"/>
        </w:rPr>
        <w:t>Тиймээс түүний гай гамшгууд нэгэн өдөр ирнэ: үхэл, гашуудал, өлсгөлөн; мөн тэрээр галаар бүрмөсөн шатаагдана. Учир нь түүнийг шүүдэг Эзэн Бурхан хүчирхэг бөлгөө. Илчлэлт 18:8.</w:t>
      </w:r>
    </w:p>
    <w:p>
      <w:pPr>
        <w:pStyle w:val="ArticleBody"/>
        <w:jc w:val="left"/>
      </w:pPr>
      <w:r>
        <w:rPr>
          <w:rFonts w:ascii="Times New Roman" w:hAnsi="Times New Roman" w:eastAsia="Times New Roman" w:cs="Times New Roman"/>
        </w:rPr>
        <w:t>1844 оны 10 дугаар сарын 22-ны өдрөөс хойш эш үзүүллэгийн хугацааг дахин эш үзүүллэгийн утгаар хэрэглэх ёсгүй бөгөөд тиймээс папын эрх мэдэлд оногдох шүүлт нь нэгэн “цаг”-т, мөн түүнчлэн нэгэн “өдөр”-т тохиолдож буйгаар дүрслэгддэг. Түүний шүүлтийн “цаг” нь Америкийн Нэгдсэн Улсад Ням гаргийн хууль тогтоогдох үеэс эхлэн нигүүлслийн хугацаа хаагдах хүртэлх эш үзүүллэгийн хугацаа юм. Сүүл өдрүүдийн Елиаг авч үзэхэд энэ хугацааг тэмдэглэн анзаарах нь чухал; учир нь Кармел уулан дээрх Елиагийн тэмцэл нь сүүл өдрүүд дэх Бурханы ард түмний дотоод сорилтын дараа өрнөдөг бөгөөд сүм болон дэлхийн аль алиных нь сорилтын хугацаа нь эш үзүүллэгийн хувьд ижил эхлэл, төгсгөлүүдийг агуулдаг.</w:t>
      </w:r>
    </w:p>
    <w:p>
      <w:pPr>
        <w:pStyle w:val="ArticleBody"/>
        <w:jc w:val="left"/>
      </w:pPr>
      <w:r>
        <w:rPr>
          <w:rFonts w:ascii="Times New Roman" w:hAnsi="Times New Roman" w:eastAsia="Times New Roman" w:cs="Times New Roman"/>
        </w:rPr>
        <w:t>Илчлэлт арван наймдугаар бүлэгт гардаг хоёр дуу хоолой нь хоёр чуулганд хандсан, хоорондоо ялгаатай хоёр дуудлагыг төлөөлдөг. Эхний чуулган нь Илчлэлт долоодугаар бүлэгт гардаг нэг зуун дөчин дөрвөн мянга мөн бөгөөд, дуудуулагдаж буй хоёр дахь чуулган нь мөн Илчлэлт долоодугаар бүлэгт гардаг агуу их олон түмэн юм. Нэг зуун дөчин дөрвөн мянгад хандсан дуудлага нь Ариун Сүнс хэмжээгээр асгарч байх үед өгөгддөг, харин агуу их олон түмэнд хандсан дуудлага нь Ариун Сүнс хэмжээлшгүйгээр асгарч байх үед өгөгддөг.</w:t>
      </w:r>
    </w:p>
    <w:p>
      <w:pPr>
        <w:pStyle w:val="ArticleScripture"/>
        <w:jc w:val="left"/>
      </w:pPr>
      <w:r>
        <w:rPr>
          <w:rFonts w:ascii="Times New Roman" w:hAnsi="Times New Roman" w:eastAsia="Times New Roman" w:cs="Times New Roman"/>
        </w:rPr>
        <w:t>“Эш үзүүлэгч ийн хэлдэг: «Би тэнгэрээс бууж ирж буй, агуу эрх мэдэлтэй өөр нэгэн тэнгэрэлчийг үзэв; газар дэлхий түүний алдраар гэрэлтэв. Тэр хүчирхэг дуугаар чанга хашхирч: Агуу Вавилон унав, унав, чөтгөрүүдийн орших газар болов» (Илчлэл 18:1, 2). Энэ нь хоёр дахь тэнгэрэлчийн өгсөн тэрхүү мөнөөх мэдээ мөн. Вавилон унасан. «Учир нь тэр өөрийн садар самууны хилэнгийн дарсыг бүх үндэстнээр уулгасан» (Илчлэл 14:8). Тэр дарс нь юу вэ? — Түүний хуурамч сургаалууд юм. Тэрээр дөрөв дэх тушаалын Амралтын өдрийн оронд хуурамч амралтын өдрийг дэлхийд өгч, мөн Сатан Эденд Евад анх хэлсэн худал үгийг, өөрөөр хэлбэл сүнсний төрөлхийн үхэшгүй байдлын тухай сургаалыг давтан хэлсэн. Тэрээр үүнтэй төрөл нэгт олон алдааг хол ойргүй түгээж, «хүмүүсийн тушаалуудыг сургаал болгон заасан» (Матай 15:9).</w:t>
      </w:r>
    </w:p>
    <w:p>
      <w:pPr>
        <w:pStyle w:val="ArticleScripture"/>
        <w:jc w:val="left"/>
      </w:pPr>
      <w:r>
        <w:rPr>
          <w:rFonts w:ascii="Times New Roman" w:hAnsi="Times New Roman" w:eastAsia="Times New Roman" w:cs="Times New Roman"/>
        </w:rPr>
        <w:t>“Есүс Өөрийн олон нийтийн үйлчлэлийг эхлэхдээ сүмийг түүний ариун бус доромжлолт бузарлалаас цэвэрлэсэн. Түүний үйлчлэлийн хамгийн сүүлчийн үйлүүдийн нэг нь сүмийг дахин цэвэрлэсэн явдал байв. Түүнчлэн дэлхийд анхааруулга хүргэх эцсийн ажилд чуулгануудад хандан хоёр тусгай дуудлага өгөгддөг. Хоёр дахь тэнгэрэлчийн мэдээ нь, ‘Агуу хот Вавилон унасан, унасан; учир нь тэр өөрийн садар самууны хилэнгийн дарсаар бүх үндэстнүүдийг уулгасан’ (Илчлэл 14:8) гэдэг. Харин гурав дахь тэнгэрэлчийн мэдээний хүчтэй хашхираанд тэнгэрээс нэгэн дуу сонсогдон, ‘Миний ард түмэн, түүний нүглүүдэд хамсаатан болохгүйн тулд, мөн түүний гай гамшгуудаас хүртэхгүйн тулд түүнээс гарцгаа. Учир нь түүний нүглүүд тэнгэрт тултал овоорсон бөгөөд Бурхан түүний гэм бурууг санасан’ (Илчлэл 18:4, 5) хэмээн айлддаг.” Selected Messages, book 2, 118.</w:t>
      </w:r>
    </w:p>
    <w:p>
      <w:pPr>
        <w:pStyle w:val="ArticleBody"/>
        <w:jc w:val="left"/>
      </w:pPr>
      <w:r>
        <w:rPr>
          <w:rFonts w:ascii="Times New Roman" w:hAnsi="Times New Roman" w:eastAsia="Times New Roman" w:cs="Times New Roman"/>
        </w:rPr>
        <w:t>Хүчит тэнгэрэлч Илчлэлт номын арван наймдугаар бүлгийн биелэлт болгон, 2001 оны 9 дүгээр сарын 11-нд Исламын “зүүн салхи” ирэхэд Нью-Йорк хотын агуу барилгууд нураагдсан үед, тэнгэрээс бууж ирэв. Тэгээд тэр “хүчит дуугаар хашхирч, «Агуу Вавилон уналаа, уналаа, чөтгөрүүдийн орших газар болов»” гэв. Дараа нь дөрөвдүгээр эшлэлд өөр нэгэн дуу “тэнгэрээс сонсогдон, «Миний ард түмэн, түүнээс гарцгаа»” гэж хэлдэг. Эдгээр хоёр дуу нь “чуулгануудад хандсан хоёр тусдаа дуудлага” юм. Эцсийн өдрүүд дэх Бурханы хоёр тусдаа чуулган нь нэг зуун дөчин дөрвөн мянга болон агуу олон түмэн хэмээн тодорхойлогддог.</w:t>
      </w:r>
    </w:p>
    <w:p>
      <w:pPr>
        <w:pStyle w:val="ArticleBody"/>
        <w:jc w:val="left"/>
      </w:pPr>
      <w:r>
        <w:rPr>
          <w:rFonts w:ascii="Times New Roman" w:hAnsi="Times New Roman" w:eastAsia="Times New Roman" w:cs="Times New Roman"/>
        </w:rPr>
        <w:t>Нэг зуун дөчин дөрвөн мянгатын шалгалтын үе Исаиа “зүүн салхины өдөр” хэмээн тодорхойлсон гурав дахь Гаслангийн Исламаар эхэлдэг. Тэрхүү шалгалтын үе Америкийн Нэгдсэн Улсад удахгүй ирэх Ням гаргийн хууль болон араатны тамгыг албадан хэрэгжүүлэх явдлаар төгсөнө. Араатан бол хойд зүгийн хааны хуурамч хувилбар, орчин үеийн Вавилоны тэргүүн мөн. Вавилон бол Даниелын долоодугаар бүлгийн арслан бөгөөд Лаодикейн Адвентизмыг төлөөлдөг Иудагаас ирсэн дуулгаваргүй эш үзүүлэгч нь “илжиг” болох Исламын үеэс (2001 оны 9 дүгээр сарын 11) эхэлж, “арслан” (Орчин үеийн Вавилон)-аар төгсөх тэр үед үхдэг.</w:t>
      </w:r>
    </w:p>
    <w:p>
      <w:pPr>
        <w:pStyle w:val="ArticleBody"/>
        <w:jc w:val="left"/>
      </w:pPr>
      <w:r>
        <w:rPr>
          <w:rFonts w:ascii="Times New Roman" w:hAnsi="Times New Roman" w:eastAsia="Times New Roman" w:cs="Times New Roman"/>
        </w:rPr>
        <w:t>Лаодикийн Адвентизмын дуулгаваргүй эш үзүүлэгчийн “булш” хэмээн дүрслэгдсэн цаг хугацааны үед, нэг зуун дөчин дөрвөн мянгатын сүмд онцгой дуудлага хандуулагдах зуур сүүлчийн бороо хэмжээнээр түгээгддэг. Тэр үе дуусахад, Америкийн Нэгдсэн Улс дахь Ням гаргийн хуулийг төлөөлдөг “агуу газар хөдлөлт”-ийн “цаг” ирэхэд Илчлэл арван наймын хоёр дахь дуу хоолойн үе араатны тэмдгийг хэрэгжүүлснээр эхэлдэг бөгөөд энэ нь хойд зүгийн хааны тэмдэг мөн. Үүний зэрэгцээ гурав дахь Гаслангийн ислам урвагч болсон дэлхий дээр шат дараатайгаар эрчимжих шүүлтийг авчрахад хэрэглэгддэг. “Их олон түмэн”-ий сүмд хандсан тэрхүү хоёр дахь онцгой дуудлагын үед нэг зуун дөчин дөрвөн мянгатын “туг тэмдэг”-ээр тунхаглагдах мэдээ нь “хойд зүгийн хаан”-ы “тэмдэг” болон “зүүн зүгийн хөвгүүд” хэмээн дүрслэгдсэн гурав дахь Гаслангийн исламын үүргийг тодорхойлон харуулдаг.</w:t>
      </w:r>
    </w:p>
    <w:p>
      <w:pPr>
        <w:pStyle w:val="ArticleBody"/>
        <w:jc w:val="left"/>
      </w:pPr>
      <w:r>
        <w:rPr>
          <w:rFonts w:ascii="Times New Roman" w:hAnsi="Times New Roman" w:eastAsia="Times New Roman" w:cs="Times New Roman"/>
        </w:rPr>
        <w:t>Даниел номын арван нэгдүгээр бүлгийн дөчин дөрөвдүгээр эшлэл дэх папын эрх мэдлийг хилэгнүүлдэг мэдээ, мөн папын эцсийн цуст аллагыг эхлүүлдэг мэдээ нь “зүүнээс ирэх чимээ” (Ислам) болон “умардаас” (араатны тэмдэг) хэмээн дүрслэгдсэн байдаг. Тэр үед, өмнөх үеийн адил, “зүүн салхи”-ны Ислам энэ үеийг эхлүүлэхийн тулд АНУ-д шүүлт авчирдаг бөгөөд энэ үе нь умардын хаан “тэнгисүүдийн хооронд, сүр жавхлант ариун уулын дэргэд” Мегиддогийн хөндийд болон Кармел дахь уулан дээр эцэстээ хүрэхэд төгсөнө.</w:t>
      </w:r>
    </w:p>
    <w:p>
      <w:pPr>
        <w:pStyle w:val="ArticleBody"/>
        <w:jc w:val="left"/>
      </w:pPr>
      <w:r>
        <w:rPr>
          <w:rFonts w:ascii="Times New Roman" w:hAnsi="Times New Roman" w:eastAsia="Times New Roman" w:cs="Times New Roman"/>
        </w:rPr>
        <w:t>Орчин үеийн Вавилоныг төлөөлөх түүний үхлийн ор (булш)-ны шүүлтийн хугацаа зүүн зүгийн бэлгэдлээр эхэлж, хойд зүгийн бэлгэдлээр төгсөнө. Энэ нь дуулгаваргүй Лаодикеийн эш үзүүлэгчийн үхлийн ор анхны тодорхой сүмүүдэд хандсан дуудлагаар төгссөнтэй адил юм. Бетелийн худалч эш үзүүлэгч болон Иудагийн дуулгаваргүй эш үзүүлэгч хоёул оршуулагдсан тэрхүү булш (үхлийн ор) нь “илжиг” ба “арслан” хоёрын хооронд дүрслэгддэг.</w:t>
      </w:r>
    </w:p>
    <w:p>
      <w:pPr>
        <w:pStyle w:val="ArticleBody"/>
        <w:jc w:val="left"/>
      </w:pPr>
      <w:r>
        <w:rPr>
          <w:rFonts w:ascii="Times New Roman" w:hAnsi="Times New Roman" w:eastAsia="Times New Roman" w:cs="Times New Roman"/>
        </w:rPr>
        <w:t>Елиа нь Ахаб, Иезавель болон Иезавелийн эш үзүүлэгчдээр төлөөлөгдсөн гурвалсан дайсантай нүүр тулгарсан Бурханы эцсийн өдрүүдийн ард түмнийг төлөөлдөг. Иезавель нь дөрөв дэх сүм болох Тиатир дахь папын эрх мэдлийн бэлгэдэл бөгөөд Кармел дээрх түүний эш үзүүлэгчид нь Баалын эш үзүүлэгчид болон ойн тахилч нараар төлөөлөгдсөн. Баал нь эрэгтэй бурханлиг нэгнийг төлөөлдөг бөгөөд ойн тахилч нар нь эмэгтэй бурханлиг нэгэн болох Астартыг төлөөлж байсан; иймээс Иезавелийн хуурамч эш үзүүлэгчид нь эр, эмээс бүрдэж байсан нь Илчлэл ном дахь араатны дүрээр төлөөлөгдсөн Сүм ба Төрийн нэгдлийг илэрхийлдэг.</w:t>
      </w:r>
    </w:p>
    <w:p>
      <w:pPr>
        <w:pStyle w:val="ArticleBody"/>
        <w:jc w:val="left"/>
      </w:pPr>
      <w:r>
        <w:rPr>
          <w:rFonts w:ascii="Times New Roman" w:hAnsi="Times New Roman" w:eastAsia="Times New Roman" w:cs="Times New Roman"/>
        </w:rPr>
        <w:t>АНУ эхлээд АНУ-д, түүнээс хойш дэлхийд араатны дүрийг босгодог бөгөөд мөн гурвалсан нэгдлийн хуурамч эш үзүүлэгч нь АНУ мөн. Арван овгийн хаан Ахаб нь Илчлэлт арван долоод гардаг арван хаадыг, өөрөөр хэлбэл лууг төлөөлдөг бөгөөд Иезебель нь араатан юм. Елиа Орчин үеийн Вавилоны гурвалсан нэгдэлтэй Кармел уулан дээр нүүр тулан тэмцэлдсэн бөгөөд тэнд Вавилоны янхан хэнээс ч тусламж үл авч төгсгөлдөө хүрдэг. Елиагийн гурав дахин хэрэгжих хэрэглээ нь Бурханы эцсийн өдрүүдийн ард түмний эсрэг авчирдаг гадаад сөргөлдөөнийг төлөөлдөг бөгөөд Елиа нь тэрхүү гурван хүчтэй шууд нүүр тулан тэмцдэг эш үзүүлэгчийг төлөөлдөг.</w:t>
      </w:r>
    </w:p>
    <w:p>
      <w:pPr>
        <w:pStyle w:val="ArticleBody"/>
        <w:jc w:val="left"/>
      </w:pPr>
      <w:r>
        <w:rPr>
          <w:rFonts w:ascii="Times New Roman" w:hAnsi="Times New Roman" w:eastAsia="Times New Roman" w:cs="Times New Roman"/>
        </w:rPr>
        <w:t>Елиагийн түүхийн нэгэн чухал бүрэлдэхүүн нь “бороо” бөгөөд энэ нь сөргөлдөөний түүхэнд асгардаг хожуугийн бороог төлөөлдөг. Кармел уулан дээрх сөргөлдөөнөөс өмнөхөн Елиа өөрийн үгнээс өөрөөр бороо орохгүй хэмээн тодорхойгоор мэдэгдсэн байдаг. Иезебелийн шүүлтийн “цаг”-т хүргэдэг үе нь чуулгануудад өгөгдсөн анхны тодорхой “дуу хоолой”-гоор төлөөлөгдсөн үе юм. Тэрхүү “дуу хоолой” 2001 оны 9 дүгээр сарын 11-нд ирсэн бөгөөд тэр үед “бороо” зөвхөн “хэмжигдэж” байсан; мөн тэр үед Хабакукийн мэтгэлцээнд холбогдсон, хоорондоо өрсөлдсөн хожуугийн борооны хоёр мэдээ байсан. Нэг нь “энх амгалан ба аюулгүй байдал”-ын мэдээг төлөөлсөн, Таммузын төлөө уй гашууд автах хуурамч мэдээ байсан бол нөгөө нь Исламын гурав дахь Гаслангийн жинхэнэ мэдээ байв.</w:t>
      </w:r>
    </w:p>
    <w:p>
      <w:pPr>
        <w:pStyle w:val="ArticleBody"/>
        <w:jc w:val="left"/>
      </w:pPr>
      <w:r>
        <w:rPr>
          <w:rFonts w:ascii="Times New Roman" w:hAnsi="Times New Roman" w:eastAsia="Times New Roman" w:cs="Times New Roman"/>
        </w:rPr>
        <w:t>жинхэнэ “хожмын бороо” гэсэн мэдээ нь гурав дахь Гаслангийн Исламын үүрэгт тулгуурласан байв. Тэр мэдээ нэгэн эх сурвалжаас (өөрөөр хэлбэл Future for America-гаас) үүсэлтэй байсан бөгөөд түүх жинхэнэ мэдээний хүчин төгөлдөр байдлыг баталж, мөн ийм цаг үед “энх тайван ба аюулгүй байдал” гэсэн мэдээний мунхаг чанарыг ч бас нотлон харуулах хүртэл, тэр хоёр мэдээ дээд эрхийн төлөө тэмцэлдэж байв.</w:t>
      </w:r>
    </w:p>
    <w:p>
      <w:pPr>
        <w:pStyle w:val="ArticleScripture"/>
        <w:jc w:val="left"/>
      </w:pPr>
      <w:r>
        <w:rPr>
          <w:rFonts w:ascii="Times New Roman" w:hAnsi="Times New Roman" w:eastAsia="Times New Roman" w:cs="Times New Roman"/>
        </w:rPr>
        <w:t>“Даниел болон Иоханы эш үзүүллэгүүдийг ойлгох ёстой. Тэд бие биеэ тайлбарладаг. Тэд хүн бүрийн ойлгох ёстой үнэнүүдийг дэлхийд өгдөг. Эдгээр эш үзүүллэгүүд нь дэлхийд гэрч болох ёстой. Эцсийн өдрүүд дэх тэдгээрийн биеллээр тэд өөрсдийгөө тайлбарлах болно.” Kress Collection, 105.</w:t>
      </w:r>
    </w:p>
    <w:p>
      <w:pPr>
        <w:pStyle w:val="ArticleBody"/>
        <w:jc w:val="left"/>
      </w:pPr>
      <w:r>
        <w:rPr>
          <w:rFonts w:ascii="Times New Roman" w:hAnsi="Times New Roman" w:eastAsia="Times New Roman" w:cs="Times New Roman"/>
        </w:rPr>
        <w:t>Елиагийн гурвалсан хэрэглээ дэх Елиагийн эхний биелэл нь Есүсийн Иохан Баптист хэмээн тодорхойлсон хоёр дахь Елиагаар батлагддаг. Тэр хоёр гэрч хамтдаа гурав дахь Елиаг тогтоодог.</w:t>
      </w:r>
    </w:p>
    <w:p>
      <w:pPr>
        <w:pStyle w:val="ArticleScripture"/>
        <w:jc w:val="left"/>
      </w:pPr>
      <w:r>
        <w:rPr>
          <w:rFonts w:ascii="Times New Roman" w:hAnsi="Times New Roman" w:eastAsia="Times New Roman" w:cs="Times New Roman"/>
        </w:rPr>
        <w:t>Тэднийг явж одсоны дараа Есүс олонд Иоханы тухай ярьж эхлэн, Та нар цөл уруу юуг үзэхээр гарсан юм бэ? Салхинд ганхах зэгсийг үү? Харин та нар юуг үзэхээр гарсан юм бэ? Зөөлөн хувцас өмссөн хүнийг үү? Болгоогтун, зөөлөн хувцас өмсөгчид хаадын ордонд байдаг. Харин та нар юуг үзэхээр гарсан юм бэ? Эш үзүүлэгчийг үү? Тийм ээ, Би та нарт хэлье, эш үзүүлэгчээс ч илүү нэгнийг. Учир нь, “Харагтун, Би Өөрийн элчийг Чиний өмнө илгээж байна; тэр чиний өмнө чиний замыг бэлтгэнэ” хэмээн бичигдсэн нь энэ хүний тухай юм. Үнэнээр Би та нарт хэлье, эмэгтэй хүнээс төрөгсдийн дунд Баптисч Иоханаас агуу нь босон гараагүй; гэсэн хэдий ч тэнгэрийн хаанчлалд хамгийн бага нь түүнээс агуу юм. Баптисч Иоханы өдрүүдээс эдүгээ хүртэл тэнгэрийн хаанчлал хүчирхийлэлд өртсөөр ирсэн бөгөөд хүчирхийлэгчид түүнийг хүчээр булаан авдаг. Учир нь бүх эш үзүүлэгчид болон хууль Иоханыг хүртэл эш үзүүлсэн юм. Хэрэв та нар хүлээн авахыг хүсвэл, ирэх ёстой байсан Елиа нь энэ мөн. Сонсох чихтэй нэгэн нь сонсог. Матай 11:7–15.</w:t>
      </w:r>
    </w:p>
    <w:p>
      <w:pPr>
        <w:pStyle w:val="ArticleBody"/>
        <w:jc w:val="left"/>
      </w:pPr>
      <w:r>
        <w:rPr>
          <w:rFonts w:ascii="Times New Roman" w:hAnsi="Times New Roman" w:eastAsia="Times New Roman" w:cs="Times New Roman"/>
        </w:rPr>
        <w:t>Бид энэ судалгааг дараагийн өгүүлэлд үргэлжлүүлэн авч үзнэ.</w:t>
      </w:r>
    </w:p>
    <w:p>
      <w:pPr>
        <w:pStyle w:val="ArticleScripture"/>
        <w:jc w:val="left"/>
      </w:pPr>
      <w:r>
        <w:rPr>
          <w:rFonts w:ascii="Times New Roman" w:hAnsi="Times New Roman" w:eastAsia="Times New Roman" w:cs="Times New Roman"/>
        </w:rPr>
        <w:t>“Өнөөдөр, Елиа болон Баптисм хүртээгч Иоханы сүнс ба хүч дотор, Бурханаар томилогдсон элч нар шүүлтэд өгөгдөхөөр буй ертөнцийн анхаарлыг нигүүлслийн хугацаа хаагдах эцсийн мөчүүд болон Христ Есүс Хаадын Хаан, эздийн Эзэн болон үзэгдэхтэй холбоотой удахгүй болох ёслол төгөлдөр үйл явдлууд руу хандуулж байна. Удахгүй хүн бүр махбодод үйлдсэн хэргийнхээ төлөө шүүгдэх ёстой. Бурханы шүүлтийн цаг ирсэн бөгөөд дэлхий дээрх Түүний чуулганы гишүүдийн дээр мөнхийн сүйрлийн яг ирмэг дээр зогсож буй мэт хүмүүст анхааруулга өгөх онц хариуцлага ноогдож байна. Дэлхий даяарх хүн төрөлхтөн бүрд, анхааран сонсох хэн бүхэнд, явагдаж буй агуу тэмцэлд тавигдсан зарчмуудыг—бүх хүн төрөлхтний хувь заяа түүнээс дүүжлэгдэж байдаг тийм зарчмуудыг—тодорхой ойлгуулан хүргэх ёстой.”</w:t>
      </w:r>
    </w:p>
    <w:p>
      <w:pPr>
        <w:pStyle w:val="ArticleScripture"/>
        <w:jc w:val="left"/>
      </w:pPr>
      <w:r>
        <w:rPr>
          <w:rFonts w:ascii="Times New Roman" w:hAnsi="Times New Roman" w:eastAsia="Times New Roman" w:cs="Times New Roman"/>
        </w:rPr>
        <w:t>“Хүний хөвгүүдэд олгогдсон сорилтын хугацааны эдгээр эцсийн мөчүүдэд, хүн бүрийн хувь заяа тун удалгүй үүрд шийдэгдэх гэж буй энэ үед, тэнгэр газар хоёрын Эзэн Өөрийн сүмийг урьд өмнөхөөс хэзээ ч илүүгээр үйл хэрэгт сэрэн босохыг хүсэн хүлээж байна. Үнэт үнэний мэдлэгээр Христ дотор эрх чөлөөтэй болгогдсон хүмүүсийг Эзэн Есүс Өөрийн сонгосон хүмүүс гэж үздэг бөгөөд тэднийг газрын хөрсөн дээрх бусад бүх ард түмнээс илүү ивээл хүртсэн хэмээн тооцдог; мөн Тэр тэднийг харанхуйгаас Өөрийн гайхамшигт гэрэл уруу дуудсан Нэгэний магтаалыг тунхаглан илэрхийлэхэд найдаж байна. Ийнхүү үлэмж арвинаар соёрхон хүртээсэн ерөөлүүдийг бусдад дамжуулах ёстой. Авралын сайн мэдээ нь бүх үндэстэн, овог, хэл, ард түмэнд хүрэх ёстой.”</w:t>
      </w:r>
    </w:p>
    <w:p>
      <w:pPr>
        <w:pStyle w:val="ArticleScripture"/>
        <w:jc w:val="left"/>
      </w:pPr>
      <w:r>
        <w:rPr>
          <w:rFonts w:ascii="Times New Roman" w:hAnsi="Times New Roman" w:eastAsia="Times New Roman" w:cs="Times New Roman"/>
        </w:rPr>
        <w:t>“Эртний эш үзүүлэгчдийн үзэгдлүүдэд алдрын Эзэн Өөрийн хоёр дахь ирэлтээс өмнөх харанхуй байдал ба үл итгэлийн өдрүүдэд Өөрийн сүмд онцгой гэрэл хайрлаж буйгаар дүрслэгдсэн байдаг. Зөвт байдлын Нар болох Тэрээр ‘Өөрийн жигүүрт эдгэрэлтэйгээр’ Өөрийн сүм дээр мандах ёстой байсан. Малахи 4:2. Мөн жинхэнэ дагалдагч бүрээс амь, зориг, тус дэм, жинхэнэ эдгэрлийг авчрах нөлөө түгэн дэлгэрэх ёстой байсан.”</w:t>
      </w:r>
    </w:p>
    <w:p>
      <w:pPr>
        <w:pStyle w:val="ArticleScripture"/>
        <w:jc w:val="left"/>
      </w:pPr>
      <w:r>
        <w:rPr>
          <w:rFonts w:ascii="Times New Roman" w:hAnsi="Times New Roman" w:eastAsia="Times New Roman" w:cs="Times New Roman"/>
        </w:rPr>
        <w:t>“Христийн ирэлт энэ дэлхийн түүхийн хамгийн харанхуй үед тохиох болно. Ноагийн болон Лотын өдрүүд нь Хүний Хүүгийн ирэлтийн яг өмнөхөн дэлхийн байдлыг дүрслэн үзүүлдэг. Судрууд энэ цаг үеийг зөгнөн заахдаа, Сатан бүх хүч чадлаар мөн ‘бүх төрлийн зөвт бус мэхлэлээр’ ажиллана хэмээн тунхагладаг. 2 Тесалоник 2:9, 10. Түүний үйл ажиллагаа эдгээр эцсийн өдрүүдэд хурдтайгаар өсөн нэмэгдэж буй харанхуй, тоо томшгүй олон алдаа, тэрс үзэл, төөрөгдлөөр ил тод илэрч байна. Сатан зөвхөн ертөнцийг олзлон хөтөлж байгаа төдийгүй, түүний мэхлэлүүд бидний Эзэн Есүс Христийг дагадаг хэмээн тунхаглагч чуулгануудыг ч хөрөнгө мэт нэвчин байна. Агуу урвалт шөнийн дунд үеийнх мэт гүн харанхуй болон хөгжих болно. Бурханы ард түмний хувьд энэ нь сорилтын шөнө, уй гашууны шөнө, үнэний төлөөх хавчлагын шөнө байх болно. Гэвч тэрхүү харанхуйн шөнөөс Бурханы гэрэл гэрэлтэн тусах болно.” Эш Үзүүлэгчид ба Хаад, 716, 717.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Ерэн Зургаа дахь дугаар</dc:title>
  <dc:subject>Зөгнөлийн гуравласан хэрэглээ: Эцсийн өдрүүдийн зөгнөлийн хүрээг тайлах нь</dc:subject>
  <dc:creator>Jeff Pippenger</dc:creator>
  <cp:keywords/>
  <dc:description>Generated by ArticleDigger from daniel\96_daniel.json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