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Ерэн Долоо</w:t>
      </w:r>
    </w:p>
    <w:p>
      <w:pPr>
        <w:pStyle w:val="ArticleSubtitle"/>
        <w:jc w:val="left"/>
      </w:pPr>
      <w:r>
        <w:rPr>
          <w:rFonts w:ascii="Arial" w:hAnsi="Arial" w:eastAsia="Arial" w:cs="Arial"/>
        </w:rPr>
        <w:t>Елиагийн гурван давхар хэрэглээ: Орчин үеийн Вавилоны сөргөлдөөний эш үзүүллэгийн динамикийг илчлэх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Елиагийн гурав дахин хэрэгжилт нь эцсийн өдрүүдийн Елиагийн гаднах элементүүдийг илэрхийлдэг. Елиа нь нэг хүнийг төлөөлдөг, мөн түүнчлэн хүмүүсийн хөдөлгөөнийг ч төлөөлдөг. Эш үзүүлэгч Елиатай нэгддэг хүмүүсийн хөдөлгөөн нь Лаодикеагаар төлөөлөгдсөн байдал болон туршлагаас гарган авагддаг.</w:t>
      </w:r>
    </w:p>
    <w:p>
      <w:pPr>
        <w:pStyle w:val="ArticleScripture"/>
        <w:jc w:val="left"/>
      </w:pPr>
      <w:r>
        <w:rPr>
          <w:rFonts w:ascii="Times New Roman" w:hAnsi="Times New Roman" w:eastAsia="Times New Roman" w:cs="Times New Roman"/>
        </w:rPr>
        <w:t>Тэгээд Елиа бүх ард түмэнд ирж, —Та нар хоёр өөр үзлийн хооронд хэдий болтол тээнэгэлзэх вэ? Хэрэв ЭЗЭН Бурхан мөн бол Түүнийг дагагтун; харин хэрэв Баал бол түүнийг дагагтун, —гэж хэлэв. Харин ард түмэн түүнд нэг ч үг хариулсангүй. Дараа нь Елиа ард түмэнд, —ЭЗЭНий эш үзүүлэгчдээс зөвхөн би, би л үлдсэн; харин Баалын эш үзүүлэгчид дөрвөн зуун тавин хүн байна, —гэж хэлэв. Хаадын дээд 18:21, 22.</w:t>
      </w:r>
    </w:p>
    <w:p>
      <w:pPr>
        <w:pStyle w:val="ArticleBody"/>
        <w:jc w:val="left"/>
      </w:pPr>
      <w:r>
        <w:rPr>
          <w:rFonts w:ascii="Times New Roman" w:hAnsi="Times New Roman" w:eastAsia="Times New Roman" w:cs="Times New Roman"/>
        </w:rPr>
        <w:t>Эхний тэнгэрэлчийн хөдөлгөөнд ч бай, эсвэл гурав дахь тэнгэрэлчийн хөдөлгөөнд ч бай, тухайн үеийн элчтэй нэгдсэн хүмүүсийг Сардисын сүмээр төлөөлөгдсөн түүхээс, эсвэл Лаодикийн сүмээр төлөөлөгдсөн түүхээс гарган авагдсан билээ. Аль ч сүм нь Елиагийн тавьсан, ард түмэн хэдий хүртэл хоёр саналын хооронд тээнэгэлзэх вэ гэсэн асуултаар төлөөлөгдөнө. Тэдний тээнэгэлзэж буй тэр хоёр санал нь Хабаккукийн “маргаан”-аар төлөөлөгдөнө. Хабаккук номын хоёрдугаар бүлгийн “маргаан” нь зөв эсвэл буруу аргачлалын хоорондох маргаан юм. Маргааны цаг ирэхэд оршин буй хүмүүс, Миллеритийн түүхэнд ч бай, эсвэл эцсийн өдрүүдийн түүхэнд ч бай, хоёрын дунд савлан суухаа болих эсэхдээ эргэлздэг бөгөөд, хэрэв тийм бол, хашааны аль тал руу буух ёстойгоо ч мэдэхгүй байдаг. Иймээс тэд нэг ч үг хариулсангүй.</w:t>
      </w:r>
    </w:p>
    <w:p>
      <w:pPr>
        <w:pStyle w:val="ArticleBody"/>
        <w:jc w:val="left"/>
      </w:pPr>
      <w:r>
        <w:rPr>
          <w:rFonts w:ascii="Times New Roman" w:hAnsi="Times New Roman" w:eastAsia="Times New Roman" w:cs="Times New Roman"/>
        </w:rPr>
        <w:t>Эзэн тэргүүн тэнгэрэлчийн түүх болон гуравдугаар тэнгэрэлчийн түүхэнд нэгэн сорилтыг тогтоосон бөгөөд тэр нь мэтгэлцээний нэг тал болох урвагч Протестантизмын теологийн арга зүй, эсвэл Миллерийн эш үзүүллийн тайлбарлах дүрмүүдийн арга зүй, үүнд Future for America-гийн баримталсан дүрмүүд багтана, эдгээрийн аль нь хожмын борооны жинхэнэ мэдээ болохыг илчлэх ёстой байв. АНУ-д удахгүй гарах Ням гарагийн хуулиар эхлэх Кармел уулын сорилт нь Бурхан Өөрийн төлөөлөгч элчийг, Элиагийн үед болон 1844 оны Миллерит түүхэнд хийсэнчлэн, хэн болохыг нь тодорхойлон илчлэхийг шаарддаг. Элиагийн үед байсан шиг, мөн ажиглаж байсан боловч байр суурь эзлэхийг хүсээгүй хүмүүсийн адил, тэрхүү арга зүй нь олон нийтэд зарлагдсан зөгнөлүүдийн биеллээр батлагдсан бөгөөд батлагдах болно.</w:t>
      </w:r>
    </w:p>
    <w:p>
      <w:pPr>
        <w:pStyle w:val="ArticleScripture"/>
        <w:jc w:val="left"/>
      </w:pPr>
      <w:r>
        <w:rPr>
          <w:rFonts w:ascii="Times New Roman" w:hAnsi="Times New Roman" w:eastAsia="Times New Roman" w:cs="Times New Roman"/>
        </w:rPr>
        <w:t>“Даниел болон Иоханы эш үзүүллэгүүдийг ойлгох ёстой. Тэд бие биеэ тайлбарладаг. Тэд хүн бүрийн ойлгох ёстой үнэнүүдийг дэлхийд өгдөг. Эдгээр эш үзүүллэгүүд нь дэлхийд гэрчлэл болох учиртай. Эцсийн эдгээр өдрүүдэд биеллээ олохдоо тэд өөрсдийгөө тайлбарлах болно.” Kress Collection, 105.</w:t>
      </w:r>
    </w:p>
    <w:p>
      <w:pPr>
        <w:pStyle w:val="ArticleBody"/>
        <w:jc w:val="left"/>
      </w:pPr>
      <w:r>
        <w:rPr>
          <w:rFonts w:ascii="Times New Roman" w:hAnsi="Times New Roman" w:eastAsia="Times New Roman" w:cs="Times New Roman"/>
        </w:rPr>
        <w:t>Гал тэнгэрээс бууж ирж, Елиагийн өргөлийг шатаан үгүй хийхэд, Бурхан чимээгүйхэн ажиглан байсан хүмүүст Елиа бол Өөрийнх нь төлөөлөгч мөн гэдгийг батлан харуулж байсан юм; гэвч тэр үед Ахаб, Иезебел болон тэдний хуурамч эш үзүүлэгчдийн хувьд аль хэдийн оройтсон байлаа. Үүнтэй адил зүйл Миллерчүүдийн түүхэнд 1844 оны 10-р сарын 22-ноос өмнө болсон бөгөөд 1844 оны 10-р сарын 22-ноор бэлгэдэгддэг тун удахгүй ирэх Ням гаргийн хуулиас өмнө дахин тохиох болно. Харамсалтай нь, тэр үйл явдал хүртэл шийдвэр гаргалгүй хүлээдэг хүмүүс асуултын буруу талд аль хэдийн анхнаасаа шийдсэн байх болно. Елиагийн элчийг сонгох явдал нь түүний Ахаб, Иезебел болон тэдний хуурамч эш үзүүлэгчидтэй хийх сөргөлдөөнөөс өмнө явагдах ёстой. Елиагийн өргөлийг гал шатаан үгүй хийснээр баталгаа гүйцэлдсэний дараа Елиа хуурамч эш үзүүлэгчдийг хороов.</w:t>
      </w:r>
    </w:p>
    <w:p>
      <w:pPr>
        <w:pStyle w:val="ArticleBody"/>
        <w:jc w:val="left"/>
      </w:pPr>
      <w:r>
        <w:rPr>
          <w:rFonts w:ascii="Times New Roman" w:hAnsi="Times New Roman" w:eastAsia="Times New Roman" w:cs="Times New Roman"/>
        </w:rPr>
        <w:t>Хуурамч эш үзүүлэгч нь Библийн эш үзүүллэгийн зургаа дахь хаанчлал мөн бөгөөд удахгүй гарах Ням гаргийн хуулийн үед тэрээр зургаа дахь хаанчлалынхаа ноёрхлыг төгсгөнө; яг тэр газарт Елиа хуурамч эш үзүүлэгчдийг алсан билээ. Үүний дараагаар бороо бүрэн дүүрнээр асгарч эхэлсэн. Миллеритийн түүхэнд элч ба түүний мэдээ нь, тухайн нөхцөл байдалд урвагч протестантизмын үүргийг биелүүлж эхэлсэн хүмүүсийн эсрэгцэл дунд тодорхойлогдсон бөгөөд урвагч протестантизм нь (Елиагийн гэрчлэл дэх хуурамч эш үзүүлэгч мөн) дэлхийг Армагеддон руу хөтөлдөг гурван хүчний нэг юм. Бурхан 1844 оны 10 дугаар сарын 22-ны дараа шинээр танигдсан жинхэнэ эш үзүүллэгийн хөдөлгөөн Өөрийн ажлыг газар дэлхий дээр дуусгана хэмээн тогтоосон боловч уг хөдөлгөөн Лаодикид шилжиж, удалгүй “хөдөлгөөн” байхаа больсон; учир нь тэр нь хуулиар хүлээн зөвшөөрөгдсөн Сүм болсон юм.</w:t>
      </w:r>
    </w:p>
    <w:p>
      <w:pPr>
        <w:pStyle w:val="ArticleBody"/>
        <w:jc w:val="left"/>
      </w:pPr>
      <w:r>
        <w:rPr>
          <w:rFonts w:ascii="Times New Roman" w:hAnsi="Times New Roman" w:eastAsia="Times New Roman" w:cs="Times New Roman"/>
        </w:rPr>
        <w:t>Эхний Елиагийн эдгээр шинжүүдийг оюун ухаандаа хадгалан, эцсийн өдрүүдийн гурав дахь Елиа хэн болохыг таньж тогтоохын тулд одоо хоёр дахь Елиагийн эш үзүүллэгийн шинж чанаруудыг авч үзье. Есүс Хуучин Гэрээний сүүлчийн эш үзүүллэгийг биелүүлсэн нэгэн нь Баптисм хүртээгч Иохан мөн гэж тодорхойлсон.</w:t>
      </w:r>
    </w:p>
    <w:p>
      <w:pPr>
        <w:pStyle w:val="ArticleScripture"/>
        <w:jc w:val="left"/>
      </w:pPr>
      <w:r>
        <w:rPr>
          <w:rFonts w:ascii="Times New Roman" w:hAnsi="Times New Roman" w:eastAsia="Times New Roman" w:cs="Times New Roman"/>
        </w:rPr>
        <w:t>Үзэгтүн, ЭЗЭНий агуу бөгөөд аймшигт өдөр ирэхээс өмнө Би эш үзүүлэгч Елиаг та нарт илгээнэ. Тэрээр эцгүүдийн зүрхийг хүүхдүүд уруу нь, хүүхдүүдийн зүрхийг эцгүүд уруу нь эргүүлнэ. Эс тэгвээс Би ирж, газрыг хараалаар цохино. Малахи 4:5, 6.</w:t>
      </w:r>
    </w:p>
    <w:p>
      <w:pPr>
        <w:pStyle w:val="ArticleBody"/>
        <w:jc w:val="left"/>
      </w:pPr>
      <w:r>
        <w:rPr>
          <w:rFonts w:ascii="Times New Roman" w:hAnsi="Times New Roman" w:eastAsia="Times New Roman" w:cs="Times New Roman"/>
        </w:rPr>
        <w:t>Есүс Иоханыг ирэх ёстой Елиа мөн хэмээн тодорхойлсон хэдий ч, Иохан ирэх Елиагийн тухай зөгнөлийн бүх бүрэлдэхүүн хэсгийг бүрэн гүйцэд хангаагүй юм. Учир нь гурав дахь бөгөөд эцсийн Елиа нь Эзэний агуу бөгөөд аймшигт өдрөөс өмнө ирдэг бөгөөд тэр нь Христийн Хоёр дахь Ирэлтээр төгсөх Долоон Сүүлчийн Гамшгийн үе билээ. Гэсэн хэдий ч Иохан хоёр дахь Елиа байсан бөгөөд түүний гэрчлэл анхны Елиагийнхтай нэгдэн нийлж, гурав дахь бөгөөд эцсийн Елиаг таньж тогтоон, батлан тогтоодог.</w:t>
      </w:r>
    </w:p>
    <w:p>
      <w:pPr>
        <w:pStyle w:val="ArticleBody"/>
        <w:jc w:val="left"/>
      </w:pPr>
      <w:r>
        <w:rPr>
          <w:rFonts w:ascii="Times New Roman" w:hAnsi="Times New Roman" w:eastAsia="Times New Roman" w:cs="Times New Roman"/>
        </w:rPr>
        <w:t>Элиа орчин үеийн Вавилоны луу, араатан, хуурамч эш үзүүлэгч хэмээх гурвалсан дүрслэлтэй тулгарсан шиг, Иохан ч мөн Ромын эрх мэдэл (Херод), бузар эмэгтэй (Херодиа) болон түүний охин (Саломе)-той тулгарсан юм. Кармел уул нь 1844 оны 10 дугаар сарын 22-ны өдрийг хэв шинжээр илэрхийлсэн бөгөөд, энэ нь эргээд Америкийн Нэгдсэн Улс дахь Ням гаргийн хуулийг төлөөлдөг. Ням гаргийн хуулийн хямралын үед тэрхүү гурвалсан холбоо бүрэлдэн тогтдог.</w:t>
      </w:r>
    </w:p>
    <w:p>
      <w:pPr>
        <w:pStyle w:val="ArticleScripture"/>
        <w:jc w:val="left"/>
      </w:pPr>
      <w:r>
        <w:rPr>
          <w:rFonts w:ascii="Times New Roman" w:hAnsi="Times New Roman" w:eastAsia="Times New Roman" w:cs="Times New Roman"/>
        </w:rPr>
        <w:t>“Бурханы хуулийг зөрчин папын ёсыг тогтоохыг албадсан зарлигаар манай үндэстэн өөрийгөө зөвт байдлаас бүрэн таслан салгах болно. Протестантизм ангал дээгүүр гараа сунган Ромын эрх мэдлийн гарыг атгах үед, ёроолгүй гүн дээгүүр хүрч Спиритизмтэй гар барих үед, энэхүү гуравласан нэгдлийн нөлөөн дор манай улс Протестант бөгөөд бүгд найрамдах засаглалынхаа хувьд Үндсэн хуулийнхаа зарчим нэг бүрийг няцааж, папын худал сургаал ба мэхлэлтийг түгээн дэлгэрүүлэхэд зориулан арга хэмжээ авах үед, тэгвэл Сатаны гайхамшигт үйл ажиллагааны цаг ирснийг, мөн төгсгөл ойрхон байгааг бид мэдэж болно.” Testimonies, volume 5, 451.</w:t>
      </w:r>
    </w:p>
    <w:p>
      <w:pPr>
        <w:pStyle w:val="ArticleBody"/>
        <w:jc w:val="left"/>
      </w:pPr>
      <w:r>
        <w:rPr>
          <w:rFonts w:ascii="Times New Roman" w:hAnsi="Times New Roman" w:eastAsia="Times New Roman" w:cs="Times New Roman"/>
        </w:rPr>
        <w:t>Херодын түүхээс үзэхэд, тэрээр харь үндэстэн Ромын төлөөлөгчийн хувьд харь үндэстэн Ромын “арван хаад”-ын төлөөлөгч бөгөөд иймээс нэгэн цагийн турш өөрсдийн хаанчлалыг янханд өгдөг Илчлэлт арван долоон дахь арван хаадыг бэлгэддэг. Херод нь Ахабаар дүрслэгдсэн байв. Хоёулаа хууль бус гэрлэлтэд орсон байлаа. Израилийн хүн байсан Ахабт израиль бус эмэгтэйтэй гэрлэхийг хориглосон байсан бөгөөд Херод ахынхаа эхнэрийг авч, түүнтэй гэрлэсэн байв. Тир болон Вавилоны янхан газар дэлхийн хаадтай садарлан завхайрсан явдал нь Ахаб ба Херодын Иезебел болон Херодиа нартай тогтоосон хууль бус харилцаагаар төлөөлөгдөн харагддаг.</w:t>
      </w:r>
    </w:p>
    <w:p>
      <w:pPr>
        <w:pStyle w:val="ArticleBody"/>
        <w:jc w:val="left"/>
      </w:pPr>
      <w:r>
        <w:rPr>
          <w:rFonts w:ascii="Times New Roman" w:hAnsi="Times New Roman" w:eastAsia="Times New Roman" w:cs="Times New Roman"/>
        </w:rPr>
        <w:t>Ахабтай Кармел уулан дээр болсон сөргөлдөөнийг Херодын төрсөн өдрийн найр хэмээн дүрслэн үзүүлсэн. Ням гаргийн хууль хэрэгжих үед Америкийн Нэгдсэн Улс Библийн эш үзүүллэгийн зургаа дахь хаанчлал байхаа больж, арван хаад долоо дахь хаанчлал болно. Долоо дахь хаанчлалын хувьд тэдний төрсөн өдөр дээр Херод согтуу найр дунд Херодиагийн охин Саломед хаанчлалынхаа тэн хагас хүртэл өгөхийг зөвшөөрдөг. Арван хаад өөрсдийн хаанчлалыг араатанд өгөхөөр санал нэгддэг бөгөөд тэд хуурамч эш үзүүлэгчид (Америкийн Нэгдсэн Улс)-ээр мэхлэгдэж, сүнслэгээр “согтуу” болсон тул ийнхүү үйлддэг.</w:t>
      </w:r>
    </w:p>
    <w:p>
      <w:pPr>
        <w:pStyle w:val="ArticleBody"/>
        <w:jc w:val="left"/>
      </w:pPr>
      <w:r>
        <w:rPr>
          <w:rFonts w:ascii="Times New Roman" w:hAnsi="Times New Roman" w:eastAsia="Times New Roman" w:cs="Times New Roman"/>
        </w:rPr>
        <w:t>Кармел уулан дээр хуурамч эш үзүүлэгчид мэхлэхийн тулд өдөржин бүжиглэсэн бөгөөд Херодын төрсөн өдрийн найранд Херодиагийн охин Саломе согтсон хааныг мэхлэхийн тулд бүжиглэсэн. Ингэснээр Херодиагийн охин Иохан Баптистыг алах Ахаабын эрх мэдлийг баталгаажуулсан юм. Нэгдсэн Улсад ням гаргийн хууль тогтоогдох үед Нэгдсэн Улс дэлхий даяар хагас нь сүмийн ноёрхол, хагас нь төрийн ноёрхлоос бүрдэх араатны дэлхий нийтийн дүрийг хүлээн зөвшөөрүүлэхийн тулд бүх дэлхийг мэхлэх болно. Гурвалсан холбооны хуурамч эш үзүүлэгч болох Нэгдсэн Улс дэлхийг мэхлэх энэ явдал нь Иезебелийн эш үзүүлэгчдийн бүжиг болон Иезебелийн охины (Саломе) бүжгээр урьдаас дүрслэгдсэн байв. Учир нь Иезебель нь Католицизм бөгөөд урвасан Протестантизм нь түүний охид мөн (Саломе адил).</w:t>
      </w:r>
    </w:p>
    <w:p>
      <w:pPr>
        <w:pStyle w:val="ArticleBody"/>
        <w:jc w:val="left"/>
      </w:pPr>
      <w:r>
        <w:rPr>
          <w:rFonts w:ascii="Times New Roman" w:hAnsi="Times New Roman" w:eastAsia="Times New Roman" w:cs="Times New Roman"/>
        </w:rPr>
        <w:t>Үхлийг агуулсан тун удахгүй гарах Ням гаргийн хууль хэрэгжиж эхлэхэд хавчлага эхэлдэг; энэ нь хоёр дахь Елиагийн толгойг авч, папыг төлөөлөгч Херодиад өгүүлэхээр сагсанд хийж тавьснаар бэлгэдэгдсэн байдаг. Тэр үед папын үхлийн шарх бүрэн эдгэрч, тэрээр дахин мартагдахгүй болж, нэг зуун дөчин дөрвөн мянгын тугийг өргөн мандуулахын хамт хожмын бороо хэмжээлшгүйгээр асгардаг. Тэр үед гурав дахь Гаслангийн Ислам цохилт өгч, олон усан дээр суугч агуу янхны дээрх өсөн нэмэгдэх шүүлт эхэлдэг. Түүний шүүлт хоёр дахин болдог.</w:t>
      </w:r>
    </w:p>
    <w:p>
      <w:pPr>
        <w:pStyle w:val="ArticleScripture"/>
        <w:jc w:val="left"/>
      </w:pPr>
      <w:r>
        <w:rPr>
          <w:rFonts w:ascii="Times New Roman" w:hAnsi="Times New Roman" w:eastAsia="Times New Roman" w:cs="Times New Roman"/>
        </w:rPr>
        <w:t>Тэгээд би тэнгэрээс өөр нэгэн дуу гарахыг сонсов. Тэр нь: Миний ард түмэн, түүний нүглүүдэд оролцогчид болохгүйн тулд, мөн түүний гай гамшгуудаас хүртэхгүйн тулд түүнээс гарч ир. Учир нь түүний нүглүүд тэнгэрт тулж хүрсэн бөгөөд Бурхан түүний гэм бурууг санасан юм. Тэр та нарт хэрхэн хариу өгсөнчлөн түүнд хариу өг; түүний үйлсийн дагуу түүнд давхарлан хоёр дахин өг. Түүний дүүргэсэн аяганд түүнд хоёр дахин дүүргэн өг. Илчлэл 18:4–6.</w:t>
      </w:r>
    </w:p>
    <w:p>
      <w:pPr>
        <w:pStyle w:val="ArticleBody"/>
        <w:jc w:val="left"/>
      </w:pPr>
      <w:r>
        <w:rPr>
          <w:rFonts w:ascii="Times New Roman" w:hAnsi="Times New Roman" w:eastAsia="Times New Roman" w:cs="Times New Roman"/>
        </w:rPr>
        <w:t>Түүний шүүлт хоёр дахин болой. Учир нь тэрээр 538 оноос 1798 он хүртэлх Харанхуй эрин үед үйлдсэн аллагуудынхаа төлөө хараахан шүүгдээгүй байсан юм. Тав дахь лацан дор папын эрх мэдэлд алагдсан хүмүүс бэлгэдлийн утгаар тахилын ширээний доор байж, Бурхан хэзээ Ромын янхныг шүүхийг асууж буйгаар дүрслэгддэг; тэдэнд өөрсдийнх нь адил алагдах ёстой мученикүүдийн хоёр дахь бүлэг бүрэлдэх хүртэл булшнуудаа амран хэвтэхийг айлдсан байдаг. Түүний шүүлт ирэхэд тэрээр Бурханы үнэнч ардыг хоёр удаа алсан байх тул түүний шүүлт хоёр дахин байх болно.</w:t>
      </w:r>
    </w:p>
    <w:p>
      <w:pPr>
        <w:pStyle w:val="ArticleScripture"/>
        <w:jc w:val="left"/>
      </w:pPr>
      <w:r>
        <w:rPr>
          <w:rFonts w:ascii="Times New Roman" w:hAnsi="Times New Roman" w:eastAsia="Times New Roman" w:cs="Times New Roman"/>
        </w:rPr>
        <w:t>Тэр тав дахь лацыг нээхэд, Бурханы үгийн төлөө болон өөрсдийн баримталж байсан гэрчлэлийн төлөө алагдсан хүмүүсийн сүнснүүдийг би тахилын ширээний доор харлаа. Тэд чанга дуугаар хашхирч, —Эзэн минь, ариун бөгөөд үнэнч Нэгэн ээ, газар дээр оршин суугчдыг Та хэзээ хүртэл шүүж, бидний цусны өшөөг авахаа хойшлуулах вэ? —гэв. Тэгтэл тэдний хүн нэг бүрд цагаан нөмрөг өгөгдөж, мөн тэдэнд, өөрсөд шиг нь алагдах ёстой хамтран үйлчлэгчид нь болон ах дүүс нь гүйцэлдэх хүртэл, жаахан хугацаанд амрах ёстой гэж айлдагдав. Илчлэлт 6:9–11.</w:t>
      </w:r>
    </w:p>
    <w:p>
      <w:pPr>
        <w:pStyle w:val="ArticleBody"/>
        <w:jc w:val="left"/>
      </w:pPr>
      <w:r>
        <w:rPr>
          <w:rFonts w:ascii="Times New Roman" w:hAnsi="Times New Roman" w:eastAsia="Times New Roman" w:cs="Times New Roman"/>
        </w:rPr>
        <w:t>Уайт эгч тавдугаар лацын дорх алагдагсдын тухай энэ хэсгийг, Бурханы өөр сүрэг Вавилоноос дуудагдан гарч ирдэг Ням гаргийн хуулийн үе дээр байрлуулдаг бөгөөд энэ нь арван хаан долоон хаадын дундаас гарсан найм дахь хаант улсад өөрсдийн долоо дахь хаант улсыг өгөхөөр санал нэгддэг Херодын төрсөн өдрийн найр юм.</w:t>
      </w:r>
    </w:p>
    <w:p>
      <w:pPr>
        <w:pStyle w:val="ArticleScripture"/>
        <w:jc w:val="left"/>
      </w:pPr>
      <w:r>
        <w:rPr>
          <w:rFonts w:ascii="Times New Roman" w:hAnsi="Times New Roman" w:eastAsia="Times New Roman" w:cs="Times New Roman"/>
        </w:rPr>
        <w:t>“Тав дахь лац нээгдэхэд, Илчлэгч Иохан үзэгдэл дотор тахилын ширээний доор Бурханы Үгийн болон Есүс Христийн гэрчлэлийн төлөө алагдсан хүмүүсийн бүлгийг харсан. Үүний дараа Илчлэлт номын арван наймдугаар бүлэгт дүрслэгдсэн үзэгдлүүд болсон бөгөөд үнэнч бөгөөд шударга хүмүүсийг Вавилоноос дуудаж гаргасан. [Илчлэлт 18:1–5, эш татав.]” Manuscript Releases, 20-р боть, 14.</w:t>
      </w:r>
    </w:p>
    <w:p>
      <w:pPr>
        <w:pStyle w:val="ArticleBody"/>
        <w:jc w:val="left"/>
      </w:pPr>
      <w:r>
        <w:rPr>
          <w:rFonts w:ascii="Times New Roman" w:hAnsi="Times New Roman" w:eastAsia="Times New Roman" w:cs="Times New Roman"/>
        </w:rPr>
        <w:t>Вавилоноос дуудагдан гарсан хүмүүс нь Херодиас хоёр дахь Елиагийн эсрэг үйлдсэнчлэн папын засаглалын гарт алуулдаг алагдагсдын хоёр дахь бүлгийг бүрдүүлдэг. Уайт эгч мөн тав дахь лацыг эцсийн лац нээгдэх үед байрлуулдаг.</w:t>
      </w:r>
    </w:p>
    <w:p>
      <w:pPr>
        <w:pStyle w:val="ArticleScripture"/>
        <w:jc w:val="left"/>
      </w:pPr>
      <w:r>
        <w:rPr>
          <w:rFonts w:ascii="Times New Roman" w:hAnsi="Times New Roman" w:eastAsia="Times New Roman" w:cs="Times New Roman"/>
        </w:rPr>
        <w:t>“‘Тэр тав дахь лацыг нээхэд нь би Бурханы үгийн төлөө, мөн өөрсдийн баримталж байсан гэрчлэлийн төлөө алагдагсдын сүнснүүдийг тахилын ширээний доор байхыг харлаа. Тэд чанга дуугаар хашхиран: «Эзэн минь, ариун бөгөөд үнэнч Нэгэн ээ, Та газар дээр оршин суугчдыг шүүж, бидний цусны өшөөг хэзээ хүртэл авахгүй байх вэ?» гэж хэлэв. Тэдний хүн бүрд цагаан өмсгөл өгөгдсөн [Тэд цэвэр бөгөөд ариун хэмээн тунхаглагдсан]; мөн тэдэнд, өөрсдийн адил алагдах ёстой хамтран зарц нар нь болон ах дүү нар нь ч бас гүйцэлдэх хүртэл, жаахан хугацаанд амрах ёстой гэж айлдагдсан’ [Илчлэл 6:9–11]. Энд Иоханд бодит байдал дээрх бус, харин ирээдүйн тодорхой нэгэн цаг үед тохиох зүйлсийн дүр зураг үзүүлэгдсэн юм.</w:t>
      </w:r>
    </w:p>
    <w:p>
      <w:pPr>
        <w:pStyle w:val="ArticleScripture"/>
        <w:jc w:val="left"/>
      </w:pPr>
      <w:r>
        <w:rPr>
          <w:rFonts w:ascii="Times New Roman" w:hAnsi="Times New Roman" w:eastAsia="Times New Roman" w:cs="Times New Roman"/>
        </w:rPr>
        <w:t>“Илчлэлт 8:1–4-өөс эш татав.” Гар бичмэлийн хэвлэлтүүд, 20-р боть, 197.</w:t>
      </w:r>
    </w:p>
    <w:p>
      <w:pPr>
        <w:pStyle w:val="ArticleBody"/>
        <w:jc w:val="left"/>
      </w:pPr>
      <w:r>
        <w:rPr>
          <w:rFonts w:ascii="Times New Roman" w:hAnsi="Times New Roman" w:eastAsia="Times New Roman" w:cs="Times New Roman"/>
        </w:rPr>
        <w:t>Харанхуй зууны үед папын засаглалын гарт алагдсан хүмүүсийн залбирал нь “долоодугаар лац”-ыг нээх үед “санагддаг” бөгөөд энэ нь “долоодугаар лац” удахгүй ирэх Ням гаргийн хуулийн үед нээгддэгийг тодорхойлон харуулж байна. Учир нь Бурхан түүний гэм нүглийг тэнд санан дурддаг билээ.</w:t>
      </w:r>
    </w:p>
    <w:p>
      <w:pPr>
        <w:pStyle w:val="ArticleScripture"/>
        <w:jc w:val="left"/>
      </w:pPr>
      <w:r>
        <w:rPr>
          <w:rFonts w:ascii="Times New Roman" w:hAnsi="Times New Roman" w:eastAsia="Times New Roman" w:cs="Times New Roman"/>
        </w:rPr>
        <w:t>Тэгээд би тэнгэрээс өөр нэгэн дуу гарахыг сонсов. Тэр нь: Миний ард түмэн, түүний нүглүүдэд оролцогч болохгүйн тулд, мөн түүний гай гамшгуудаас хүртэхгүйн тулд түүнээс гар. Учир нь түүний нүглүүд тэнгэрт тулж хүрсэн бөгөөд Бурхан түүний гэм бурууг санав. Түүний та нарт хариулсанчлан түүнд хариул; түүний үйлсийнх нь дагуу түүнд хоёроор давхарлан өг. Түүний дүүргэсэн аяган дотор түүнд хоёроор давхарлан дүүргэ. Илчлэлт 18:4–6.</w:t>
      </w:r>
    </w:p>
    <w:p>
      <w:pPr>
        <w:pStyle w:val="ArticleBody"/>
        <w:jc w:val="left"/>
      </w:pPr>
      <w:r>
        <w:rPr>
          <w:rFonts w:ascii="Times New Roman" w:hAnsi="Times New Roman" w:eastAsia="Times New Roman" w:cs="Times New Roman"/>
        </w:rPr>
        <w:t>Эхний Елиа сүүлийн өдрүүдэд дэлхийг Армагеддон уруу хөтлөх гурвалсан холбоо болон нэг зуун дөчин дөрвөн мянгын хооронд тохиох мөргөлдөөний тухай гэрчилдэг. Хоёр дахь Елиа (Баптист Иохан) эхний Елиагийн гэрчлэлийг давтан, улам тэлж өгдөг бөгөөд тэд хамтдаа (мөр дээр мөр), гурав дахь бөгөөд эцсийн Елиагийн эш үзүүллэгийн шинжүүдийг тодорхойлж, тогтоодог. Гурав дахь Елиа нь эхлэлийн Елиа (Миллер) болон төгсгөлийн Елиагаар төлөөлөгддөг. Учир нь эхний тэнгэрэлчийн хөдөлгөөн гурав дахь тэнгэрэлчийн хөдөлгөөнд давтагддаг.</w:t>
      </w:r>
    </w:p>
    <w:p>
      <w:pPr>
        <w:pStyle w:val="ArticleScripture"/>
        <w:jc w:val="left"/>
      </w:pPr>
      <w:r>
        <w:rPr>
          <w:rFonts w:ascii="Times New Roman" w:hAnsi="Times New Roman" w:eastAsia="Times New Roman" w:cs="Times New Roman"/>
        </w:rPr>
        <w:t>“Бурхан Илчлэлт 14-ийн мэдээнүүдэд эш үзүүллэгийн шугам дахь тэдний байр суурийг өгсөн бөгөөд тэдний үйл хэрэг энэ дэлхийн түүхийн төгсгөл хүртэл зогсох ёсгүй. Нэгдүгээр болон хоёрдугаар тэнгэрэлчийн мэдээнүүд энэ цаг үед мөн л үнэн хэвээр байгаа бөгөөд дараах энэхүү мэдээтэй зэрэгцэн явах ёстой.” The 1888 Materials, 803, 804.</w:t>
      </w:r>
    </w:p>
    <w:p>
      <w:pPr>
        <w:pStyle w:val="ArticleBody"/>
        <w:jc w:val="left"/>
      </w:pPr>
      <w:r>
        <w:rPr>
          <w:rFonts w:ascii="Times New Roman" w:hAnsi="Times New Roman" w:eastAsia="Times New Roman" w:cs="Times New Roman"/>
        </w:rPr>
        <w:t>Гурав дахь Елиа нь Альфа ба Омегийн тамгыг эзэмшдэг, учир нь энэ нь эхлэл ба төгсгөлийн Елиаг илэрхийлдэг. Эхний Елиа ч, сүүлчийн Елиа ч хоёулаа Илчлэл арван дөрөв дэх бүлгийн эхний эсвэл гурав дахь тэнгэрэлчийн хөдөлгөөнийг төлөөлдөг.</w:t>
      </w:r>
    </w:p>
    <w:p>
      <w:pPr>
        <w:pStyle w:val="ArticleScripture"/>
        <w:jc w:val="left"/>
      </w:pPr>
      <w:r>
        <w:rPr>
          <w:rFonts w:ascii="Times New Roman" w:hAnsi="Times New Roman" w:eastAsia="Times New Roman" w:cs="Times New Roman"/>
        </w:rPr>
        <w:t>“Баптисм хүртээгч Иоханы ажил, мөн эцсийн өдрүүдэд Елиагийн сүнс ба хүчээр гарч, ард түмнийг хайхрамжгүй байдлаас нь сэрээдэг хүмүүсийн ажил нь олон талаар адил юм. Түүний ажил бол энэ үед хийгдэх ёстой ажлын нэгэн хэв загвар мөн. Христ ертөнцийг зөвтөөр шүүхээр хоёр дахь удаагаа ирэх гэж байна. Дэлхийд өгөх ёстой эцсийн анхааруулгын мэдээг авч явдаг Бурханы элч нар нь, Иохан Түүний анхны ирэлтийн замыг бэлдсэнчлэн, Христийн хоёр дахь ирэлтийн замыг бэлтгэх ёстой. Энэхүү бэлтгэх ажилд, “бүх хөндий өндөрлөгдөж, уул толгод бүхэн намсгагдаж, тахир мурийсан нь шулуун болж, бартаат газар тэгш болно”; учир нь түүх давтагдах бөгөөд дахин нэгэнтээ “ЭЗЭНий алдар илчлэгдэх болно, бүх махан бие хамтдаа түүнийг үзнэ; учир нь ЭЗЭНий ам айлдсан юм.” Southern Watchman, 1905 оны 3 дугаар сарын 21.</w:t>
      </w:r>
    </w:p>
    <w:p>
      <w:pPr>
        <w:pStyle w:val="ArticleBody"/>
        <w:jc w:val="left"/>
      </w:pPr>
      <w:r>
        <w:rPr>
          <w:rFonts w:ascii="Times New Roman" w:hAnsi="Times New Roman" w:eastAsia="Times New Roman" w:cs="Times New Roman"/>
        </w:rPr>
        <w:t>Елиагийн гурав дахин хэрэглээ нь Елиа болон Елиатай холбоотой хөдөлгөөн, мөн Орчин үеийн Вавилоны гурвалсан холбооны хоорондох сөргөлдөөнийг төлөөлдөг. Энэ нь Гэрээний Элчид замыг бэлтгэдэг элчийн гурав дахин хэрэглээтэй ойр холбоотой боловч, тэр шугам нь хөдөлгөөн болон элчийн дотоод динамикийг төлөөлдөг. Хоёр гурав дахин хэрэглээний аль алинд нь элч болон хөдөлгөөний гурав дахь бөгөөд эцсийн биелэл нь Альфа ба Омегагаар, эхлэлийн биелэл болон төгсгөлийн биеллийг төлөөлүүлэн дүрслэгддэг.</w:t>
      </w:r>
    </w:p>
    <w:p>
      <w:pPr>
        <w:pStyle w:val="ArticleBody"/>
        <w:jc w:val="left"/>
      </w:pPr>
      <w:r>
        <w:rPr>
          <w:rFonts w:ascii="Times New Roman" w:hAnsi="Times New Roman" w:eastAsia="Times New Roman" w:cs="Times New Roman"/>
        </w:rPr>
        <w:t>Гурав дахь бөгөөд эцсийн Елиа нь гурав дахь тэнгэрэлчийн хөдөлгөөнийг төлөөлдөг бөгөөд энэ нь Нэг зуун дөчин дөрвөн мянгын хөдөлгөөн мөн. Илчлэлт арван нэгд гардаг агуу газар хөдлөлтийн цаг ирэхэд тэд Вавилоноос агуу олныг дуудах тэмдэг болон өргөгдөнө. Тэр цагийн өмнө элч болон хөдөлгөөн нь амар тайван ба аюулгүй байдлын хуурамч хожуугийн борооны мэдээг танилцуулдаг хуурамч хөдөлгөөнтэй эсрэгцүүлэн танигдах болно.</w:t>
      </w:r>
    </w:p>
    <w:p>
      <w:pPr>
        <w:pStyle w:val="ArticleBody"/>
        <w:jc w:val="left"/>
      </w:pPr>
      <w:r>
        <w:rPr>
          <w:rFonts w:ascii="Times New Roman" w:hAnsi="Times New Roman" w:eastAsia="Times New Roman" w:cs="Times New Roman"/>
        </w:rPr>
        <w:t>Үнэн ба хуурамч мэдээ болон элчийн хоорондох ялгааг тухайн мэдээний биеллээр танин мэдэх ёстой. Эдгээр өгүүллүүд 2023 оны 7-р сарын сүүлээр эхэлсэн бөгөөд 10-р сарын 7-ны аллага хядлагаас нэлээд өмнө, өгүүллүүд жинхэнэ хожмын борооны мэдээ нь гурав дахь Гаслангийн Исламыг тодорхойлдгийг, мөн тэрхүү мэдээ 2001 оны 9-р сарын 11-нд эхэлснийг тэмдэглэж байсан. Өгүүллүүд мөн, онгодоор өгөгдсөн гэрчлэлийн дагуу тэр үед эхэлсэн үндэстнүүдийн хилэгнэл нь төрөх өвдөлтөд орсон эмэгтэй мэт байсан тул, дэлхий гариг дээр буулгасан тэрхүү хилэгнэл ба гай зовлон нь авралын боломж хаагдах хүртэл улам бүр даамжран нэмэгдэх болно гэдгийг тодорхойлж байсан.</w:t>
      </w:r>
    </w:p>
    <w:p>
      <w:pPr>
        <w:pStyle w:val="ArticleBody"/>
        <w:jc w:val="left"/>
      </w:pPr>
      <w:r>
        <w:rPr>
          <w:rFonts w:ascii="Times New Roman" w:hAnsi="Times New Roman" w:eastAsia="Times New Roman" w:cs="Times New Roman"/>
        </w:rPr>
        <w:t>Бид дараагийн өгүүлэлдээ энэ судлалыг үргэлжлүүлнэ.</w:t>
      </w:r>
    </w:p>
    <w:p>
      <w:pPr>
        <w:pStyle w:val="ArticleScripture"/>
        <w:jc w:val="left"/>
      </w:pPr>
      <w:r>
        <w:rPr>
          <w:rFonts w:ascii="Times New Roman" w:hAnsi="Times New Roman" w:eastAsia="Times New Roman" w:cs="Times New Roman"/>
        </w:rPr>
        <w:t>“Бурханы ард түмэн бараг шүтээн шүтлэгт автчихсан буй эдүгээ мянга мянган хотуудын айсуй сүйрлийг мэдэрдэгсэн бол оо! Гэвч үнэнийг тунхаглах учиртай олон хүн ах дүүсээ буруутган яллаж байна. Бурханы хөрвүүлэгч хүч оюун санаанд ирэхэд гарцаагүй өөрчлөлт гарна. Хүмүүс шүүмжилж, нураан сүйтгэх хүсэлгүй болно. Тэд дэлхийд гэрэл гэрэлтэхэд саад болдог байр сууринд зогсохгүй. Тэдний шүүмжлэл, тэдний буруутгал зогсоно. Дайсны хүчнүүд тулалдаанд жагсаж байна. Хатуу ширүүн мөргөлдөөнүүд бидний өмнө байна. Ах дүүс ээ, эгч дүүс ээ, нягтран нэгдэгтүн, нягтран нэгдэгтүн. Христтэй холбоотой байгтун. ‘Та нар “Холбоо” гэж бүү хэлэгтүн;... тэдний айдсаас бүү ай, бүү сүрд. Түмэн цэргийн ЭЗЭНийг Өөрийг нь ариунаар хүндэтгэгтүн; Тэр Өөрөө та нарын айдас, та нарын сүрдэл байг. Тэгвэл Тэр ариун газар болох бөгөөд, Израилийн хоёр гэрт бүдрүүлэх чулуу, тээглүүлэх хад, Иерусалимын оршин суугчдад урхи, занга болно. Тэдний дундаас олон нь бүдэрч, унаж, хэмхэрч, урхидагдаж, баригдана.’</w:t>
      </w:r>
    </w:p>
    <w:p>
      <w:pPr>
        <w:pStyle w:val="ArticleScripture"/>
        <w:jc w:val="left"/>
      </w:pPr>
      <w:r>
        <w:rPr>
          <w:rFonts w:ascii="Times New Roman" w:hAnsi="Times New Roman" w:eastAsia="Times New Roman" w:cs="Times New Roman"/>
        </w:rPr>
        <w:t>“Ертөнц бол нэгэн тайз юм. Түүний оршин суугчид болох жүжигчид агуу сүүлчийн жүжигт өөрсдийн дүрээ бүтээхэд бэлтгэж байна. Бурхан хараанаас алдагджээ. Хүн төрөлхтний асар их олон түмний дунд, хүмүүс хувиа хичээсэн зорилгоо хэрэгжүүлэхийн тулд нэгдэн холбоход л үл хамаарах аваас, жинхэнэ нэгдэл үгүй. Бурхан харж байна. Түүний Түүнд тэрсэлсэн харьяатнуудын талаархи зорилгууд биелэх болно. Хэдийгээр Бурхан будлиан самуун, эмх замбараагүй байдлын хүчинд хэсэг хугацаанд ноёрхохыг зөвшөөрч байгаа ч, ертөнц хүний гарт өгөгдөөгүй. Доороос нэгэн хүч жүжгийн агуу сүүлчийн үзэгдлүүдийг бий болгохоор ажиллаж байна,—Сатан Христ мэт ирж, нууц нийгэмлэгүүдэд өөрсдийгөө холбон нэгтгэж буй хүмүүсийн дунд зөвт бусын мэхлэлийн бүхий л арга замаар үйлдэж байна. Холбоотон болох хүсэл тачаалд бууж өгч буй хүмүүс дайсны төлөвлөгөөг хэрэгжүүлж байна. Шалтгааныг үр дагавар дагана.”</w:t>
      </w:r>
    </w:p>
    <w:p>
      <w:pPr>
        <w:pStyle w:val="ArticleScripture"/>
        <w:jc w:val="left"/>
      </w:pPr>
      <w:r>
        <w:rPr>
          <w:rFonts w:ascii="Times New Roman" w:hAnsi="Times New Roman" w:eastAsia="Times New Roman" w:cs="Times New Roman"/>
        </w:rPr>
        <w:t>“Гэм нүгэл бараг дээд хязгаартаа хүрээд байна. Самуун будлиан дэлхийг дүүргэж, хүн төрөлхтөн дээр удахгүй агуу айдас түгшүүр ирэх гэж байна. Төгсгөл маш ойрхон байна. Үнэнийг мэддэг бид дэлхий дээр удалгүй дийлдэшгүй гэнэтийн явдал мэт нөмрөн буух зүйлд бэлтгэж байх ёстой.” Review and Herald, 1903 оны 9 дүгээр сарын 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Ерэн Долоо</dc:title>
  <dc:subject>Елиагийн гурван давхар хэрэглээ: Орчин үеийн Вавилоны сөргөлдөөний эш үзүүллэгийн динамикийг илчлэх нь</dc:subject>
  <dc:creator>Jeff Pippenger</dc:creator>
  <cp:keywords/>
  <dc:description>Generated by ArticleDigger from daniel\97_daniel.json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