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Ерэн Наймдугаар Дугаар</w:t>
      </w:r>
    </w:p>
    <w:p>
      <w:pPr>
        <w:pStyle w:val="ArticleSubtitle"/>
        <w:jc w:val="left"/>
      </w:pPr>
      <w:r>
        <w:rPr>
          <w:rFonts w:ascii="Arial" w:hAnsi="Arial" w:eastAsia="Arial" w:cs="Arial"/>
        </w:rPr>
        <w:t>Елиагийн гурвалсан хэрэглээ ба эцсийн өдрүүдийн шүүлт: Мөрдөн шалгах болон гүйцэтгэх үе шатуудыг ойлгох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Елиагийн гурван талт хэрэглээ нь эцсийн өдрүүдэд эцсийн өдрүүдийн эхэнд нэгэн Елиа, мөн эцсийн өдрүүдийн төгсгөлд нэгэн Елиа байхыг илтгэн харуулсан. “Эцсийн өдрүүд” гэдэг нь шүүлтийн өдрүүд бөгөөд тэрхүү шүүлт нь дэвшин өрнөдөг, мөн шүүлтийн хоёр төрөлд хуваагддаг. Эцсийн өдрүүдийн эхэнд эхэлсэн мөрдөн шалгах шүүлт, мөн эцсийн өдрүүдийн төгсгөлд явагдах гүйцэтгэх шүүлт болно. Елиагийн гурван талт хэрэглээ нь үндсэндээ тун удахгүй гарах Ням гарагийн хуулиар эхлэх гүйцэтгэх шүүлтийн түүхийг төлөөлдөг.</w:t>
      </w:r>
    </w:p>
    <w:p>
      <w:pPr>
        <w:pStyle w:val="ArticleBody"/>
        <w:jc w:val="left"/>
      </w:pPr>
      <w:r>
        <w:rPr>
          <w:rFonts w:ascii="Times New Roman" w:hAnsi="Times New Roman" w:eastAsia="Times New Roman" w:cs="Times New Roman"/>
        </w:rPr>
        <w:t>Мөрдөн шалгах шүүлт нь Бурханыг дагагч хэмээн өөрсдийгөө хүлээн зөвшөөрсөн хүмүүст л хязгаарлагдана. Энэ нь үндсэндээ шууд илэрхийлсэн хүлээн зөвшөөрлөөр, харин цөөн тохиолдолд амьдралын хэв маягаар илэрхийлэгдсэн шууд бус хүлээн зөвшөөрлөөр тодорхойлогдоно.</w:t>
      </w:r>
    </w:p>
    <w:p>
      <w:pPr>
        <w:pStyle w:val="ArticleScripture"/>
        <w:jc w:val="left"/>
      </w:pPr>
      <w:r>
        <w:rPr>
          <w:rFonts w:ascii="Times New Roman" w:hAnsi="Times New Roman" w:eastAsia="Times New Roman" w:cs="Times New Roman"/>
        </w:rPr>
        <w:t>(Учир нь хуулийг сонсогчид Бурханы өмнө зөвт бус, харин хуулийг үйлдэгчид зөвтгөгдөнө. Учир нь хуульгүй харь үндэстнүүд угийн чанараараа хуульд агуулагдсан зүйлсийг үйлдэх үед, хуульгүй атлаа тэд өөрсдөдөө хууль болдог. Ийнхүү тэд хуульд заасан үйлийнх нь бичиг тэдний зүрхэнд бичигдсэнийг харуулдаг бөгөөд мөс чанар нь ч мөн гэрчилж, бодлууд нь өөр хоорондоо нэг бол буруутгаж, эсвэл өмгөөлдөг.) Ром 2:13–15.</w:t>
      </w:r>
    </w:p>
    <w:p>
      <w:pPr>
        <w:pStyle w:val="ArticleBody"/>
        <w:jc w:val="left"/>
      </w:pPr>
      <w:r>
        <w:rPr>
          <w:rFonts w:ascii="Times New Roman" w:hAnsi="Times New Roman" w:eastAsia="Times New Roman" w:cs="Times New Roman"/>
        </w:rPr>
        <w:t>Мөрдөн байцаалтат шүүлт хоёр үндсэн хэсэгтэй. Учир нь энэ нь жинхэнэ Бурханд итгэдгээ тунхагласан нас барагсдын амьдралыг (Адамаас эхлэн) шалган мөрдөхөөр эхэлсэн бөгөөд 2001 оны 9 сарын 11-нд амьдчуудын “шүүлтийн” мөрдөн байцаалтат үйл явцыг эхлүүлсэн юм. Мөрдөн байцаалтат шүүлт нь нас барагсдаас амьдчуудад шилжихээс цааш дахин нэг хуваагдалтай байдаг. Учир нь шүүлт Бурханы гэрээс эхэлдэг бөгөөд эцсийн өдрүүдэд Бурханы гэр бол Лаодикийн Адвентизм мөн. Бурханы гэрийн шүүлт удахгүй гарах Ням гаргийн хуулиар төгсөхөд, тэр үед Вавилонд буй Бурханы бусад сүрэг шүүгдэнэ.</w:t>
      </w:r>
    </w:p>
    <w:p>
      <w:pPr>
        <w:pStyle w:val="ArticleBody"/>
        <w:jc w:val="left"/>
      </w:pPr>
      <w:r>
        <w:rPr>
          <w:rFonts w:ascii="Times New Roman" w:hAnsi="Times New Roman" w:eastAsia="Times New Roman" w:cs="Times New Roman"/>
        </w:rPr>
        <w:t>Гүйцэтгэх шүүлт нь Бурханы авралын саналыг няцаасан хүмүүсийн дээр буулгах Түүний шийтгэл мөн. Гүйцэтгэх шүүлт удахгүй гарах ням гаргийн хуулиар эхэлнэ. Тэр үед Америкийн Нэгдсэн Улс өөрийн уур хилэнгийн аягыг, мөн туршилтын хугацааныхаа аягыг дүүргэсэн байх бөгөөд үндэсний хэмжээнд гарсан тэрс урвалтын араас үндэсний сүйрэл дагалдана. Дэлхий дээрх улс үндэстэн бүр ням гаргийн хуулийг албадан мөрдүүлэхдээ Америкийн Нэгдсэн Улсын жишээг дагах бөгөөд тэдгээр улс бүр тэр үед өөрсдийн аягыг мөн дүүргэж, бас үндэсний сүйрэл амсах болно.</w:t>
      </w:r>
    </w:p>
    <w:p>
      <w:pPr>
        <w:pStyle w:val="ArticleScripture"/>
        <w:jc w:val="left"/>
      </w:pPr>
      <w:r>
        <w:rPr>
          <w:rFonts w:ascii="Times New Roman" w:hAnsi="Times New Roman" w:eastAsia="Times New Roman" w:cs="Times New Roman"/>
        </w:rPr>
        <w:t>“Шашны эрх чөлөөний орон болсон Америк ухамсрыг хүчээр захируулж, хүмүүсийг хуурамч амралтын өдрийг хүндэтгүүлэхээр Папын засагтай нэгдэх үед дэлхийн бүх улс орны ард түмэн түүний жишээг дагахад хөтлөгдөх болно.” Testimonies, volume 6, 18.</w:t>
      </w:r>
    </w:p>
    <w:p>
      <w:pPr>
        <w:pStyle w:val="ArticleBody"/>
        <w:jc w:val="left"/>
      </w:pPr>
      <w:r>
        <w:rPr>
          <w:rFonts w:ascii="Times New Roman" w:hAnsi="Times New Roman" w:eastAsia="Times New Roman" w:cs="Times New Roman"/>
        </w:rPr>
        <w:t>Гүйцэтгэх шүүлт мөн хоёр хэсэгт хуваагдана. АНУ-д Ням гаргийн хууль тогтоогдох үеэс эхлэн Михаил босож, хүний сорилтын хугацаа хаагдах хүртэл Бурханы шүүлтүүд өршөөлтэй холилдсон байна; харин Михаил босоход, сүүлчийн долоон гамшиг асгаруулагдахаар дүрслэгдсэн Бурханы уур хилэн нь ямар ч өршөөл агуулахгүй. Ням гаргийн хуулийн хямралын хугацаанд хүмүүс болон үндэстнүүд дээр буух гүйцэтгэх шүүлтүүд өршөөлтэй холилдсон байх болно, учир нь тэр үед Вавилонд байгаа зарим хүмүүст Амралтын өдрийг шүтэх ба Ням гаргийг шүтэхийн хоорондох ялгааг ойлгох боломж хараахан олгогдсоор байх юм.</w:t>
      </w:r>
    </w:p>
    <w:p>
      <w:pPr>
        <w:pStyle w:val="ArticleScripture"/>
        <w:jc w:val="left"/>
      </w:pPr>
      <w:r>
        <w:rPr>
          <w:rFonts w:ascii="Times New Roman" w:hAnsi="Times New Roman" w:eastAsia="Times New Roman" w:cs="Times New Roman"/>
        </w:rPr>
        <w:t>“Өө, ард түмэн өөрсдийн эргэн үзэгдэх цагийг мэддэгсэн бол! Энэ цаг үеийн сорих үнэнийг хараахан сонсоогүй олон хүн бий. Бурханы Сүнс тэмцэн үйлчилж буй олон хүн бий. Бурханы сүйтгэгч шүүлтүүдийн цаг нь үнэн юу болохыг мэдэх боломж олдоогүй байсан хүмүүст нигүүлслийн цаг юм. Эзэн тэднийг энэрэнгүйгээр харна. Түүний өршөөлийн зүрх хөдөлсөн байдаг; орохоос татгалзсан хүмүүст үүд хаагдсан байхад, Түүний гар аврахаар одоо ч сунгаастай байна.”</w:t>
      </w:r>
    </w:p>
    <w:p>
      <w:pPr>
        <w:pStyle w:val="ArticleScripture"/>
        <w:jc w:val="left"/>
      </w:pPr>
      <w:r>
        <w:rPr>
          <w:rFonts w:ascii="Times New Roman" w:hAnsi="Times New Roman" w:eastAsia="Times New Roman" w:cs="Times New Roman"/>
        </w:rPr>
        <w:t>“Бурханы өршөөл нь Түүний урт тэвчээрээр илэрхийлэгддэг. Тэр Өөрийн шүүлтүүдийг саатуулан, анхааруулгын мэдээ бүгдэд тунхаглагдахыг хүлээн байна. Өө, хэрэв манай ард түмэн дэлхийд өршөөлийн сүүлчийн мэдээг хүргэхийн тулд өөрсдийн дээр ноогдож буй хариуцлагыг тэдний мэдрэх учиртайгаар мэдэрсэнсэн бол, ямар гайхамшигт ажил хийгдэх байсан бол!” Testimonies, volume 9, 97.</w:t>
      </w:r>
    </w:p>
    <w:p>
      <w:pPr>
        <w:pStyle w:val="ArticleBody"/>
        <w:jc w:val="left"/>
      </w:pPr>
      <w:r>
        <w:rPr>
          <w:rFonts w:ascii="Times New Roman" w:hAnsi="Times New Roman" w:eastAsia="Times New Roman" w:cs="Times New Roman"/>
        </w:rPr>
        <w:t>“Бурханы сүйтгэгч шүүлтүүдийн цаг” нь “үнэн гэж юу болохыг мэдэх боломж огт байгаагүй хүмүүсийн хувьд нигүүлслийн цаг” юм. Тэр хоёр “цаг” нь “орохыг хүсээгүй” Лаодикийн Адвентистуудын дээр “хаалга хаагдах” үед хамтдаа эхэлдэг.</w:t>
      </w:r>
    </w:p>
    <w:p>
      <w:pPr>
        <w:pStyle w:val="ArticleScripture"/>
        <w:jc w:val="left"/>
      </w:pPr>
      <w:r>
        <w:rPr>
          <w:rFonts w:ascii="Times New Roman" w:hAnsi="Times New Roman" w:eastAsia="Times New Roman" w:cs="Times New Roman"/>
        </w:rPr>
        <w:t>“Ариун Амралтын өдөр бол Бурханы жинхэнэ Израиль болон үл итгэгчдийн хоорондох тусгаарлах хана мөн бөгөөд байх болно гэдгийг би харсан; мөн Амралтын өдөр бол Бурханы эрхэм, хүлээгч ариун хүмүүсийн зүрх сэтгэлийг нэгтгэх агуу асуудал мөн гэдгийг би харсан. Хэрэв хэн нэгэн нь итгэж, Амралтын өдрийг сахиж, түүнтэй хамт ирдэг ерөөлийг хүлээн аваад, дараа нь түүнийг орхиж, ариун тушаалыг зөрчвөл, тэд дээд тэнгэрт захирдаг Бурхан байдагтай адил гарцаагүйгээр Ариун Хотын хаалгыг өөрсдийнхөө эсрэг хаах болно. Амралтын өдрийг харж, сахидаггүй Бурханы хүүхдүүд байдаг гэдгийг би харсан. Тэд энэ талаархи гэрлийг няцаагаагүй байсан. Зовлонгийн цагийн эхлэлд, бид урагш гарч Амралтын өдрийн тухай илүү бүрэн тунхаглахад Ариун Сүнсээр дүүрсэн юм. Энэ нь сүм болон нэр төдий Адвентистүүдийг уурлуулсан, учир нь тэд Амралтын өдрийн үнэнийг няцааж чадахгүй байв. Энэ үед Бурханы сонгогдсон хүмүүс бүгд бидэнд үнэн байгааг тодорхой харж, гарч ирэн бидэнтэй хамт хавчлагыг тэвчсэн юм.” A Word to the Little Flock, 18, 19.</w:t>
      </w:r>
    </w:p>
    <w:p>
      <w:pPr>
        <w:pStyle w:val="ArticleBody"/>
        <w:jc w:val="left"/>
      </w:pPr>
      <w:r>
        <w:rPr>
          <w:rFonts w:ascii="Times New Roman" w:hAnsi="Times New Roman" w:eastAsia="Times New Roman" w:cs="Times New Roman"/>
        </w:rPr>
        <w:t>Тун удахгүй гарах ням гаргийн хуулиар хаагдах бөгөөд ингэснээр ням гаргийн хуулиас өмнөх үе нь Бурханы ардын “айлчлалтын” “цаг” болдог.</w:t>
      </w:r>
    </w:p>
    <w:p>
      <w:pPr>
        <w:pStyle w:val="ArticleScripture"/>
        <w:jc w:val="left"/>
      </w:pPr>
      <w:r>
        <w:rPr>
          <w:rFonts w:ascii="Times New Roman" w:hAnsi="Times New Roman" w:eastAsia="Times New Roman" w:cs="Times New Roman"/>
        </w:rPr>
        <w:t>“Бид мэргэн ухаантай, ЭЗЭНий хууль бидэнтэй хамт байна” гэж та нар яаж хэлж чадна вэ? Үзэгтүн, гарцаагүй Түүнийг дэмий болгон үйлджээ; бичээчдийн үзэг дэмий хоосон байна. Мэргэд ичгүүрт орж, тэд мэгдэн баригдсан; үзэгтүн, тэд ЭЗЭНий үгийг няцаасан; тэгвэл тэдэнд ямар мэргэн ухаан байна вэ? Тиймээс Би тэдний эхнэрүүдийг бусдад, талбайнуудыг нь тэдгээрийг өвлөн авах хүмүүст өгнө. Учир нь багаас нь аваад их хүртэл хүн бүр шунахайд автсан; эш үзүүлэгчээс аваад тахилч хүртэл хүн бүр худал хуурмагаар үйлддэг. Учир нь тэд Миний ард түмний охины шархыг өнгөцхөн эдгээж, “Амар амгалан, амар амгалан” гэж хэлдэг, гэвч амар амгалан үгүй. Жигшүүрт үйлийг үйлдсэндээ тэд ичсэн үү? Үгүй, тэд огт ичээгүй, улайж ч чадсангүй. Тиймээс тэд унагдагсдын дунд унана; тэднийг эргэж шалгах цагт тэд түлхэн унагаагдана гэж ЭЗЭН айлдаж байна. Иеремиа 8:8–12.</w:t>
      </w:r>
    </w:p>
    <w:p>
      <w:pPr>
        <w:pStyle w:val="ArticleBody"/>
        <w:jc w:val="left"/>
      </w:pPr>
      <w:r>
        <w:rPr>
          <w:rFonts w:ascii="Times New Roman" w:hAnsi="Times New Roman" w:eastAsia="Times New Roman" w:cs="Times New Roman"/>
        </w:rPr>
        <w:t>Эртний Израилийн адил орчин үеийн Израиль ч мөн адил устгагдана. Учир нь тэд өөрсдөд нь ирсэн айлчлалынхаа цагийг мэдсэнгүй. Лаодикийн Адвентизмийн хувьд Бурханы айлчлалын цаг 2001 оны 9 дүгээр сарын 11-нд эхэлсэн бөгөөд удахгүй ирэх Ням гаргийн хуулиар төгсөнө.</w:t>
      </w:r>
    </w:p>
    <w:p>
      <w:pPr>
        <w:pStyle w:val="ArticleScripture"/>
        <w:jc w:val="left"/>
      </w:pPr>
      <w:r>
        <w:rPr>
          <w:rFonts w:ascii="Times New Roman" w:hAnsi="Times New Roman" w:eastAsia="Times New Roman" w:cs="Times New Roman"/>
        </w:rPr>
        <w:t>Тэр ойртон ирэхэд хотоо хараад, түүний төлөө уйлан, —Хэрэв чи, тийм ээ, чи өөрөө энэ өөрийнхөө өдөрт амар тайванд чинь хамаарах зүйлсийг мэдсэнсэн бол! Харин эдүгээ тэдгээр нь чиний нүднээс далдлагджээ. Учир нь чам дээр өдрүүд ирнэ; тэр үед дайснууд чинь чамайг тойруулан шороон хэрэм босгож, бүслэн хүрээлж, тал бүрээс чинь хавчин шахна. Тэд чамайг болон чиний доторх үр хүүхдүүдийг газартай тэгшилж, чиний дотор чулууг чулууны дээр үлдээхгүй; учир нь чи өөрийн эргэж ирэн үзсэн цагийг таньсангүй гэж айлдав. Лук 19:41–44.</w:t>
      </w:r>
    </w:p>
    <w:p>
      <w:pPr>
        <w:pStyle w:val="ArticleBody"/>
        <w:jc w:val="left"/>
      </w:pPr>
      <w:r>
        <w:rPr>
          <w:rFonts w:ascii="Times New Roman" w:hAnsi="Times New Roman" w:eastAsia="Times New Roman" w:cs="Times New Roman"/>
        </w:rPr>
        <w:t>Бурханы айлчлалын үед мэргэн ба мунхаг хүмүүс үүрд тусгаарлагдана.</w:t>
      </w:r>
    </w:p>
    <w:p>
      <w:pPr>
        <w:pStyle w:val="ArticleScripture"/>
        <w:jc w:val="left"/>
      </w:pPr>
      <w:r>
        <w:rPr>
          <w:rFonts w:ascii="Times New Roman" w:hAnsi="Times New Roman" w:eastAsia="Times New Roman" w:cs="Times New Roman"/>
        </w:rPr>
        <w:t>“Үнэний мэдлэгтэй атлаа өөрсдийгөө ертөнцийн хүмүүстэй холбосон, ариусгагдаагүй Долоо дахь өдрийн Адвентистууд итгэлээс бүрмөсөн няцаж, мэхлэгч сүнснүүдэд анхаарал тавих болно гэдгийг бид мэднэ. Дайсан тэднийг Бурханы ард түмний эсрэг дайн өрнүүлэхэд хөтлөхийн тулд, тэдний өмнө уруу татах зүйлсийг дуртайяа дэлгэн тавих болно. Харин үнэнч бөгөөд тууштай хүмүүс Бурханд хүчтэй, сүр хүчтэй хамгаалалттай байх болно.” Manuscript Releases, volume 7, 186.</w:t>
      </w:r>
    </w:p>
    <w:p>
      <w:pPr>
        <w:pStyle w:val="ArticleBody"/>
        <w:jc w:val="left"/>
      </w:pPr>
      <w:r>
        <w:rPr>
          <w:rFonts w:ascii="Times New Roman" w:hAnsi="Times New Roman" w:eastAsia="Times New Roman" w:cs="Times New Roman"/>
        </w:rPr>
        <w:t>Тэдний айлчлан шалгах цаг нь 2001 оны 9 дүгээр сарын 11-нд эхэлсэн бөгөөд энэ нь 1840 оны 8 дугаар сарын 11-нд Протестант сүмүүд дээр ирсэн айлчлан шалгах цагийн бэлгэдэл болсон билээ; мөн Эртний Израилийн хувьд Христийн баптисмын үед Ариун Сүнс бууж ирэхэд айлчлан шалгах цаг нь эхэлсэнтэй адил юм.</w:t>
      </w:r>
    </w:p>
    <w:p>
      <w:pPr>
        <w:pStyle w:val="ArticleBody"/>
        <w:jc w:val="left"/>
      </w:pPr>
      <w:r>
        <w:rPr>
          <w:rFonts w:ascii="Times New Roman" w:hAnsi="Times New Roman" w:eastAsia="Times New Roman" w:cs="Times New Roman"/>
        </w:rPr>
        <w:t>Гүйцэтгэх шүүлт нь тун удахгүй ирэх Ням гаргийн хуулийн үед Америкийн Нэгдсэн Улс сорилтын хугацааныхаа аягыг дүүргэх үед эхэлнэ; тэр нь мөн Лаодикеагийн Адвентист сүм өөрсдийн аягыг дүүргэсэн үе мөн юм. Шүүлт Бурханы гэрээс эхэлдэг бөгөөд сорилтын хугацааны аяга нь Америкийн Нэгдсэн Улсын ялзарсан хоёр эврийн аль алинд нь хамаарна. Урьд нь Лаодикеагийн Адвентист сүмээр төлөөлөгдөж байсан Протестантизмын ялзарсан эвэр тэгээд оршин байхаа больж, гурав дахь тэнгэрэлчийн Филадельфийн хөдөлгөөн тэр үед Протестантизмын жинхэнэ эвэр, мөн туг тэмдэг болгон өргөгдсөн сүнслэг Иерусалим болно. Тэр үед Иерусалим байлдагч сүмээс ялгуусан сүм болон өөрчлөгдөнө.</w:t>
      </w:r>
    </w:p>
    <w:p>
      <w:pPr>
        <w:pStyle w:val="ArticleBody"/>
        <w:jc w:val="left"/>
      </w:pPr>
      <w:r>
        <w:rPr>
          <w:rFonts w:ascii="Times New Roman" w:hAnsi="Times New Roman" w:eastAsia="Times New Roman" w:cs="Times New Roman"/>
        </w:rPr>
        <w:t>Гүйцэтгэх шүүлт нь Бурханы сүйтгэгч шүүлтүүдийн цагтай хамт эхэлдэг бөгөөд энэ нь мөн Вавилонд хараахан байгаа Бурханы бусад сүрэгт үзүүлэх нигүүлслийн цаг мөн юм. Энэ нь Лаодикеан Адвентизм дээрх Бурханы айлчлалын хугацаа төгсөхөд эхэлдэг. Гүйцэтгэх шүүлт нь шүүлтүүд нигүүлслээр цаашид холилдохоо болих Долоон Сүүлчийн Гамшигт хүртэл өрнөн үргэлжилж, дараа нь Есүс буцан ирнэ.</w:t>
      </w:r>
    </w:p>
    <w:p>
      <w:pPr>
        <w:pStyle w:val="ArticleBody"/>
        <w:jc w:val="left"/>
      </w:pPr>
      <w:r>
        <w:rPr>
          <w:rFonts w:ascii="Times New Roman" w:hAnsi="Times New Roman" w:eastAsia="Times New Roman" w:cs="Times New Roman"/>
        </w:rPr>
        <w:t>Есүсийг дахин ирэх үед, Илчлэлт номын хорьдугаар бүлэгт өгүүлсэн мянган жилд Сатан хоосрон эзгүйрсэн дэлхий дээр, Бурханы эсрэг довтолгоонд оролцсон тэрслүү тэнгэрэлчүүдээс өөр хэн ч үгүй, ганцаараа хүлэгдсэн байх нь тодорхойлогддог.</w:t>
      </w:r>
    </w:p>
    <w:p>
      <w:pPr>
        <w:pStyle w:val="ArticleScripture"/>
        <w:jc w:val="left"/>
      </w:pPr>
      <w:r>
        <w:rPr>
          <w:rFonts w:ascii="Times New Roman" w:hAnsi="Times New Roman" w:eastAsia="Times New Roman" w:cs="Times New Roman"/>
        </w:rPr>
        <w:t>Тэгээд би тэнгэрээс бууж ирж буй нэгэн тэнгэрэлчийг харлаа. Түүний гарт ёроолгүй ангалын түлхүүр болон нэгэн агуу гинж байв. Тэр лууг, өөрөөр хэлбэл чөтгөр бөгөөд Сатан хэмээгдэх тэрхүү эртний могойг барьж авч, мянган жилийн турш хүлэв. Тэгээд түүнийг ёроолгүй ангалд шидэж, дотор нь түгжин, дээр нь тамга дарлаа. Энэ нь мянган жил гүйцтэл тэрээр үндэстнүүдийг цаашид мэхлэхгүй байлгахын тулд байв. Үүний дараа тэрээр бага хугацаагаар суллагдах ёстой. Илчлэлт 20:1–3.</w:t>
      </w:r>
    </w:p>
    <w:p>
      <w:pPr>
        <w:pStyle w:val="ArticleBody"/>
        <w:jc w:val="left"/>
      </w:pPr>
      <w:r>
        <w:rPr>
          <w:rFonts w:ascii="Times New Roman" w:hAnsi="Times New Roman" w:eastAsia="Times New Roman" w:cs="Times New Roman"/>
        </w:rPr>
        <w:t>Тэр мянган жилийн хугацаанд золин аврагдагсад, хувь хүний шүүлтүүдийн төгсгөлийг хүлээн булшнуудадаа нойрссоор буй сүйрэгсдийн дээр мөрдөн шинжлэх шүүлтийг үйлдэх болно. Золин аврагдагсад, мянган жилийн төгсгөлд хэн нь илүү хүнд шийтгэл хүртэх ёстойг тогтоохын тулд, Сатан болон түүний тэнгэрэлчүүдийг оролцуулан сүйрэгсдийн амьдрал ба нөхцөл байдлыг авч үзэх болно.</w:t>
      </w:r>
    </w:p>
    <w:p>
      <w:pPr>
        <w:pStyle w:val="ArticleScripture"/>
        <w:jc w:val="left"/>
      </w:pPr>
      <w:r>
        <w:rPr>
          <w:rFonts w:ascii="Times New Roman" w:hAnsi="Times New Roman" w:eastAsia="Times New Roman" w:cs="Times New Roman"/>
        </w:rPr>
        <w:t>Тэгээд би сэнтийүүдийг харав; тэдгээрийн дээр хүмүүс суусан байлаа, мөн шүүлт тэдэнд өгөгдөв. Бас Есүсийн гэрчлэлийн төлөө, Бурханы үгийн төлөө толгойгоо цавчуулсан хүмүүсийн сүнснүүдийг, мөн араатанд ч, түүний хөрөгт ч мөргөөгүй, духан дээрээ ч, гартаа ч түүний тэмдгийг хүлээн аваагүй хүмүүсийг би харав; тэд амилж, Христтэй хамт мянган жилийн турш хаанчлав. Илчлэлт 20:4.</w:t>
      </w:r>
    </w:p>
    <w:p>
      <w:pPr>
        <w:pStyle w:val="ArticleBody"/>
        <w:jc w:val="left"/>
      </w:pPr>
      <w:r>
        <w:rPr>
          <w:rFonts w:ascii="Times New Roman" w:hAnsi="Times New Roman" w:eastAsia="Times New Roman" w:cs="Times New Roman"/>
        </w:rPr>
        <w:t>Иймээс мянган жил нь мөрдөн шалгах шүүлтийг багтаадаг бөгөөд тэр нь дуусмагц хорон муу үхэгсэд амилуулагдах үед эцсийн гүйцэтгэх шүүлтийг авчирна. Тэр үед тэднийг бүхэлд нь эрхшээлдээ авсан Сатан хорон муу хүмүүсийг мянган жилийн төгсгөлд тэнгэрээс бууж ирдэг Иерусалим руу довтлохоор ятгана. Хорон муу хүмүүс довтолгоогоо эхлүүлэхэд тэнгэрээс гал бууж ирж, эцсийн гүйцэтгэх шүүлт биеллээ олно.</w:t>
      </w:r>
    </w:p>
    <w:p>
      <w:pPr>
        <w:pStyle w:val="ArticleScripture"/>
        <w:jc w:val="left"/>
      </w:pPr>
      <w:r>
        <w:rPr>
          <w:rFonts w:ascii="Times New Roman" w:hAnsi="Times New Roman" w:eastAsia="Times New Roman" w:cs="Times New Roman"/>
        </w:rPr>
        <w:t>Мянган жил өнгөрсний дараа Сатан өөрийн шоронгоос суллагдаж, газрын дөрвөн өнцөгт буй үндэстнүүдийг, өөрөөр хэлбэл Гог ба Магогийг мэхлэн, тэднийг тулалдаанд цуглуулахын тулд гарч ирнэ. Тэдний тоо нь тэнгисийн элстэй адил бөлгөө. Тэд газрын уудам талаар өгсөн гарч, ариун хүмүүсийн хуаран болон хайрлагдсан хотыг бүчин хүрээлэв. Тэгтэл тэнгэрээс Бурханаас гал бууж ирээд тэднийг залгив. Илчлэл 20:7–9.</w:t>
      </w:r>
    </w:p>
    <w:p>
      <w:pPr>
        <w:pStyle w:val="ArticleBody"/>
        <w:jc w:val="left"/>
      </w:pPr>
      <w:r>
        <w:rPr>
          <w:rFonts w:ascii="Times New Roman" w:hAnsi="Times New Roman" w:eastAsia="Times New Roman" w:cs="Times New Roman"/>
        </w:rPr>
        <w:t>Элиагийн гурав дахин хэрэгжилт болон Гэрээний Элчийг Өөрийн сүмдээ гэнэт ирэхэд нь замыг нь бэлтгэдэг элч хоёрын хэрэглээ нь нягт холбоотой боловч, тэдний ажлын ялгаа ажиглагдаж болно. Учир нь Элиа нь юуны түрүүнд удахгүй ирэх Ням гаргийн хуулиар эхлэх гүйцэтгэх шүүлтийн үед биелэгдэх элчийн ажлыг, мөн элчийн мэдээтэй холбоотой хөдөлгөөнийг тодорхойлон заадаг. Харин Гэрээний Элчид замыг нь бэлтгэдэг элч нь юуны түрүүнд мөрдөн шалгах шүүлтийн үед биелэгдэх ажлыг тодорхойлон заадаг. Лаодикийн Адвентизм нь өөрсдөд нь ирэх айлчлалын цагаа мэддэггүй бөгөөд энэ нь шүүлтийн тодорхой нэгэн хугацааг төлөөлдөг.</w:t>
      </w:r>
    </w:p>
    <w:p>
      <w:pPr>
        <w:pStyle w:val="ArticleBody"/>
        <w:jc w:val="left"/>
      </w:pPr>
      <w:r>
        <w:rPr>
          <w:rFonts w:ascii="Times New Roman" w:hAnsi="Times New Roman" w:eastAsia="Times New Roman" w:cs="Times New Roman"/>
        </w:rPr>
        <w:t>Мөн тэд өөрсдийн айлчлалтын үед тунхаглагддаг “өнөөгийн үнэн”-ий мэдээг ч ойлгодоггүй. Тэд шүүлт болон тэр өдрүүдийн мэдээг хоёуланг нь мэдэх үүрэгтэй байсан. Түүнчлэн тэд тухайн цаг үеийн элчийг мэдэх ёстой байв. Лаодикийн сохролдоо тэд цагийн мэдээг эсэргүүцэж, “энх тайван ба аюулгүй байдал” гэх мессежээр өөрсдийн айлчлалтын цагийг үгүйсгэн, тэр үеийн сонгогдсон элч хэн болох талаар эргэлзэн тээнэгэлздэг. Энэхүү үнэн нь хоёр дахь Елиа болох Иохан Баптистын гэрчлэлд тодорхойгоор илчлэгдсэн юм.</w:t>
      </w:r>
    </w:p>
    <w:p>
      <w:pPr>
        <w:pStyle w:val="ArticleBody"/>
        <w:jc w:val="left"/>
      </w:pPr>
      <w:r>
        <w:rPr>
          <w:rFonts w:ascii="Times New Roman" w:hAnsi="Times New Roman" w:eastAsia="Times New Roman" w:cs="Times New Roman"/>
        </w:rPr>
        <w:t>Иудейчүүд эш үзүүллэгт ирэх нэгэн элчийг заасан гэдгийг мэдэж байсан бөгөөд Есүс Иохан бол ирэх ёстой тэрхүү элч мөн хэмээн шууд сургаж айлдсан.</w:t>
      </w:r>
    </w:p>
    <w:p>
      <w:pPr>
        <w:pStyle w:val="ArticleScripture"/>
        <w:jc w:val="left"/>
      </w:pPr>
      <w:r>
        <w:rPr>
          <w:rFonts w:ascii="Times New Roman" w:hAnsi="Times New Roman" w:eastAsia="Times New Roman" w:cs="Times New Roman"/>
        </w:rPr>
        <w:t>Учир нь бүх эш үзүүлэгчид болон хууль Иохан хүртэл эш үзүүлсэн билээ. Хэрэв та нар хүлээн авахыг хүсвэл, ирэх ёстой байсан Елиа нь энэ мөн. Сонсох чихтэй нэгэн нь сонсог. Матай 11:13–15.</w:t>
      </w:r>
    </w:p>
    <w:p>
      <w:pPr>
        <w:pStyle w:val="ArticleBody"/>
        <w:jc w:val="left"/>
      </w:pPr>
      <w:r>
        <w:rPr>
          <w:rFonts w:ascii="Times New Roman" w:hAnsi="Times New Roman" w:eastAsia="Times New Roman" w:cs="Times New Roman"/>
        </w:rPr>
        <w:t>Тэдний айлчлалын хугацааны яг төгсгөлд (Христийн түүхэн дэх удахгүй ирэх Ням гаргийн хуулийг хэв шинжээр илэрхийлдэг тэр цаг үед), Христ загалмайд дүүжлэгдэн байх үед иудейчүүд Елиа тэр цагт ирж Есүсийг аврах эсэхийг таамаглаж байв. Хэрэв тэд Өөрийнхөө цусаар гэрээг баталж байсан Гэрээний Элчид замыг бэлтгэх ёстой байсан тэр элчийг таньж мэдээгүй бол, тэд өөрсдийн Мессиаг ч таньж мэдэж чадахгүй байв. Эцсийн өдрүүд дэх Лаодикийн Адвентизм өөрсдийн шүүлтийг, өөрөөр хэлбэл өөрсдийн айлчлалын цагийг мэдэх ёстой. Тэд тэр цаг хугацааны мэдээг таньж мэдэх ёстой бөгөөд мөн тэр цагийн сонгогдсон элчийг таньж мэдэх ёстой. Арван найман зуун наян наймын бослого Илчлэл арван наймдугаар бүлгийн тэнгэрэлч бууж ирсэн үе болох 2001 оны 9 дүгээр сарын 11-нийг төлөөлсөн. Эцсийн өдрүүдийг хэв шинжээр илэрхийлж байсан түүхэн дэх сонгогдсон элч нарыг 1888 оны босогчид хүлээн зөвшөөрөхөөс татгалзсан.</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Учир нь Израилийн Бурхан ЭЗЭН надад ийнхүү айлдав: “Энэ хилэнгийн дарсны аягыг Миний гараас авч, чинийг илгээх бүх үндэстнээр түүнийг уулга. Тэд ууж, Миний тэдний дунд илгээх илдний улмаас ганхаж, солиорно.” Тэгээд би ЭЗЭНий гараас аягыг авч, ЭЗЭНий намайг илгээсэн бүх үндэстнээр уулгав. Тухайлбал: Иерусалим, Иудагийн хотууд, тэдний хаад, тэдний ноёд—тэднийг өнөөгийнх шиг эзгүйрэл, гайхшрал, исгэрэл, хараал болгохын тулд; Египетийн хаан Фараон, түүний зарц нар, түүний ноёд, бүх ард түмэн нь; бүх холимог хүмүүс, Уз нутгийн бүх хаад, Филистийн нутгийн бүх хаад, Ашкелон, Азза, Экрон, Ашдодын үлдэгсэд; Едом, Моаб, Аммоны хөвгүүд; Тирийн бүх хаад, Сидоны бүх хаад, тэнгисийн цаадах арлуудын хаад; Дедан, Тема, Буз, мөн хамгийн захын буланд буй бүх хүмүүс; Арабын бүх хаад, цөлд оршин суудаг холимог хүмүүсийн бүх хаад; Зимрийн бүх хаад, Еламын бүх хаад, Мидийн бүх хаад; умардын бүх хаад, хол ойр, нэг нь нөгөөтэйгөө хамт, мөн газрын хөрсөн дээр орших дэлхийн бүх хаанчлал; тэдний дараа Шешахын хаан ч мөн ууна. Тиймээс чи тэдэнд ийнхүү хэл: “Израилийн Бурхан, түмэн цэргийн ЭЗЭН ийнхүү айлдаж байна: Уугтун, согтогтун, бөөлжигтүн, унагтун, дахин босохгүй байгтун, учир нь Би та нарын дунд илгээх илднээс болж. Хэрэв тэд чиний гараас аягыг авч уухаас татгалзвал, чи тэдэнд ийнхүү хэлэгтүн: Түмэн цэргийн ЭЗЭН ийнхүү айлдаж байна: Та нар гарцаагүй ууна. Учир нь, болгоогтун, Би Өөрийн нэрээр нэрлэгддэг хот дээр гай гамшгийг авчирч эхэлж байна, харин та нар бүрмөсөн шийтгэлгүй өнгөрөх үү? Та нар шийтгэлгүй өнгөрөхгүй. Учир нь Би газрын бүх оршин суугчдын дээр илдийг дуудна гэж түмэн цэргийн ЭЗЭН айлдаж байна.” Тиймээс чи эдгээр бүх үгийг тэдний эсрэг эш үзүүлэн хэлж, тэдэнд ийнхүү өгүүл: “ЭЗЭН өндөр дээрээс архирч, Өөрийн ариун оршихуйгаас дуу хоолойгоо гаргана. Тэр Өөрийн оршихуйн дээр хүчтэйгээр архирна. Тэр усан үзэм гишгэгчдийн адил уухайлан хашхирч, газрын бүх оршин суугчдын эсрэг дуу гаргана. Шуугиан дэлхийн хязгаар хүртэл хүрнэ. Учир нь ЭЗЭН үндэстнүүдтэй заргалдах хэрэгтэй; Тэр бүх махбодтой шүүлт хийнэ; Тэр хорон муу хүмүүсийг илдэнд тушаана гэж ЭЗЭН айлдаж байна.” Түмэн цэргийн ЭЗЭН ийнхүү айлдаж байна: “Үзэгтүн, гай гамшиг үндэстнээс үндэстэнд гарч, агуу хуй салхи газрын хязгааруудаас босно. Тэр өдөр ЭЗЭНий алагдагсад газрын нэг хязгаараас нөгөө хязгаар хүртэл байна. Тэднийг гашуудан үдэхгүй, хураан цуглуулахгүй, оршуулахгүй; тэд газар дээрх бууц мэт болно.” Иеремиа 25:15–33.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Ерэн Наймдугаар Дугаар</dc:title>
  <dc:subject>Елиагийн гурвалсан хэрэглээ ба эцсийн өдрүүдийн шүүлт: Мөрдөн шалгах болон гүйцэтгэх үе шатуудыг ойлгох нь</dc:subject>
  <dc:creator>Jeff Pippenger</dc:creator>
  <cp:keywords/>
  <dc:description>Generated by ArticleDigger from daniel\98_daniel.json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